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5980" w14:textId="6B6A54A0" w:rsidR="00C2369C" w:rsidRDefault="00CD7413">
      <w:pPr>
        <w:jc w:val="center"/>
      </w:pPr>
      <w:r>
        <w:rPr>
          <w:b/>
          <w:color w:val="355E3B"/>
          <w:sz w:val="36"/>
        </w:rPr>
        <w:t xml:space="preserve">WHIPPERWILL ORCHIDS PRE-ORDER FORM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36"/>
        <w:gridCol w:w="3636"/>
        <w:gridCol w:w="3636"/>
        <w:gridCol w:w="3636"/>
      </w:tblGrid>
      <w:tr w:rsidR="00C2369C" w14:paraId="3918776B" w14:textId="77777777">
        <w:trPr>
          <w:jc w:val="center"/>
        </w:trPr>
        <w:tc>
          <w:tcPr>
            <w:tcW w:w="3636" w:type="dxa"/>
            <w:vAlign w:val="center"/>
          </w:tcPr>
          <w:p w14:paraId="7BED51F2" w14:textId="77777777" w:rsidR="00C2369C" w:rsidRDefault="00000000">
            <w:r>
              <w:rPr>
                <w:b/>
              </w:rPr>
              <w:t>Customer:</w:t>
            </w:r>
          </w:p>
        </w:tc>
        <w:tc>
          <w:tcPr>
            <w:tcW w:w="3636" w:type="dxa"/>
            <w:vAlign w:val="center"/>
          </w:tcPr>
          <w:p w14:paraId="5A6DB7EF" w14:textId="77777777" w:rsidR="00C2369C" w:rsidRDefault="00C2369C"/>
        </w:tc>
        <w:tc>
          <w:tcPr>
            <w:tcW w:w="3636" w:type="dxa"/>
            <w:vAlign w:val="center"/>
          </w:tcPr>
          <w:p w14:paraId="3E3631F4" w14:textId="77777777" w:rsidR="00C2369C" w:rsidRDefault="00000000">
            <w:r>
              <w:rPr>
                <w:b/>
              </w:rPr>
              <w:t>Order Date:</w:t>
            </w:r>
          </w:p>
        </w:tc>
        <w:tc>
          <w:tcPr>
            <w:tcW w:w="3636" w:type="dxa"/>
            <w:vAlign w:val="center"/>
          </w:tcPr>
          <w:p w14:paraId="40272738" w14:textId="77777777" w:rsidR="00C2369C" w:rsidRDefault="00C2369C"/>
        </w:tc>
      </w:tr>
      <w:tr w:rsidR="00C2369C" w14:paraId="3D54CB80" w14:textId="77777777">
        <w:trPr>
          <w:jc w:val="center"/>
        </w:trPr>
        <w:tc>
          <w:tcPr>
            <w:tcW w:w="3636" w:type="dxa"/>
            <w:vAlign w:val="center"/>
          </w:tcPr>
          <w:p w14:paraId="7AAA292C" w14:textId="77777777" w:rsidR="00C2369C" w:rsidRDefault="00000000">
            <w:r>
              <w:rPr>
                <w:b/>
              </w:rPr>
              <w:t>Phone / Email:</w:t>
            </w:r>
          </w:p>
        </w:tc>
        <w:tc>
          <w:tcPr>
            <w:tcW w:w="3636" w:type="dxa"/>
            <w:vAlign w:val="center"/>
          </w:tcPr>
          <w:p w14:paraId="6CFA6D00" w14:textId="77777777" w:rsidR="00C2369C" w:rsidRDefault="00C2369C"/>
        </w:tc>
        <w:tc>
          <w:tcPr>
            <w:tcW w:w="3636" w:type="dxa"/>
            <w:vAlign w:val="center"/>
          </w:tcPr>
          <w:p w14:paraId="5E34881E" w14:textId="77777777" w:rsidR="00C2369C" w:rsidRDefault="00000000">
            <w:r>
              <w:rPr>
                <w:b/>
              </w:rPr>
              <w:t>Invoice #:</w:t>
            </w:r>
          </w:p>
        </w:tc>
        <w:tc>
          <w:tcPr>
            <w:tcW w:w="3636" w:type="dxa"/>
            <w:vAlign w:val="center"/>
          </w:tcPr>
          <w:p w14:paraId="2056CF20" w14:textId="77777777" w:rsidR="00C2369C" w:rsidRDefault="00C2369C"/>
        </w:tc>
      </w:tr>
      <w:tr w:rsidR="00C2369C" w14:paraId="5EA9683A" w14:textId="77777777">
        <w:trPr>
          <w:jc w:val="center"/>
        </w:trPr>
        <w:tc>
          <w:tcPr>
            <w:tcW w:w="3636" w:type="dxa"/>
            <w:vAlign w:val="center"/>
          </w:tcPr>
          <w:p w14:paraId="790FD546" w14:textId="77777777" w:rsidR="00C2369C" w:rsidRDefault="00000000">
            <w:r>
              <w:rPr>
                <w:b/>
              </w:rPr>
              <w:t>Notes:</w:t>
            </w:r>
          </w:p>
        </w:tc>
        <w:tc>
          <w:tcPr>
            <w:tcW w:w="3636" w:type="dxa"/>
            <w:vAlign w:val="center"/>
          </w:tcPr>
          <w:p w14:paraId="6F75CE38" w14:textId="77777777" w:rsidR="00C2369C" w:rsidRDefault="00C2369C"/>
        </w:tc>
        <w:tc>
          <w:tcPr>
            <w:tcW w:w="3636" w:type="dxa"/>
            <w:vAlign w:val="center"/>
          </w:tcPr>
          <w:p w14:paraId="15753AD9" w14:textId="77777777" w:rsidR="00C2369C" w:rsidRDefault="00000000">
            <w:r>
              <w:rPr>
                <w:b/>
              </w:rPr>
              <w:t>Due Date:</w:t>
            </w:r>
          </w:p>
        </w:tc>
        <w:tc>
          <w:tcPr>
            <w:tcW w:w="3636" w:type="dxa"/>
            <w:vAlign w:val="center"/>
          </w:tcPr>
          <w:p w14:paraId="4D5F5E17" w14:textId="77777777" w:rsidR="00C2369C" w:rsidRDefault="00C2369C"/>
        </w:tc>
      </w:tr>
    </w:tbl>
    <w:p w14:paraId="24106B0A" w14:textId="77777777" w:rsidR="00C2369C" w:rsidRDefault="00C2369C"/>
    <w:tbl>
      <w:tblPr>
        <w:tblStyle w:val="TableGrid"/>
        <w:tblW w:w="19609" w:type="dxa"/>
        <w:jc w:val="center"/>
        <w:tblLayout w:type="fixed"/>
        <w:tblLook w:val="04A0" w:firstRow="1" w:lastRow="0" w:firstColumn="1" w:lastColumn="0" w:noHBand="0" w:noVBand="1"/>
      </w:tblPr>
      <w:tblGrid>
        <w:gridCol w:w="2078"/>
        <w:gridCol w:w="5400"/>
        <w:gridCol w:w="3245"/>
        <w:gridCol w:w="990"/>
        <w:gridCol w:w="900"/>
        <w:gridCol w:w="990"/>
        <w:gridCol w:w="720"/>
        <w:gridCol w:w="5286"/>
      </w:tblGrid>
      <w:tr w:rsidR="00DA550F" w14:paraId="111D8BDD" w14:textId="77777777" w:rsidTr="00DA550F">
        <w:trPr>
          <w:tblHeader/>
          <w:jc w:val="center"/>
        </w:trPr>
        <w:tc>
          <w:tcPr>
            <w:tcW w:w="2078" w:type="dxa"/>
            <w:shd w:val="clear" w:color="auto" w:fill="DDE8D7"/>
            <w:vAlign w:val="center"/>
          </w:tcPr>
          <w:p w14:paraId="24E71CAD" w14:textId="77777777" w:rsidR="00DA550F" w:rsidRDefault="00DA550F">
            <w:pPr>
              <w:jc w:val="center"/>
            </w:pPr>
            <w:r>
              <w:rPr>
                <w:b/>
                <w:sz w:val="16"/>
              </w:rPr>
              <w:t>Picture</w:t>
            </w:r>
          </w:p>
        </w:tc>
        <w:tc>
          <w:tcPr>
            <w:tcW w:w="5400" w:type="dxa"/>
            <w:shd w:val="clear" w:color="auto" w:fill="DDE8D7"/>
            <w:vAlign w:val="center"/>
          </w:tcPr>
          <w:p w14:paraId="287EE500" w14:textId="77777777" w:rsidR="00DA550F" w:rsidRDefault="00DA550F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Plant Name / Cross</w:t>
            </w:r>
          </w:p>
          <w:p w14:paraId="5143DB9C" w14:textId="77777777" w:rsidR="00DA550F" w:rsidRDefault="00DA550F">
            <w:pPr>
              <w:jc w:val="center"/>
            </w:pPr>
          </w:p>
        </w:tc>
        <w:tc>
          <w:tcPr>
            <w:tcW w:w="3245" w:type="dxa"/>
            <w:shd w:val="clear" w:color="auto" w:fill="DDE8D7"/>
          </w:tcPr>
          <w:p w14:paraId="7D057192" w14:textId="71F4B585" w:rsidR="00DA550F" w:rsidRDefault="00DA550F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Parents</w:t>
            </w:r>
          </w:p>
        </w:tc>
        <w:tc>
          <w:tcPr>
            <w:tcW w:w="990" w:type="dxa"/>
            <w:shd w:val="clear" w:color="auto" w:fill="DDE8D7"/>
            <w:vAlign w:val="center"/>
          </w:tcPr>
          <w:p w14:paraId="334CC371" w14:textId="6A84A045" w:rsidR="00DA550F" w:rsidRDefault="00DA550F">
            <w:pPr>
              <w:jc w:val="center"/>
            </w:pPr>
            <w:r>
              <w:rPr>
                <w:b/>
                <w:sz w:val="16"/>
              </w:rPr>
              <w:t>Pot Size</w:t>
            </w:r>
          </w:p>
        </w:tc>
        <w:tc>
          <w:tcPr>
            <w:tcW w:w="900" w:type="dxa"/>
            <w:shd w:val="clear" w:color="auto" w:fill="DDE8D7"/>
            <w:vAlign w:val="center"/>
          </w:tcPr>
          <w:p w14:paraId="22F2A2BD" w14:textId="77777777" w:rsidR="00DA550F" w:rsidRDefault="00DA550F">
            <w:pPr>
              <w:jc w:val="center"/>
            </w:pPr>
            <w:r>
              <w:rPr>
                <w:b/>
                <w:sz w:val="16"/>
              </w:rPr>
              <w:t>Qty</w:t>
            </w:r>
          </w:p>
        </w:tc>
        <w:tc>
          <w:tcPr>
            <w:tcW w:w="990" w:type="dxa"/>
            <w:shd w:val="clear" w:color="auto" w:fill="DDE8D7"/>
            <w:vAlign w:val="center"/>
          </w:tcPr>
          <w:p w14:paraId="5159FA96" w14:textId="77777777" w:rsidR="00DA550F" w:rsidRDefault="00DA550F">
            <w:pPr>
              <w:jc w:val="center"/>
            </w:pPr>
            <w:r>
              <w:rPr>
                <w:b/>
                <w:sz w:val="16"/>
              </w:rPr>
              <w:t>Unit Price</w:t>
            </w:r>
          </w:p>
        </w:tc>
        <w:tc>
          <w:tcPr>
            <w:tcW w:w="720" w:type="dxa"/>
            <w:shd w:val="clear" w:color="auto" w:fill="DDE8D7"/>
            <w:vAlign w:val="center"/>
          </w:tcPr>
          <w:p w14:paraId="03EF22BD" w14:textId="77777777" w:rsidR="00DA550F" w:rsidRDefault="00DA550F">
            <w:pPr>
              <w:jc w:val="center"/>
            </w:pPr>
            <w:r>
              <w:rPr>
                <w:b/>
                <w:sz w:val="16"/>
              </w:rPr>
              <w:t>Line Total</w:t>
            </w:r>
          </w:p>
        </w:tc>
        <w:tc>
          <w:tcPr>
            <w:tcW w:w="5286" w:type="dxa"/>
            <w:shd w:val="clear" w:color="auto" w:fill="DDE8D7"/>
            <w:vAlign w:val="center"/>
          </w:tcPr>
          <w:p w14:paraId="081462C3" w14:textId="679DD443" w:rsidR="00DA550F" w:rsidRDefault="00DA550F" w:rsidP="00DA550F">
            <w:r>
              <w:rPr>
                <w:b/>
                <w:sz w:val="16"/>
              </w:rPr>
              <w:t xml:space="preserve">                    Comments</w:t>
            </w:r>
          </w:p>
        </w:tc>
      </w:tr>
      <w:tr w:rsidR="00DA550F" w14:paraId="26F40268" w14:textId="77777777" w:rsidTr="00DA550F">
        <w:trPr>
          <w:jc w:val="center"/>
        </w:trPr>
        <w:tc>
          <w:tcPr>
            <w:tcW w:w="2078" w:type="dxa"/>
            <w:vAlign w:val="center"/>
          </w:tcPr>
          <w:p w14:paraId="358B5987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DF66B62" w14:textId="3DBE84B8" w:rsidR="00DA550F" w:rsidRPr="00815F4A" w:rsidRDefault="00DA550F">
            <w:pPr>
              <w:rPr>
                <w:sz w:val="16"/>
              </w:rPr>
            </w:pPr>
            <w:r>
              <w:rPr>
                <w:sz w:val="16"/>
              </w:rPr>
              <w:t xml:space="preserve">C. </w:t>
            </w:r>
            <w:proofErr w:type="spellStart"/>
            <w:r>
              <w:rPr>
                <w:sz w:val="16"/>
              </w:rPr>
              <w:t>walkeriana</w:t>
            </w:r>
            <w:proofErr w:type="spellEnd"/>
            <w:r>
              <w:rPr>
                <w:sz w:val="16"/>
              </w:rPr>
              <w:t xml:space="preserve"> ‘Pendentive’ x </w:t>
            </w:r>
            <w:proofErr w:type="spellStart"/>
            <w:r>
              <w:rPr>
                <w:sz w:val="16"/>
              </w:rPr>
              <w:t>walkeriana</w:t>
            </w:r>
            <w:proofErr w:type="spellEnd"/>
            <w:r>
              <w:rPr>
                <w:sz w:val="16"/>
              </w:rPr>
              <w:t xml:space="preserve"> </w:t>
            </w:r>
            <w:r w:rsidR="00815F4A">
              <w:rPr>
                <w:sz w:val="16"/>
              </w:rPr>
              <w:t>semi-alba ‘Kenny’</w:t>
            </w:r>
            <w:r>
              <w:rPr>
                <w:sz w:val="16"/>
              </w:rPr>
              <w:t xml:space="preserve">                   </w:t>
            </w:r>
          </w:p>
        </w:tc>
        <w:tc>
          <w:tcPr>
            <w:tcW w:w="3245" w:type="dxa"/>
          </w:tcPr>
          <w:p w14:paraId="20C0B383" w14:textId="29488CAA" w:rsidR="00DA550F" w:rsidRDefault="00815F4A" w:rsidP="00815F4A">
            <w:r>
              <w:t xml:space="preserve">  </w:t>
            </w:r>
            <w:r w:rsidR="00DA550F">
              <w:t xml:space="preserve"> </w:t>
            </w:r>
            <w:r w:rsidR="00DA550F">
              <w:rPr>
                <w:noProof/>
              </w:rPr>
              <w:drawing>
                <wp:inline distT="0" distB="0" distL="0" distR="0" wp14:anchorId="3D22000D" wp14:editId="5C68C91D">
                  <wp:extent cx="423930" cy="566057"/>
                  <wp:effectExtent l="0" t="0" r="0" b="5715"/>
                  <wp:docPr id="13819856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501" cy="577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  <w:sz w:val="16"/>
              </w:rPr>
              <w:t xml:space="preserve"> </w:t>
            </w:r>
            <w:r>
              <w:rPr>
                <w:noProof/>
                <w:sz w:val="16"/>
              </w:rPr>
              <w:drawing>
                <wp:inline distT="0" distB="0" distL="0" distR="0" wp14:anchorId="7B31815C" wp14:editId="353C9996">
                  <wp:extent cx="375557" cy="558575"/>
                  <wp:effectExtent l="0" t="0" r="5715" b="0"/>
                  <wp:docPr id="17544299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337" cy="5686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31825230" w14:textId="0E1CF8EB" w:rsidR="00DA550F" w:rsidRDefault="00A051FD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6F97CF21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2DF22112" w14:textId="365927AC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15F4A">
              <w:rPr>
                <w:sz w:val="16"/>
              </w:rPr>
              <w:t>1</w:t>
            </w:r>
            <w:r w:rsidR="00795E6E">
              <w:rPr>
                <w:sz w:val="16"/>
              </w:rPr>
              <w:t>8</w:t>
            </w:r>
          </w:p>
        </w:tc>
        <w:tc>
          <w:tcPr>
            <w:tcW w:w="720" w:type="dxa"/>
            <w:vAlign w:val="center"/>
          </w:tcPr>
          <w:p w14:paraId="3CEB8196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1D72D5C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30C7D0E4" w14:textId="77777777" w:rsidTr="00DA550F">
        <w:trPr>
          <w:jc w:val="center"/>
        </w:trPr>
        <w:tc>
          <w:tcPr>
            <w:tcW w:w="2078" w:type="dxa"/>
            <w:vAlign w:val="center"/>
          </w:tcPr>
          <w:p w14:paraId="7A0D1D67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642DFF83" w14:textId="77777777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 xml:space="preserve">. Jessie Lee 'Hawaii' x </w:t>
            </w:r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Waikiki Jungle 'Carmela'</w:t>
            </w:r>
          </w:p>
        </w:tc>
        <w:tc>
          <w:tcPr>
            <w:tcW w:w="3245" w:type="dxa"/>
          </w:tcPr>
          <w:p w14:paraId="4CB454C4" w14:textId="49170ACD" w:rsidR="00DA550F" w:rsidRDefault="00FD6B80" w:rsidP="00FD6B80">
            <w:pPr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6D8DB248" wp14:editId="7EEB9B50">
                  <wp:extent cx="376484" cy="573738"/>
                  <wp:effectExtent l="0" t="0" r="5080" b="0"/>
                  <wp:docPr id="17799598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346" cy="58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72736F4D" wp14:editId="3B1C55DE">
                  <wp:extent cx="782335" cy="593272"/>
                  <wp:effectExtent l="0" t="0" r="0" b="0"/>
                  <wp:docPr id="21394243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01977" cy="608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3B0319C" w14:textId="23534CE7" w:rsidR="00DA550F" w:rsidRDefault="00364C53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296C1287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320F8B41" w14:textId="5A6442C2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6562A">
              <w:rPr>
                <w:sz w:val="16"/>
              </w:rPr>
              <w:t>15</w:t>
            </w:r>
          </w:p>
        </w:tc>
        <w:tc>
          <w:tcPr>
            <w:tcW w:w="720" w:type="dxa"/>
            <w:vAlign w:val="center"/>
          </w:tcPr>
          <w:p w14:paraId="195DF7A9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44F2C6F7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6EE7DE89" w14:textId="77777777" w:rsidTr="00DA550F">
        <w:trPr>
          <w:jc w:val="center"/>
        </w:trPr>
        <w:tc>
          <w:tcPr>
            <w:tcW w:w="2078" w:type="dxa"/>
            <w:vAlign w:val="center"/>
          </w:tcPr>
          <w:p w14:paraId="7CA58886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75738ABE" w14:textId="185FA023" w:rsidR="00DA550F" w:rsidRDefault="00DA550F">
            <w:r>
              <w:rPr>
                <w:sz w:val="16"/>
              </w:rPr>
              <w:t>C. Dale Ott</w:t>
            </w:r>
            <w:r w:rsidR="00CD7413">
              <w:rPr>
                <w:sz w:val="16"/>
              </w:rPr>
              <w:t xml:space="preserve"> ‘</w:t>
            </w:r>
            <w:proofErr w:type="spellStart"/>
            <w:r w:rsidR="00CD7413">
              <w:rPr>
                <w:sz w:val="16"/>
              </w:rPr>
              <w:t>Whipperwill</w:t>
            </w:r>
            <w:proofErr w:type="spellEnd"/>
            <w:r w:rsidR="00CD7413">
              <w:rPr>
                <w:sz w:val="16"/>
              </w:rPr>
              <w:t>’</w:t>
            </w:r>
          </w:p>
        </w:tc>
        <w:tc>
          <w:tcPr>
            <w:tcW w:w="3245" w:type="dxa"/>
          </w:tcPr>
          <w:p w14:paraId="483560FC" w14:textId="24A7754A" w:rsidR="00DA550F" w:rsidRDefault="00FD6B80" w:rsidP="00FD6B80">
            <w:r>
              <w:rPr>
                <w:noProof/>
              </w:rPr>
              <w:drawing>
                <wp:inline distT="0" distB="0" distL="0" distR="0" wp14:anchorId="5BE53777" wp14:editId="4670787F">
                  <wp:extent cx="498437" cy="642257"/>
                  <wp:effectExtent l="0" t="0" r="0" b="5715"/>
                  <wp:docPr id="19581619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251" cy="663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6A5682B1" wp14:editId="6E96C335">
                  <wp:extent cx="541564" cy="681201"/>
                  <wp:effectExtent l="0" t="0" r="0" b="5080"/>
                  <wp:docPr id="190253755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303" cy="704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72EF1342" wp14:editId="2C07F064">
                  <wp:extent cx="424543" cy="659450"/>
                  <wp:effectExtent l="0" t="0" r="0" b="7620"/>
                  <wp:docPr id="187960470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39524" cy="68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6C9E83D9" w14:textId="5DC2B80D" w:rsidR="00DA550F" w:rsidRDefault="00CD7413">
            <w:pPr>
              <w:jc w:val="center"/>
            </w:pPr>
            <w:r>
              <w:t>3”</w:t>
            </w:r>
          </w:p>
        </w:tc>
        <w:tc>
          <w:tcPr>
            <w:tcW w:w="900" w:type="dxa"/>
            <w:vAlign w:val="center"/>
          </w:tcPr>
          <w:p w14:paraId="1834FA2B" w14:textId="43519EA6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436E1179" w14:textId="3B292064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CD7413">
              <w:rPr>
                <w:sz w:val="16"/>
              </w:rPr>
              <w:t>28</w:t>
            </w:r>
          </w:p>
        </w:tc>
        <w:tc>
          <w:tcPr>
            <w:tcW w:w="720" w:type="dxa"/>
            <w:vAlign w:val="center"/>
          </w:tcPr>
          <w:p w14:paraId="70A11E3B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70119E03" w14:textId="40643888" w:rsidR="00DA550F" w:rsidRDefault="00DA550F">
            <w:r>
              <w:rPr>
                <w:sz w:val="16"/>
              </w:rPr>
              <w:br/>
            </w:r>
            <w:r w:rsidR="00CD7413">
              <w:rPr>
                <w:sz w:val="16"/>
              </w:rPr>
              <w:t>NBS to BS</w:t>
            </w:r>
            <w:r w:rsidR="001831B3">
              <w:rPr>
                <w:sz w:val="16"/>
              </w:rPr>
              <w:t>, Mericlones</w:t>
            </w:r>
            <w:r>
              <w:rPr>
                <w:sz w:val="16"/>
              </w:rPr>
              <w:br/>
            </w:r>
          </w:p>
        </w:tc>
      </w:tr>
      <w:tr w:rsidR="00DA550F" w14:paraId="5CCFF784" w14:textId="77777777" w:rsidTr="00DA550F">
        <w:trPr>
          <w:jc w:val="center"/>
        </w:trPr>
        <w:tc>
          <w:tcPr>
            <w:tcW w:w="2078" w:type="dxa"/>
            <w:vAlign w:val="center"/>
          </w:tcPr>
          <w:p w14:paraId="50511AF0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52835C0D" w14:textId="77777777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Hawaiian Thrill 'Paradise' x (C. Katherine Clarkson x C. Chinese Bronze 'Marco Polo')</w:t>
            </w:r>
          </w:p>
        </w:tc>
        <w:tc>
          <w:tcPr>
            <w:tcW w:w="3245" w:type="dxa"/>
          </w:tcPr>
          <w:p w14:paraId="37AF467E" w14:textId="66EF3CE2" w:rsidR="00DA550F" w:rsidRDefault="00F63BAF" w:rsidP="00F63BAF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D8961A7" wp14:editId="5054E5C8">
                  <wp:extent cx="389164" cy="589078"/>
                  <wp:effectExtent l="0" t="0" r="0" b="1905"/>
                  <wp:docPr id="97223236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0668" cy="606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796CC52" wp14:editId="5B12ECC3">
                  <wp:extent cx="446314" cy="595135"/>
                  <wp:effectExtent l="0" t="0" r="0" b="0"/>
                  <wp:docPr id="3044774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66991" cy="62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46F4A06" w14:textId="42D670B9" w:rsidR="00DA550F" w:rsidRDefault="00DA550F">
            <w:pPr>
              <w:jc w:val="center"/>
            </w:pPr>
            <w:r>
              <w:rPr>
                <w:sz w:val="16"/>
              </w:rPr>
              <w:t>2"</w:t>
            </w:r>
          </w:p>
        </w:tc>
        <w:tc>
          <w:tcPr>
            <w:tcW w:w="900" w:type="dxa"/>
            <w:vAlign w:val="center"/>
          </w:tcPr>
          <w:p w14:paraId="0C777FDB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5F70A676" w14:textId="6F1DD3F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6562A">
              <w:rPr>
                <w:sz w:val="16"/>
              </w:rPr>
              <w:t>15</w:t>
            </w:r>
          </w:p>
        </w:tc>
        <w:tc>
          <w:tcPr>
            <w:tcW w:w="720" w:type="dxa"/>
            <w:vAlign w:val="center"/>
          </w:tcPr>
          <w:p w14:paraId="7FAED5A7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7147713C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2A64272A" w14:textId="77777777" w:rsidTr="00DA550F">
        <w:trPr>
          <w:jc w:val="center"/>
        </w:trPr>
        <w:tc>
          <w:tcPr>
            <w:tcW w:w="2078" w:type="dxa"/>
            <w:vAlign w:val="center"/>
          </w:tcPr>
          <w:p w14:paraId="3157725F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02CB842D" w14:textId="77777777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Karen's Sunrise 'Lakeview' x George King 'Serendipity' AM/AOS</w:t>
            </w:r>
          </w:p>
        </w:tc>
        <w:tc>
          <w:tcPr>
            <w:tcW w:w="3245" w:type="dxa"/>
          </w:tcPr>
          <w:p w14:paraId="058B1445" w14:textId="5733950D" w:rsidR="00DA550F" w:rsidRDefault="00F63BAF" w:rsidP="00F63BAF">
            <w:r>
              <w:rPr>
                <w:noProof/>
              </w:rPr>
              <w:drawing>
                <wp:inline distT="0" distB="0" distL="0" distR="0" wp14:anchorId="0BAC9629" wp14:editId="70DBC4DF">
                  <wp:extent cx="468251" cy="624386"/>
                  <wp:effectExtent l="0" t="0" r="8255" b="4445"/>
                  <wp:docPr id="14286716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80397" cy="64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71C9A187" wp14:editId="596F0D77">
                  <wp:extent cx="568779" cy="605959"/>
                  <wp:effectExtent l="0" t="0" r="3175" b="3810"/>
                  <wp:docPr id="77083768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78998" cy="616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49A67C5" w14:textId="40F6BB04" w:rsidR="00DA550F" w:rsidRDefault="00F63BAF">
            <w:pPr>
              <w:jc w:val="center"/>
            </w:pPr>
            <w:r>
              <w:t>3”</w:t>
            </w:r>
          </w:p>
        </w:tc>
        <w:tc>
          <w:tcPr>
            <w:tcW w:w="900" w:type="dxa"/>
            <w:vAlign w:val="center"/>
          </w:tcPr>
          <w:p w14:paraId="428BDDF7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ACF1EB5" w14:textId="5624EF06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46D9AE4A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280030FD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66CED257" w14:textId="77777777" w:rsidTr="00DA550F">
        <w:trPr>
          <w:jc w:val="center"/>
        </w:trPr>
        <w:tc>
          <w:tcPr>
            <w:tcW w:w="2078" w:type="dxa"/>
            <w:vAlign w:val="center"/>
          </w:tcPr>
          <w:p w14:paraId="5F3F3426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16C070FF" w14:textId="77777777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Waikiki Gold 'Lea' HCC/AOS x Waikiki Jungle 'Carmela'</w:t>
            </w:r>
          </w:p>
        </w:tc>
        <w:tc>
          <w:tcPr>
            <w:tcW w:w="3245" w:type="dxa"/>
          </w:tcPr>
          <w:p w14:paraId="52CA9278" w14:textId="4E6423E5" w:rsidR="00DA550F" w:rsidRDefault="00F63BAF" w:rsidP="00F63BAF">
            <w:r w:rsidRPr="00F63BAF">
              <w:rPr>
                <w:noProof/>
              </w:rPr>
              <w:drawing>
                <wp:inline distT="0" distB="0" distL="0" distR="0" wp14:anchorId="1C7747EF" wp14:editId="345D9F0A">
                  <wp:extent cx="740148" cy="555172"/>
                  <wp:effectExtent l="0" t="0" r="3175" b="0"/>
                  <wp:docPr id="98810174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65" cy="588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72C1F7AF" wp14:editId="1960D1F4">
                  <wp:extent cx="677636" cy="513876"/>
                  <wp:effectExtent l="0" t="0" r="8255" b="635"/>
                  <wp:docPr id="3315683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96354" cy="52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2A034040" w14:textId="77777777" w:rsidR="00DA550F" w:rsidRDefault="00516278">
            <w:pPr>
              <w:jc w:val="center"/>
            </w:pPr>
            <w:r>
              <w:t>4”</w:t>
            </w:r>
          </w:p>
          <w:p w14:paraId="6FBB9C48" w14:textId="3C0CDE8E" w:rsidR="00516278" w:rsidRDefault="00516278">
            <w:pPr>
              <w:jc w:val="center"/>
            </w:pPr>
            <w:r>
              <w:t>Blooming size</w:t>
            </w:r>
          </w:p>
        </w:tc>
        <w:tc>
          <w:tcPr>
            <w:tcW w:w="900" w:type="dxa"/>
            <w:vAlign w:val="center"/>
          </w:tcPr>
          <w:p w14:paraId="0B677876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1B84F58D" w14:textId="0A84D62A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6562A">
              <w:rPr>
                <w:sz w:val="16"/>
              </w:rPr>
              <w:t>38</w:t>
            </w:r>
          </w:p>
        </w:tc>
        <w:tc>
          <w:tcPr>
            <w:tcW w:w="720" w:type="dxa"/>
            <w:vAlign w:val="center"/>
          </w:tcPr>
          <w:p w14:paraId="56CCDBEB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C1D9AF8" w14:textId="4230E42C" w:rsidR="00DA550F" w:rsidRDefault="00DA550F">
            <w:r>
              <w:rPr>
                <w:sz w:val="16"/>
              </w:rPr>
              <w:br/>
            </w:r>
            <w:r w:rsidR="00516278">
              <w:rPr>
                <w:noProof/>
              </w:rPr>
              <w:drawing>
                <wp:inline distT="0" distB="0" distL="0" distR="0" wp14:anchorId="6A7B4FA5" wp14:editId="38D43FF7">
                  <wp:extent cx="631371" cy="473590"/>
                  <wp:effectExtent l="0" t="0" r="0" b="3175"/>
                  <wp:docPr id="203989977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89" cy="48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16278">
              <w:t xml:space="preserve">  </w:t>
            </w:r>
            <w:r w:rsidR="00516278">
              <w:rPr>
                <w:noProof/>
              </w:rPr>
              <w:drawing>
                <wp:inline distT="0" distB="0" distL="0" distR="0" wp14:anchorId="3FDD202C" wp14:editId="3A1688D4">
                  <wp:extent cx="612059" cy="528790"/>
                  <wp:effectExtent l="0" t="0" r="0" b="5080"/>
                  <wp:docPr id="61686900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34671" cy="548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16278">
              <w:t xml:space="preserve"> </w:t>
            </w:r>
            <w:r w:rsidR="00516278">
              <w:rPr>
                <w:noProof/>
              </w:rPr>
              <w:drawing>
                <wp:inline distT="0" distB="0" distL="0" distR="0" wp14:anchorId="4029BC97" wp14:editId="0F742A01">
                  <wp:extent cx="684892" cy="513601"/>
                  <wp:effectExtent l="0" t="0" r="1270" b="1270"/>
                  <wp:docPr id="209848503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944" cy="525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br/>
            </w:r>
            <w:r w:rsidR="00516278">
              <w:t>Seedlings that have bloomed</w:t>
            </w:r>
          </w:p>
        </w:tc>
      </w:tr>
      <w:tr w:rsidR="00DA550F" w14:paraId="726DB5C3" w14:textId="77777777" w:rsidTr="00DA550F">
        <w:trPr>
          <w:jc w:val="center"/>
        </w:trPr>
        <w:tc>
          <w:tcPr>
            <w:tcW w:w="2078" w:type="dxa"/>
            <w:vAlign w:val="center"/>
          </w:tcPr>
          <w:p w14:paraId="276840ED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658F9E76" w14:textId="34A6BBC3" w:rsidR="00DA550F" w:rsidRDefault="00DA550F">
            <w:r>
              <w:rPr>
                <w:sz w:val="16"/>
              </w:rPr>
              <w:t xml:space="preserve">C. </w:t>
            </w:r>
            <w:proofErr w:type="spellStart"/>
            <w:r>
              <w:rPr>
                <w:sz w:val="16"/>
              </w:rPr>
              <w:t>B</w:t>
            </w:r>
            <w:r w:rsidR="00516278">
              <w:rPr>
                <w:sz w:val="16"/>
              </w:rPr>
              <w:t>rabantiae</w:t>
            </w:r>
            <w:proofErr w:type="spellEnd"/>
            <w:r>
              <w:rPr>
                <w:sz w:val="16"/>
              </w:rPr>
              <w:t xml:space="preserve"> x C. </w:t>
            </w:r>
            <w:proofErr w:type="spellStart"/>
            <w:r>
              <w:rPr>
                <w:sz w:val="16"/>
              </w:rPr>
              <w:t>Breau</w:t>
            </w:r>
            <w:r w:rsidR="00516278">
              <w:rPr>
                <w:sz w:val="16"/>
              </w:rPr>
              <w:t>t</w:t>
            </w:r>
            <w:r>
              <w:rPr>
                <w:sz w:val="16"/>
              </w:rPr>
              <w:t>iana</w:t>
            </w:r>
            <w:proofErr w:type="spellEnd"/>
          </w:p>
        </w:tc>
        <w:tc>
          <w:tcPr>
            <w:tcW w:w="3245" w:type="dxa"/>
          </w:tcPr>
          <w:p w14:paraId="0560DB87" w14:textId="72E14AAA" w:rsidR="00DA550F" w:rsidRDefault="00516278" w:rsidP="00516278">
            <w:r>
              <w:rPr>
                <w:noProof/>
              </w:rPr>
              <w:drawing>
                <wp:inline distT="0" distB="0" distL="0" distR="0" wp14:anchorId="3FECD3E3" wp14:editId="25DA3517">
                  <wp:extent cx="459921" cy="613279"/>
                  <wp:effectExtent l="0" t="0" r="0" b="0"/>
                  <wp:docPr id="50334493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51" cy="625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4B2E055F" wp14:editId="06D65A08">
                  <wp:extent cx="827708" cy="620849"/>
                  <wp:effectExtent l="0" t="0" r="0" b="8255"/>
                  <wp:docPr id="53040842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380" cy="633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1BEF0F4" w14:textId="479C222B" w:rsidR="00DA550F" w:rsidRDefault="00364C53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252EA38C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94502B6" w14:textId="66335C5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15</w:t>
            </w:r>
          </w:p>
        </w:tc>
        <w:tc>
          <w:tcPr>
            <w:tcW w:w="720" w:type="dxa"/>
            <w:vAlign w:val="center"/>
          </w:tcPr>
          <w:p w14:paraId="3785B338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1F39408A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55AD8236" w14:textId="77777777" w:rsidTr="00DA550F">
        <w:trPr>
          <w:jc w:val="center"/>
        </w:trPr>
        <w:tc>
          <w:tcPr>
            <w:tcW w:w="2078" w:type="dxa"/>
            <w:vAlign w:val="center"/>
          </w:tcPr>
          <w:p w14:paraId="75E2EC8D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1D99E106" w14:textId="77777777" w:rsidR="00DA550F" w:rsidRDefault="00DA550F">
            <w:r>
              <w:rPr>
                <w:sz w:val="16"/>
              </w:rPr>
              <w:t xml:space="preserve">Phal. </w:t>
            </w:r>
            <w:proofErr w:type="spellStart"/>
            <w:r>
              <w:rPr>
                <w:sz w:val="16"/>
              </w:rPr>
              <w:t>bellina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coer</w:t>
            </w:r>
            <w:proofErr w:type="spellEnd"/>
            <w:r>
              <w:rPr>
                <w:sz w:val="16"/>
              </w:rPr>
              <w:t xml:space="preserve"> x self</w:t>
            </w:r>
          </w:p>
        </w:tc>
        <w:tc>
          <w:tcPr>
            <w:tcW w:w="3245" w:type="dxa"/>
          </w:tcPr>
          <w:p w14:paraId="77B359AB" w14:textId="045B5B5C" w:rsidR="00DA550F" w:rsidRDefault="00516278" w:rsidP="00516278">
            <w:r>
              <w:rPr>
                <w:noProof/>
              </w:rPr>
              <w:drawing>
                <wp:inline distT="0" distB="0" distL="0" distR="0" wp14:anchorId="41A56AAA" wp14:editId="6D6711F7">
                  <wp:extent cx="557308" cy="586195"/>
                  <wp:effectExtent l="0" t="0" r="0" b="4445"/>
                  <wp:docPr id="175136192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268" cy="59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335A6A23" w14:textId="7597285A" w:rsidR="00DA550F" w:rsidRDefault="00516278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2EA69B14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48982A5A" w14:textId="3A4E4632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15</w:t>
            </w:r>
          </w:p>
        </w:tc>
        <w:tc>
          <w:tcPr>
            <w:tcW w:w="720" w:type="dxa"/>
            <w:vAlign w:val="center"/>
          </w:tcPr>
          <w:p w14:paraId="109DA19B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A4D61CC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3AF461AA" w14:textId="77777777" w:rsidTr="00DA550F">
        <w:trPr>
          <w:jc w:val="center"/>
        </w:trPr>
        <w:tc>
          <w:tcPr>
            <w:tcW w:w="2078" w:type="dxa"/>
            <w:vAlign w:val="center"/>
          </w:tcPr>
          <w:p w14:paraId="7C6926CF" w14:textId="77777777" w:rsidR="00DA550F" w:rsidRDefault="00DA550F">
            <w:pPr>
              <w:jc w:val="center"/>
            </w:pPr>
            <w:r>
              <w:rPr>
                <w:sz w:val="16"/>
              </w:rPr>
              <w:lastRenderedPageBreak/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6902C131" w14:textId="3ACA5D6E" w:rsidR="00DA550F" w:rsidRDefault="00516278">
            <w:proofErr w:type="spellStart"/>
            <w:r>
              <w:rPr>
                <w:sz w:val="16"/>
              </w:rPr>
              <w:t>Schilleriano-</w:t>
            </w:r>
            <w:proofErr w:type="gramStart"/>
            <w:r>
              <w:rPr>
                <w:sz w:val="16"/>
              </w:rPr>
              <w:t>harrisoniae</w:t>
            </w:r>
            <w:proofErr w:type="spellEnd"/>
            <w:r>
              <w:rPr>
                <w:sz w:val="16"/>
              </w:rPr>
              <w:t xml:space="preserve"> </w:t>
            </w:r>
            <w:r w:rsidR="00DA550F">
              <w:rPr>
                <w:sz w:val="16"/>
              </w:rPr>
              <w:t xml:space="preserve"> x</w:t>
            </w:r>
            <w:proofErr w:type="gramEnd"/>
            <w:r>
              <w:rPr>
                <w:sz w:val="16"/>
              </w:rPr>
              <w:t xml:space="preserve"> C.</w:t>
            </w:r>
            <w:r w:rsidR="00DA550F">
              <w:rPr>
                <w:sz w:val="16"/>
              </w:rPr>
              <w:t xml:space="preserve"> Key Largo</w:t>
            </w:r>
          </w:p>
        </w:tc>
        <w:tc>
          <w:tcPr>
            <w:tcW w:w="3245" w:type="dxa"/>
          </w:tcPr>
          <w:p w14:paraId="7E870CFC" w14:textId="671B842F" w:rsidR="00DA550F" w:rsidRDefault="00A519B7" w:rsidP="00516278">
            <w:r>
              <w:rPr>
                <w:noProof/>
              </w:rPr>
              <w:drawing>
                <wp:inline distT="0" distB="0" distL="0" distR="0" wp14:anchorId="765967DA" wp14:editId="093BBF21">
                  <wp:extent cx="468379" cy="638628"/>
                  <wp:effectExtent l="0" t="0" r="8255" b="0"/>
                  <wp:docPr id="112490714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27" cy="659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04DD074" wp14:editId="3D22472D">
                  <wp:extent cx="620421" cy="619397"/>
                  <wp:effectExtent l="0" t="0" r="8255" b="9525"/>
                  <wp:docPr id="8296465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379" cy="629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3B8693B2" w14:textId="77777777" w:rsidR="00DA550F" w:rsidRDefault="00404426">
            <w:pPr>
              <w:jc w:val="center"/>
            </w:pPr>
            <w:r>
              <w:t>4”</w:t>
            </w:r>
          </w:p>
          <w:p w14:paraId="29BA6785" w14:textId="0CA0B616" w:rsidR="00404426" w:rsidRDefault="00404426">
            <w:pPr>
              <w:jc w:val="center"/>
            </w:pPr>
            <w:r>
              <w:t>Blooming size</w:t>
            </w:r>
          </w:p>
        </w:tc>
        <w:tc>
          <w:tcPr>
            <w:tcW w:w="900" w:type="dxa"/>
            <w:vAlign w:val="center"/>
          </w:tcPr>
          <w:p w14:paraId="6F221050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8D8B358" w14:textId="23535538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404426">
              <w:rPr>
                <w:sz w:val="16"/>
              </w:rPr>
              <w:t>3</w:t>
            </w:r>
            <w:r w:rsidR="00100F47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7C64E831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462CACF7" w14:textId="77FDA67A" w:rsidR="00DA550F" w:rsidRDefault="00A519B7">
            <w:r>
              <w:rPr>
                <w:noProof/>
              </w:rPr>
              <w:drawing>
                <wp:inline distT="0" distB="0" distL="0" distR="0" wp14:anchorId="650C8305" wp14:editId="252EA570">
                  <wp:extent cx="954189" cy="715736"/>
                  <wp:effectExtent l="0" t="0" r="0" b="8255"/>
                  <wp:docPr id="183043894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06564" cy="755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4426">
              <w:rPr>
                <w:sz w:val="16"/>
              </w:rPr>
              <w:t xml:space="preserve"> </w:t>
            </w:r>
            <w:r w:rsidR="00404426">
              <w:rPr>
                <w:noProof/>
              </w:rPr>
              <w:drawing>
                <wp:inline distT="0" distB="0" distL="0" distR="0" wp14:anchorId="486FB29B" wp14:editId="141BDDC4">
                  <wp:extent cx="555172" cy="721176"/>
                  <wp:effectExtent l="0" t="0" r="0" b="3175"/>
                  <wp:docPr id="6452114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38" cy="73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4426">
              <w:rPr>
                <w:sz w:val="16"/>
              </w:rPr>
              <w:t xml:space="preserve"> </w:t>
            </w:r>
            <w:r w:rsidR="00404426">
              <w:rPr>
                <w:noProof/>
              </w:rPr>
              <w:drawing>
                <wp:inline distT="0" distB="0" distL="0" distR="0" wp14:anchorId="16835028" wp14:editId="3454064B">
                  <wp:extent cx="575687" cy="712513"/>
                  <wp:effectExtent l="0" t="0" r="0" b="0"/>
                  <wp:docPr id="2102393674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505" cy="738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550F">
              <w:rPr>
                <w:sz w:val="16"/>
              </w:rPr>
              <w:br/>
            </w:r>
            <w:r w:rsidR="00404426">
              <w:t>Cool babies that have bloomed</w:t>
            </w:r>
          </w:p>
        </w:tc>
      </w:tr>
      <w:tr w:rsidR="00DA550F" w14:paraId="49898B9D" w14:textId="77777777" w:rsidTr="00DA550F">
        <w:trPr>
          <w:jc w:val="center"/>
        </w:trPr>
        <w:tc>
          <w:tcPr>
            <w:tcW w:w="2078" w:type="dxa"/>
            <w:vAlign w:val="center"/>
          </w:tcPr>
          <w:p w14:paraId="4C5379BE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97256B3" w14:textId="25F667E5" w:rsidR="00DA550F" w:rsidRDefault="00DA550F">
            <w:proofErr w:type="spellStart"/>
            <w:r>
              <w:rPr>
                <w:sz w:val="16"/>
              </w:rPr>
              <w:t>Ctt</w:t>
            </w:r>
            <w:proofErr w:type="spellEnd"/>
            <w:r>
              <w:rPr>
                <w:sz w:val="16"/>
              </w:rPr>
              <w:t>. Charles Wilson x Aussie Sunset</w:t>
            </w:r>
            <w:r w:rsidR="0051093B">
              <w:rPr>
                <w:sz w:val="16"/>
              </w:rPr>
              <w:t xml:space="preserve"> ‘Cosmic Fire’</w:t>
            </w:r>
          </w:p>
        </w:tc>
        <w:tc>
          <w:tcPr>
            <w:tcW w:w="3245" w:type="dxa"/>
          </w:tcPr>
          <w:p w14:paraId="02D8D84D" w14:textId="3432EDDE" w:rsidR="00DA550F" w:rsidRDefault="0051093B" w:rsidP="00404426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13425E77" wp14:editId="4C74B3F7">
                  <wp:extent cx="577198" cy="662758"/>
                  <wp:effectExtent l="0" t="0" r="0" b="4445"/>
                  <wp:docPr id="103857312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15" cy="678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53EB6522" wp14:editId="2AEAA83C">
                  <wp:extent cx="598714" cy="680941"/>
                  <wp:effectExtent l="0" t="0" r="0" b="5080"/>
                  <wp:docPr id="634363761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367" cy="689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7274E159" w14:textId="1E0A0E71" w:rsidR="00DA550F" w:rsidRDefault="00DA550F">
            <w:pPr>
              <w:jc w:val="center"/>
            </w:pPr>
            <w:r>
              <w:rPr>
                <w:sz w:val="16"/>
              </w:rPr>
              <w:t>2"</w:t>
            </w:r>
          </w:p>
        </w:tc>
        <w:tc>
          <w:tcPr>
            <w:tcW w:w="900" w:type="dxa"/>
            <w:vAlign w:val="center"/>
          </w:tcPr>
          <w:p w14:paraId="08F608C0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1BA5323" w14:textId="7422717A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51093B">
              <w:rPr>
                <w:sz w:val="16"/>
              </w:rPr>
              <w:t>15</w:t>
            </w:r>
          </w:p>
        </w:tc>
        <w:tc>
          <w:tcPr>
            <w:tcW w:w="720" w:type="dxa"/>
            <w:vAlign w:val="center"/>
          </w:tcPr>
          <w:p w14:paraId="4414580E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5B82F1F8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522BD716" w14:textId="77777777" w:rsidTr="00DA550F">
        <w:trPr>
          <w:jc w:val="center"/>
        </w:trPr>
        <w:tc>
          <w:tcPr>
            <w:tcW w:w="2078" w:type="dxa"/>
            <w:vAlign w:val="center"/>
          </w:tcPr>
          <w:p w14:paraId="3CBDDBAE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5AA16D4A" w14:textId="7A4483EA" w:rsidR="00DA550F" w:rsidRDefault="00DA550F">
            <w:r>
              <w:rPr>
                <w:sz w:val="16"/>
              </w:rPr>
              <w:t xml:space="preserve">C. Dale Ott </w:t>
            </w:r>
            <w:r w:rsidR="0051093B">
              <w:rPr>
                <w:sz w:val="16"/>
              </w:rPr>
              <w:t>‘</w:t>
            </w:r>
            <w:proofErr w:type="spellStart"/>
            <w:r w:rsidR="0051093B">
              <w:rPr>
                <w:sz w:val="16"/>
              </w:rPr>
              <w:t>Whipperwill</w:t>
            </w:r>
            <w:proofErr w:type="spellEnd"/>
            <w:r w:rsidR="0051093B">
              <w:rPr>
                <w:sz w:val="16"/>
              </w:rPr>
              <w:t xml:space="preserve">’ x </w:t>
            </w:r>
            <w:proofErr w:type="gramStart"/>
            <w:r w:rsidR="0051093B">
              <w:rPr>
                <w:sz w:val="16"/>
              </w:rPr>
              <w:t xml:space="preserve">Terry’s </w:t>
            </w:r>
            <w:r>
              <w:rPr>
                <w:sz w:val="16"/>
              </w:rPr>
              <w:t xml:space="preserve"> Spots</w:t>
            </w:r>
            <w:proofErr w:type="gramEnd"/>
          </w:p>
        </w:tc>
        <w:tc>
          <w:tcPr>
            <w:tcW w:w="3245" w:type="dxa"/>
          </w:tcPr>
          <w:p w14:paraId="06917B84" w14:textId="5132B45A" w:rsidR="00DA550F" w:rsidRDefault="0051093B" w:rsidP="0051093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F891418" wp14:editId="48D4E157">
                  <wp:extent cx="498437" cy="642257"/>
                  <wp:effectExtent l="0" t="0" r="0" b="5715"/>
                  <wp:docPr id="16151217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251" cy="663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1E5AAA08" wp14:editId="5EA7D05F">
                  <wp:extent cx="478971" cy="638681"/>
                  <wp:effectExtent l="0" t="0" r="0" b="9525"/>
                  <wp:docPr id="104875644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80" cy="649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7DEA89DE" w14:textId="53EEADE1" w:rsidR="00DA550F" w:rsidRDefault="00DA550F">
            <w:pPr>
              <w:jc w:val="center"/>
            </w:pPr>
            <w:r>
              <w:rPr>
                <w:sz w:val="16"/>
              </w:rPr>
              <w:t>2"</w:t>
            </w:r>
          </w:p>
        </w:tc>
        <w:tc>
          <w:tcPr>
            <w:tcW w:w="900" w:type="dxa"/>
            <w:vAlign w:val="center"/>
          </w:tcPr>
          <w:p w14:paraId="29B80F9F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153C17E9" w14:textId="31248251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3D6E149F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4319DC79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4FA0A506" w14:textId="77777777" w:rsidTr="00DA550F">
        <w:trPr>
          <w:jc w:val="center"/>
        </w:trPr>
        <w:tc>
          <w:tcPr>
            <w:tcW w:w="2078" w:type="dxa"/>
            <w:vAlign w:val="center"/>
          </w:tcPr>
          <w:p w14:paraId="76E74B9E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224CEA6E" w14:textId="169E7279" w:rsidR="00DA550F" w:rsidRDefault="0051093B"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 xml:space="preserve">. </w:t>
            </w:r>
            <w:r w:rsidR="00DA550F">
              <w:rPr>
                <w:sz w:val="16"/>
              </w:rPr>
              <w:t>M</w:t>
            </w:r>
            <w:r>
              <w:rPr>
                <w:sz w:val="16"/>
              </w:rPr>
              <w:t>ount Anderson ‘Dave’</w:t>
            </w:r>
            <w:r w:rsidR="00DA550F">
              <w:rPr>
                <w:sz w:val="16"/>
              </w:rPr>
              <w:t xml:space="preserve"> x </w:t>
            </w:r>
            <w:r>
              <w:rPr>
                <w:sz w:val="16"/>
              </w:rPr>
              <w:t xml:space="preserve">C. </w:t>
            </w:r>
            <w:r w:rsidR="00DA550F">
              <w:rPr>
                <w:sz w:val="16"/>
              </w:rPr>
              <w:t>Ruth Gee</w:t>
            </w:r>
          </w:p>
        </w:tc>
        <w:tc>
          <w:tcPr>
            <w:tcW w:w="3245" w:type="dxa"/>
          </w:tcPr>
          <w:p w14:paraId="1FB872AB" w14:textId="1940CEEE" w:rsidR="00DA550F" w:rsidRDefault="0051093B" w:rsidP="0051093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026FA37B" wp14:editId="50652B47">
                  <wp:extent cx="525598" cy="701376"/>
                  <wp:effectExtent l="0" t="0" r="8255" b="3810"/>
                  <wp:docPr id="894404112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736" cy="72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2858DC53" wp14:editId="46C6DD96">
                  <wp:extent cx="527957" cy="704001"/>
                  <wp:effectExtent l="0" t="0" r="5715" b="1270"/>
                  <wp:docPr id="1981857998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118" cy="714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7BCA4584" w14:textId="163C3B37" w:rsidR="00DA550F" w:rsidRDefault="00DA550F">
            <w:pPr>
              <w:jc w:val="center"/>
            </w:pPr>
            <w:r>
              <w:rPr>
                <w:sz w:val="16"/>
              </w:rPr>
              <w:t>2"</w:t>
            </w:r>
          </w:p>
        </w:tc>
        <w:tc>
          <w:tcPr>
            <w:tcW w:w="900" w:type="dxa"/>
            <w:vAlign w:val="center"/>
          </w:tcPr>
          <w:p w14:paraId="19D9C4B4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525BE8A8" w14:textId="313D334A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51093B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2AF968DF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D3905CF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710A6052" w14:textId="77777777" w:rsidTr="0020623A">
        <w:trPr>
          <w:trHeight w:val="1169"/>
          <w:jc w:val="center"/>
        </w:trPr>
        <w:tc>
          <w:tcPr>
            <w:tcW w:w="2078" w:type="dxa"/>
            <w:vAlign w:val="center"/>
          </w:tcPr>
          <w:p w14:paraId="60E7B450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3FD58CD" w14:textId="1130D080" w:rsidR="00DA550F" w:rsidRDefault="00DA550F">
            <w:r>
              <w:rPr>
                <w:sz w:val="16"/>
              </w:rPr>
              <w:t xml:space="preserve">C. Rock City </w:t>
            </w:r>
            <w:proofErr w:type="gramStart"/>
            <w:r>
              <w:rPr>
                <w:sz w:val="16"/>
              </w:rPr>
              <w:t>x</w:t>
            </w:r>
            <w:proofErr w:type="gramEnd"/>
            <w:r w:rsidR="0051093B">
              <w:rPr>
                <w:sz w:val="16"/>
              </w:rPr>
              <w:t xml:space="preserve"> C.</w:t>
            </w:r>
            <w:r>
              <w:rPr>
                <w:sz w:val="16"/>
              </w:rPr>
              <w:t xml:space="preserve"> Ruth Gee</w:t>
            </w:r>
          </w:p>
        </w:tc>
        <w:tc>
          <w:tcPr>
            <w:tcW w:w="3245" w:type="dxa"/>
          </w:tcPr>
          <w:p w14:paraId="29F6CEE9" w14:textId="61FAF595" w:rsidR="00AB1284" w:rsidRDefault="00AB1284" w:rsidP="00AB1284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09011BD8" wp14:editId="2B5824DE">
                  <wp:extent cx="646528" cy="707572"/>
                  <wp:effectExtent l="0" t="0" r="1270" b="0"/>
                  <wp:docPr id="58364051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652" cy="74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AFCA04F" wp14:editId="5A559272">
                  <wp:extent cx="547847" cy="730523"/>
                  <wp:effectExtent l="0" t="0" r="5080" b="0"/>
                  <wp:docPr id="151968516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87" cy="744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F02D2B" w14:textId="77777777" w:rsidR="00DA550F" w:rsidRDefault="00DA550F" w:rsidP="00AB1284"/>
        </w:tc>
        <w:tc>
          <w:tcPr>
            <w:tcW w:w="990" w:type="dxa"/>
            <w:vAlign w:val="center"/>
          </w:tcPr>
          <w:p w14:paraId="19446DFE" w14:textId="041D0C2A" w:rsidR="00DA550F" w:rsidRDefault="00364C53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713C619E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3479DB04" w14:textId="62EFDFBE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41D40298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7D744866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773F3DB3" w14:textId="77777777" w:rsidTr="00DA550F">
        <w:trPr>
          <w:jc w:val="center"/>
        </w:trPr>
        <w:tc>
          <w:tcPr>
            <w:tcW w:w="2078" w:type="dxa"/>
            <w:vAlign w:val="center"/>
          </w:tcPr>
          <w:p w14:paraId="361E1FF4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CBC985A" w14:textId="1742E10D" w:rsidR="00DA550F" w:rsidRDefault="00DA550F">
            <w:r>
              <w:rPr>
                <w:sz w:val="16"/>
              </w:rPr>
              <w:t>C. Karen Tobiassen x</w:t>
            </w:r>
            <w:r w:rsidR="000230B6">
              <w:rPr>
                <w:sz w:val="16"/>
              </w:rPr>
              <w:t xml:space="preserve"> C. </w:t>
            </w:r>
            <w:r>
              <w:rPr>
                <w:sz w:val="16"/>
              </w:rPr>
              <w:t xml:space="preserve"> Valentine </w:t>
            </w:r>
            <w:proofErr w:type="spellStart"/>
            <w:r>
              <w:rPr>
                <w:sz w:val="16"/>
              </w:rPr>
              <w:t>coer</w:t>
            </w:r>
            <w:r w:rsidR="000230B6">
              <w:rPr>
                <w:sz w:val="16"/>
              </w:rPr>
              <w:t>ulea</w:t>
            </w:r>
            <w:proofErr w:type="spellEnd"/>
          </w:p>
        </w:tc>
        <w:tc>
          <w:tcPr>
            <w:tcW w:w="3245" w:type="dxa"/>
          </w:tcPr>
          <w:p w14:paraId="4076A6E3" w14:textId="66DC526D" w:rsidR="00DA550F" w:rsidRDefault="000230B6" w:rsidP="000230B6">
            <w:r>
              <w:rPr>
                <w:noProof/>
              </w:rPr>
              <w:drawing>
                <wp:inline distT="0" distB="0" distL="0" distR="0" wp14:anchorId="40B07733" wp14:editId="311A720C">
                  <wp:extent cx="613828" cy="634093"/>
                  <wp:effectExtent l="0" t="0" r="0" b="0"/>
                  <wp:docPr id="1721391800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201" cy="653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016600D" wp14:editId="0D86BE65">
                  <wp:extent cx="487136" cy="649568"/>
                  <wp:effectExtent l="0" t="0" r="8255" b="0"/>
                  <wp:docPr id="99646270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398" cy="665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2A2D7DD4" w14:textId="36BF1FE5" w:rsidR="00DA550F" w:rsidRDefault="006E36A3">
            <w:pPr>
              <w:jc w:val="center"/>
            </w:pPr>
            <w:r>
              <w:t>3”</w:t>
            </w:r>
          </w:p>
        </w:tc>
        <w:tc>
          <w:tcPr>
            <w:tcW w:w="900" w:type="dxa"/>
            <w:vAlign w:val="center"/>
          </w:tcPr>
          <w:p w14:paraId="2E40EC48" w14:textId="324B7D2A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BB55DD3" w14:textId="4E0D9833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230B6">
              <w:rPr>
                <w:sz w:val="16"/>
              </w:rPr>
              <w:t>25</w:t>
            </w:r>
          </w:p>
        </w:tc>
        <w:tc>
          <w:tcPr>
            <w:tcW w:w="720" w:type="dxa"/>
            <w:vAlign w:val="center"/>
          </w:tcPr>
          <w:p w14:paraId="47DD2F0F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B633043" w14:textId="0E939CA7" w:rsidR="00DA550F" w:rsidRDefault="00DA550F">
            <w:r>
              <w:rPr>
                <w:sz w:val="16"/>
              </w:rPr>
              <w:br/>
            </w:r>
            <w:r w:rsidR="00100F47">
              <w:rPr>
                <w:sz w:val="16"/>
              </w:rPr>
              <w:t>NBS to Blooming size</w:t>
            </w:r>
            <w:r>
              <w:rPr>
                <w:sz w:val="16"/>
              </w:rPr>
              <w:br/>
            </w:r>
            <w:r w:rsidR="00100F47">
              <w:t>First buds opening next week</w:t>
            </w:r>
          </w:p>
        </w:tc>
      </w:tr>
      <w:tr w:rsidR="00DA550F" w14:paraId="1B2FBA77" w14:textId="77777777" w:rsidTr="00DA550F">
        <w:trPr>
          <w:jc w:val="center"/>
        </w:trPr>
        <w:tc>
          <w:tcPr>
            <w:tcW w:w="2078" w:type="dxa"/>
            <w:vAlign w:val="center"/>
          </w:tcPr>
          <w:p w14:paraId="502EE12E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18183F1" w14:textId="106F477E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T</w:t>
            </w:r>
            <w:r w:rsidR="000230B6">
              <w:rPr>
                <w:sz w:val="16"/>
              </w:rPr>
              <w:t>su</w:t>
            </w:r>
            <w:r>
              <w:rPr>
                <w:sz w:val="16"/>
              </w:rPr>
              <w:t>t</w:t>
            </w:r>
            <w:r w:rsidR="000230B6">
              <w:rPr>
                <w:sz w:val="16"/>
              </w:rPr>
              <w:t>u</w:t>
            </w:r>
            <w:r>
              <w:rPr>
                <w:sz w:val="16"/>
              </w:rPr>
              <w:t>ng</w:t>
            </w:r>
            <w:proofErr w:type="spellEnd"/>
            <w:r>
              <w:rPr>
                <w:sz w:val="16"/>
              </w:rPr>
              <w:t xml:space="preserve"> Beauty '</w:t>
            </w:r>
            <w:proofErr w:type="spellStart"/>
            <w:r>
              <w:rPr>
                <w:sz w:val="16"/>
              </w:rPr>
              <w:t>Taiyoung</w:t>
            </w:r>
            <w:proofErr w:type="spellEnd"/>
            <w:r>
              <w:rPr>
                <w:sz w:val="16"/>
              </w:rPr>
              <w:t xml:space="preserve"> 3 Brothers' HCC/AOS x Irene's Song 'Montclair' HCC/AOS</w:t>
            </w:r>
          </w:p>
        </w:tc>
        <w:tc>
          <w:tcPr>
            <w:tcW w:w="3245" w:type="dxa"/>
          </w:tcPr>
          <w:p w14:paraId="7F1FE5A2" w14:textId="47C6FE1E" w:rsidR="00DA550F" w:rsidRDefault="000230B6" w:rsidP="000230B6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8C665CF" wp14:editId="45B84D6F">
                  <wp:extent cx="979155" cy="622662"/>
                  <wp:effectExtent l="0" t="0" r="0" b="6350"/>
                  <wp:docPr id="38420040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389" cy="66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2C8E5CC" wp14:editId="130FFF49">
                  <wp:extent cx="533296" cy="639990"/>
                  <wp:effectExtent l="0" t="0" r="635" b="8255"/>
                  <wp:docPr id="828080239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01" cy="649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0AF9369" w14:textId="22ED27E3" w:rsidR="00DA550F" w:rsidRDefault="00DA550F">
            <w:pPr>
              <w:jc w:val="center"/>
            </w:pPr>
            <w:r>
              <w:rPr>
                <w:sz w:val="16"/>
              </w:rPr>
              <w:t>2"</w:t>
            </w:r>
          </w:p>
        </w:tc>
        <w:tc>
          <w:tcPr>
            <w:tcW w:w="900" w:type="dxa"/>
            <w:vAlign w:val="center"/>
          </w:tcPr>
          <w:p w14:paraId="7AB6FB55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58D4E410" w14:textId="450D71A9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7A3E2123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C8A2810" w14:textId="4EF26E24" w:rsidR="00DA550F" w:rsidRDefault="00DA550F">
            <w:r>
              <w:rPr>
                <w:sz w:val="16"/>
              </w:rPr>
              <w:br/>
            </w:r>
            <w:r w:rsidR="000230B6">
              <w:rPr>
                <w:sz w:val="16"/>
              </w:rPr>
              <w:t>Young seedlings but growing fast!</w:t>
            </w:r>
            <w:r w:rsidR="0020623A">
              <w:rPr>
                <w:sz w:val="16"/>
              </w:rPr>
              <w:t xml:space="preserve"> First Release.</w:t>
            </w:r>
            <w:r>
              <w:rPr>
                <w:sz w:val="16"/>
              </w:rPr>
              <w:br/>
            </w:r>
          </w:p>
        </w:tc>
      </w:tr>
      <w:tr w:rsidR="006E36A3" w14:paraId="164CF3B0" w14:textId="77777777" w:rsidTr="00AB3C37">
        <w:trPr>
          <w:jc w:val="center"/>
        </w:trPr>
        <w:tc>
          <w:tcPr>
            <w:tcW w:w="2078" w:type="dxa"/>
          </w:tcPr>
          <w:p w14:paraId="11113A1B" w14:textId="3B943F44" w:rsidR="006E36A3" w:rsidRDefault="006E36A3" w:rsidP="006E36A3">
            <w:pPr>
              <w:jc w:val="center"/>
            </w:pPr>
            <w:proofErr w:type="spellStart"/>
            <w:r w:rsidRPr="007A7D0F">
              <w:rPr>
                <w:sz w:val="16"/>
              </w:rPr>
              <w:t>Schilleriano-harrisoniae</w:t>
            </w:r>
            <w:proofErr w:type="spellEnd"/>
            <w:r w:rsidRPr="007A7D0F">
              <w:rPr>
                <w:sz w:val="16"/>
              </w:rPr>
              <w:t xml:space="preserve">  </w:t>
            </w:r>
          </w:p>
        </w:tc>
        <w:tc>
          <w:tcPr>
            <w:tcW w:w="5400" w:type="dxa"/>
          </w:tcPr>
          <w:p w14:paraId="5CEECD3D" w14:textId="5903FAD7" w:rsidR="006E36A3" w:rsidRDefault="006E36A3" w:rsidP="006E36A3">
            <w:r>
              <w:rPr>
                <w:sz w:val="16"/>
              </w:rPr>
              <w:t xml:space="preserve">C. </w:t>
            </w:r>
            <w:proofErr w:type="spellStart"/>
            <w:r w:rsidRPr="007A7D0F">
              <w:rPr>
                <w:sz w:val="16"/>
              </w:rPr>
              <w:t>Schilleriano-</w:t>
            </w:r>
            <w:proofErr w:type="gramStart"/>
            <w:r w:rsidRPr="007A7D0F">
              <w:rPr>
                <w:sz w:val="16"/>
              </w:rPr>
              <w:t>harrisoniae</w:t>
            </w:r>
            <w:proofErr w:type="spellEnd"/>
            <w:r w:rsidRPr="007A7D0F">
              <w:rPr>
                <w:sz w:val="16"/>
              </w:rPr>
              <w:t xml:space="preserve">  </w:t>
            </w:r>
            <w:r>
              <w:rPr>
                <w:sz w:val="16"/>
              </w:rPr>
              <w:t>x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schilleriana</w:t>
            </w:r>
            <w:proofErr w:type="spellEnd"/>
          </w:p>
        </w:tc>
        <w:tc>
          <w:tcPr>
            <w:tcW w:w="3245" w:type="dxa"/>
          </w:tcPr>
          <w:p w14:paraId="391F8D50" w14:textId="56CB4D38" w:rsidR="006E36A3" w:rsidRDefault="006E36A3" w:rsidP="006E36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0F05243D" wp14:editId="534BDF32">
                  <wp:extent cx="468379" cy="638628"/>
                  <wp:effectExtent l="0" t="0" r="8255" b="0"/>
                  <wp:docPr id="79393816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27" cy="659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94830D0" wp14:editId="04952B92">
                  <wp:extent cx="522514" cy="627224"/>
                  <wp:effectExtent l="0" t="0" r="0" b="1905"/>
                  <wp:docPr id="218887512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384" cy="637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044762D" w14:textId="05B98492" w:rsidR="006E36A3" w:rsidRDefault="006E36A3" w:rsidP="006E36A3">
            <w:pPr>
              <w:jc w:val="center"/>
            </w:pPr>
            <w:r>
              <w:rPr>
                <w:sz w:val="16"/>
              </w:rPr>
              <w:t>2"</w:t>
            </w:r>
          </w:p>
        </w:tc>
        <w:tc>
          <w:tcPr>
            <w:tcW w:w="900" w:type="dxa"/>
            <w:vAlign w:val="center"/>
          </w:tcPr>
          <w:p w14:paraId="6D766E18" w14:textId="77777777" w:rsidR="006E36A3" w:rsidRDefault="006E36A3" w:rsidP="006E36A3">
            <w:pPr>
              <w:jc w:val="center"/>
            </w:pPr>
          </w:p>
        </w:tc>
        <w:tc>
          <w:tcPr>
            <w:tcW w:w="990" w:type="dxa"/>
            <w:vAlign w:val="center"/>
          </w:tcPr>
          <w:p w14:paraId="736A6F13" w14:textId="159161FD" w:rsidR="006E36A3" w:rsidRDefault="006E36A3" w:rsidP="006E36A3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55341C85" w14:textId="77777777" w:rsidR="006E36A3" w:rsidRDefault="006E36A3" w:rsidP="006E36A3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4B36F474" w14:textId="77777777" w:rsidR="006E36A3" w:rsidRDefault="006E36A3" w:rsidP="006E36A3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1C127E1C" w14:textId="77777777" w:rsidTr="00DA550F">
        <w:trPr>
          <w:jc w:val="center"/>
        </w:trPr>
        <w:tc>
          <w:tcPr>
            <w:tcW w:w="2078" w:type="dxa"/>
            <w:vAlign w:val="center"/>
          </w:tcPr>
          <w:p w14:paraId="212D6FD8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67288131" w14:textId="2A4FB18B" w:rsidR="00DA550F" w:rsidRDefault="006E36A3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Mem. Bob Crowder ‘Carmela</w:t>
            </w:r>
            <w:proofErr w:type="gramStart"/>
            <w:r>
              <w:rPr>
                <w:sz w:val="16"/>
              </w:rPr>
              <w:t xml:space="preserve">’ </w:t>
            </w:r>
            <w:r w:rsidR="00DA550F">
              <w:rPr>
                <w:sz w:val="16"/>
              </w:rPr>
              <w:t xml:space="preserve"> x</w:t>
            </w:r>
            <w:proofErr w:type="gramEnd"/>
            <w:r w:rsidR="00DA550F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 xml:space="preserve">. </w:t>
            </w:r>
            <w:r w:rsidR="00DA550F">
              <w:rPr>
                <w:sz w:val="16"/>
              </w:rPr>
              <w:t>Jessie Lee</w:t>
            </w:r>
            <w:r>
              <w:rPr>
                <w:sz w:val="16"/>
              </w:rPr>
              <w:t xml:space="preserve"> ‘Hawaii’</w:t>
            </w:r>
          </w:p>
        </w:tc>
        <w:tc>
          <w:tcPr>
            <w:tcW w:w="3245" w:type="dxa"/>
          </w:tcPr>
          <w:p w14:paraId="7776A984" w14:textId="62A340C6" w:rsidR="00DA550F" w:rsidRDefault="006E36A3" w:rsidP="006E36A3">
            <w:r>
              <w:rPr>
                <w:noProof/>
              </w:rPr>
              <w:drawing>
                <wp:inline distT="0" distB="0" distL="0" distR="0" wp14:anchorId="07ED7849" wp14:editId="09D4D8FF">
                  <wp:extent cx="537369" cy="660490"/>
                  <wp:effectExtent l="0" t="0" r="0" b="6350"/>
                  <wp:docPr id="1647136096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841" cy="6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FB3B6E2" wp14:editId="4DB0BE2E">
                  <wp:extent cx="432707" cy="659417"/>
                  <wp:effectExtent l="0" t="0" r="5715" b="7620"/>
                  <wp:docPr id="79288561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69" cy="685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7F118D5" w14:textId="7043A1FE" w:rsidR="00DA550F" w:rsidRDefault="006E36A3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175269AA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4FAC60C5" w14:textId="24F5FDF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6E36A3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23094062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4F7A8C6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7DF98992" w14:textId="77777777" w:rsidTr="00DA550F">
        <w:trPr>
          <w:jc w:val="center"/>
        </w:trPr>
        <w:tc>
          <w:tcPr>
            <w:tcW w:w="2078" w:type="dxa"/>
            <w:vAlign w:val="center"/>
          </w:tcPr>
          <w:p w14:paraId="0C7CCB45" w14:textId="77777777" w:rsidR="00DA550F" w:rsidRDefault="00DA550F">
            <w:pPr>
              <w:jc w:val="center"/>
            </w:pPr>
            <w:r>
              <w:rPr>
                <w:sz w:val="16"/>
              </w:rPr>
              <w:lastRenderedPageBreak/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2A8EDA67" w14:textId="77777777" w:rsidR="00DA550F" w:rsidRDefault="00DA550F">
            <w:r>
              <w:rPr>
                <w:sz w:val="16"/>
              </w:rPr>
              <w:t xml:space="preserve">C. Key Largo </w:t>
            </w:r>
            <w:proofErr w:type="gramStart"/>
            <w:r>
              <w:rPr>
                <w:sz w:val="16"/>
              </w:rPr>
              <w:t>x</w:t>
            </w:r>
            <w:proofErr w:type="gramEnd"/>
            <w:r>
              <w:rPr>
                <w:sz w:val="16"/>
              </w:rPr>
              <w:t xml:space="preserve"> C. </w:t>
            </w:r>
            <w:proofErr w:type="spellStart"/>
            <w:r>
              <w:rPr>
                <w:sz w:val="16"/>
              </w:rPr>
              <w:t>schilleriana</w:t>
            </w:r>
            <w:proofErr w:type="spellEnd"/>
          </w:p>
        </w:tc>
        <w:tc>
          <w:tcPr>
            <w:tcW w:w="3245" w:type="dxa"/>
          </w:tcPr>
          <w:p w14:paraId="4DB5B614" w14:textId="1C61F87C" w:rsidR="00DA550F" w:rsidRDefault="006E36A3" w:rsidP="006E36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36F2A3E" wp14:editId="6AB47831">
                  <wp:extent cx="620421" cy="619397"/>
                  <wp:effectExtent l="0" t="0" r="8255" b="9525"/>
                  <wp:docPr id="196292054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379" cy="629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5867340" wp14:editId="42006605">
                  <wp:extent cx="522514" cy="627224"/>
                  <wp:effectExtent l="0" t="0" r="0" b="1905"/>
                  <wp:docPr id="554788822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384" cy="637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455D6E12" w14:textId="1E521328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2C547B69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400F40F0" w14:textId="7794C4A2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243B1034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8E96CA4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3311B8AB" w14:textId="77777777" w:rsidTr="00DA550F">
        <w:trPr>
          <w:jc w:val="center"/>
        </w:trPr>
        <w:tc>
          <w:tcPr>
            <w:tcW w:w="2078" w:type="dxa"/>
            <w:vAlign w:val="center"/>
          </w:tcPr>
          <w:p w14:paraId="691F9681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7BDDC56D" w14:textId="77777777" w:rsidR="00DA550F" w:rsidRDefault="00DA550F">
            <w:r>
              <w:rPr>
                <w:sz w:val="16"/>
              </w:rPr>
              <w:t xml:space="preserve">C. </w:t>
            </w:r>
            <w:proofErr w:type="spellStart"/>
            <w:r>
              <w:rPr>
                <w:sz w:val="16"/>
              </w:rPr>
              <w:t>purpurata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carnea</w:t>
            </w:r>
            <w:proofErr w:type="spellEnd"/>
            <w:r>
              <w:rPr>
                <w:sz w:val="16"/>
              </w:rPr>
              <w:t xml:space="preserve"> x self</w:t>
            </w:r>
          </w:p>
        </w:tc>
        <w:tc>
          <w:tcPr>
            <w:tcW w:w="3245" w:type="dxa"/>
          </w:tcPr>
          <w:p w14:paraId="4096A706" w14:textId="16E17AD0" w:rsidR="00DA550F" w:rsidRDefault="006E36A3" w:rsidP="006E36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01F05C71" wp14:editId="7DD968D5">
                  <wp:extent cx="500743" cy="617787"/>
                  <wp:effectExtent l="0" t="0" r="0" b="0"/>
                  <wp:docPr id="1054271053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386" cy="62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574A3">
              <w:rPr>
                <w:noProof/>
              </w:rPr>
              <w:drawing>
                <wp:inline distT="0" distB="0" distL="0" distR="0" wp14:anchorId="7256C58F" wp14:editId="40F4394E">
                  <wp:extent cx="489857" cy="604356"/>
                  <wp:effectExtent l="0" t="0" r="5715" b="5715"/>
                  <wp:docPr id="74171891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06592" cy="62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05EBDC64" w14:textId="4F170138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44728A1F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9299E07" w14:textId="338016CC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4CA0596B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E9346D9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23DBB052" w14:textId="77777777" w:rsidTr="00DA550F">
        <w:trPr>
          <w:jc w:val="center"/>
        </w:trPr>
        <w:tc>
          <w:tcPr>
            <w:tcW w:w="2078" w:type="dxa"/>
            <w:vAlign w:val="center"/>
          </w:tcPr>
          <w:p w14:paraId="49E636B0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1FCCCB1E" w14:textId="77777777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Volcano Plum x C. bicolor</w:t>
            </w:r>
          </w:p>
        </w:tc>
        <w:tc>
          <w:tcPr>
            <w:tcW w:w="3245" w:type="dxa"/>
          </w:tcPr>
          <w:p w14:paraId="7F2C727F" w14:textId="4691FEB3" w:rsidR="00DA550F" w:rsidRDefault="00F574A3" w:rsidP="00F574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743C6F6" wp14:editId="145B121E">
                  <wp:extent cx="464169" cy="618943"/>
                  <wp:effectExtent l="0" t="0" r="0" b="0"/>
                  <wp:docPr id="817312836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478" cy="65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0586C7DD" wp14:editId="0009E568">
                  <wp:extent cx="517071" cy="604644"/>
                  <wp:effectExtent l="0" t="0" r="0" b="5080"/>
                  <wp:docPr id="1152948310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36" cy="611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0E98F4D3" w14:textId="6E92574F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1CF4FB9A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D64F837" w14:textId="20AF08E8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35</w:t>
            </w:r>
          </w:p>
        </w:tc>
        <w:tc>
          <w:tcPr>
            <w:tcW w:w="720" w:type="dxa"/>
            <w:vAlign w:val="center"/>
          </w:tcPr>
          <w:p w14:paraId="25935BCE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2135B133" w14:textId="281063F2" w:rsidR="00DA550F" w:rsidRDefault="00DA550F">
            <w:r>
              <w:rPr>
                <w:sz w:val="16"/>
              </w:rPr>
              <w:br/>
            </w:r>
            <w:r w:rsidR="0020623A">
              <w:rPr>
                <w:sz w:val="16"/>
              </w:rPr>
              <w:t>Sheaths starting</w:t>
            </w:r>
            <w:r>
              <w:rPr>
                <w:sz w:val="16"/>
              </w:rPr>
              <w:br/>
            </w:r>
          </w:p>
        </w:tc>
      </w:tr>
      <w:tr w:rsidR="00DA550F" w14:paraId="298AED87" w14:textId="77777777" w:rsidTr="00DA550F">
        <w:trPr>
          <w:jc w:val="center"/>
        </w:trPr>
        <w:tc>
          <w:tcPr>
            <w:tcW w:w="2078" w:type="dxa"/>
            <w:vAlign w:val="center"/>
          </w:tcPr>
          <w:p w14:paraId="3E07F582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52624D26" w14:textId="7743F31D" w:rsidR="00DA550F" w:rsidRDefault="00DA550F">
            <w:r>
              <w:rPr>
                <w:sz w:val="16"/>
              </w:rPr>
              <w:t xml:space="preserve">C. </w:t>
            </w:r>
            <w:proofErr w:type="spellStart"/>
            <w:r w:rsidR="00F574A3">
              <w:rPr>
                <w:sz w:val="16"/>
              </w:rPr>
              <w:t>S</w:t>
            </w:r>
            <w:r>
              <w:rPr>
                <w:sz w:val="16"/>
              </w:rPr>
              <w:t>chilleriana</w:t>
            </w:r>
            <w:proofErr w:type="spellEnd"/>
            <w:r w:rsidR="00F574A3">
              <w:rPr>
                <w:sz w:val="16"/>
              </w:rPr>
              <w:t xml:space="preserve"> </w:t>
            </w:r>
            <w:proofErr w:type="gramStart"/>
            <w:r w:rsidR="00F574A3">
              <w:rPr>
                <w:sz w:val="16"/>
              </w:rPr>
              <w:t>( The</w:t>
            </w:r>
            <w:proofErr w:type="gramEnd"/>
            <w:r w:rsidR="00F574A3">
              <w:rPr>
                <w:sz w:val="16"/>
              </w:rPr>
              <w:t xml:space="preserve"> </w:t>
            </w:r>
            <w:proofErr w:type="spellStart"/>
            <w:r w:rsidR="00F574A3">
              <w:rPr>
                <w:sz w:val="16"/>
              </w:rPr>
              <w:t>grex</w:t>
            </w:r>
            <w:proofErr w:type="spellEnd"/>
            <w:r w:rsidR="00F574A3">
              <w:rPr>
                <w:sz w:val="16"/>
              </w:rPr>
              <w:t xml:space="preserve">, not species.  Formerly known as Lc. </w:t>
            </w:r>
            <w:proofErr w:type="spellStart"/>
            <w:r w:rsidR="00F574A3">
              <w:rPr>
                <w:sz w:val="16"/>
              </w:rPr>
              <w:t>Schilleriana</w:t>
            </w:r>
            <w:proofErr w:type="spellEnd"/>
            <w:r w:rsidR="00F574A3">
              <w:rPr>
                <w:sz w:val="16"/>
              </w:rPr>
              <w:t>)</w:t>
            </w:r>
          </w:p>
        </w:tc>
        <w:tc>
          <w:tcPr>
            <w:tcW w:w="3245" w:type="dxa"/>
          </w:tcPr>
          <w:p w14:paraId="7060B550" w14:textId="6447EE61" w:rsidR="00DA550F" w:rsidRDefault="00F574A3" w:rsidP="00F574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0632514" wp14:editId="2615D69E">
                  <wp:extent cx="622572" cy="622572"/>
                  <wp:effectExtent l="0" t="0" r="6350" b="6350"/>
                  <wp:docPr id="52974020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902" cy="633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690E9DD" wp14:editId="706888F7">
                  <wp:extent cx="500743" cy="617787"/>
                  <wp:effectExtent l="0" t="0" r="0" b="0"/>
                  <wp:docPr id="1669444143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386" cy="62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20368B3D" w14:textId="67317BA1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6788743B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8DFE9CD" w14:textId="62C8F73D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6562A">
              <w:rPr>
                <w:sz w:val="16"/>
              </w:rPr>
              <w:t>2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41194CAB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29F04E1" w14:textId="6C1C6216" w:rsidR="00DA550F" w:rsidRDefault="00F574A3">
            <w:r>
              <w:rPr>
                <w:noProof/>
              </w:rPr>
              <w:drawing>
                <wp:inline distT="0" distB="0" distL="0" distR="0" wp14:anchorId="17EBE6CC" wp14:editId="7A9CFB16">
                  <wp:extent cx="478593" cy="637275"/>
                  <wp:effectExtent l="0" t="0" r="0" b="0"/>
                  <wp:docPr id="1081961802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58" cy="668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50F" w14:paraId="450B50B0" w14:textId="77777777" w:rsidTr="00DA550F">
        <w:trPr>
          <w:jc w:val="center"/>
        </w:trPr>
        <w:tc>
          <w:tcPr>
            <w:tcW w:w="2078" w:type="dxa"/>
            <w:vAlign w:val="center"/>
          </w:tcPr>
          <w:p w14:paraId="51C719F4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5E3B822D" w14:textId="39EAAC35" w:rsidR="00DA550F" w:rsidRDefault="00DA550F">
            <w:r>
              <w:rPr>
                <w:sz w:val="16"/>
              </w:rPr>
              <w:t xml:space="preserve">C. Key Largo </w:t>
            </w:r>
            <w:proofErr w:type="gramStart"/>
            <w:r>
              <w:rPr>
                <w:sz w:val="16"/>
              </w:rPr>
              <w:t xml:space="preserve">x </w:t>
            </w:r>
            <w:r w:rsidR="00F574A3">
              <w:rPr>
                <w:sz w:val="16"/>
              </w:rPr>
              <w:t xml:space="preserve"> C.</w:t>
            </w:r>
            <w:proofErr w:type="gramEnd"/>
            <w:r w:rsidR="00F574A3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Landate</w:t>
            </w:r>
            <w:proofErr w:type="spellEnd"/>
            <w:r>
              <w:rPr>
                <w:sz w:val="16"/>
              </w:rPr>
              <w:t xml:space="preserve"> 'Cha</w:t>
            </w:r>
            <w:r w:rsidR="00F574A3">
              <w:rPr>
                <w:sz w:val="16"/>
              </w:rPr>
              <w:t>rm’ BM/JOGA</w:t>
            </w:r>
          </w:p>
        </w:tc>
        <w:tc>
          <w:tcPr>
            <w:tcW w:w="3245" w:type="dxa"/>
          </w:tcPr>
          <w:p w14:paraId="546AB27B" w14:textId="10FBC25C" w:rsidR="00DA550F" w:rsidRDefault="00F574A3" w:rsidP="00F574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11956207" wp14:editId="2ADE6316">
                  <wp:extent cx="620421" cy="619397"/>
                  <wp:effectExtent l="0" t="0" r="8255" b="9525"/>
                  <wp:docPr id="199219210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379" cy="629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742B671" wp14:editId="1A9EF612">
                  <wp:extent cx="819150" cy="614430"/>
                  <wp:effectExtent l="0" t="0" r="0" b="0"/>
                  <wp:docPr id="412133618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087" cy="62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2BFDDEB4" w14:textId="4918B87F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45555783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60B184D" w14:textId="68228960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22B02867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5B0AB695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5253671E" w14:textId="77777777" w:rsidTr="00DA550F">
        <w:trPr>
          <w:jc w:val="center"/>
        </w:trPr>
        <w:tc>
          <w:tcPr>
            <w:tcW w:w="2078" w:type="dxa"/>
            <w:vAlign w:val="center"/>
          </w:tcPr>
          <w:p w14:paraId="5E23529E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0C2559B5" w14:textId="74C9128B" w:rsidR="00DA550F" w:rsidRDefault="00DA550F">
            <w:r>
              <w:rPr>
                <w:sz w:val="16"/>
              </w:rPr>
              <w:t>C. intermedia</w:t>
            </w:r>
            <w:r w:rsidR="00F574A3">
              <w:rPr>
                <w:sz w:val="16"/>
              </w:rPr>
              <w:t xml:space="preserve"> ‘</w:t>
            </w:r>
            <w:proofErr w:type="spellStart"/>
            <w:r w:rsidR="00F574A3">
              <w:rPr>
                <w:sz w:val="16"/>
              </w:rPr>
              <w:t>Whipperwill</w:t>
            </w:r>
            <w:proofErr w:type="spellEnd"/>
            <w:proofErr w:type="gramStart"/>
            <w:r w:rsidR="00F574A3">
              <w:rPr>
                <w:sz w:val="16"/>
              </w:rPr>
              <w:t xml:space="preserve">’ </w:t>
            </w:r>
            <w:r>
              <w:rPr>
                <w:sz w:val="16"/>
              </w:rPr>
              <w:t xml:space="preserve"> x</w:t>
            </w:r>
            <w:proofErr w:type="gramEnd"/>
            <w:r>
              <w:rPr>
                <w:sz w:val="16"/>
              </w:rPr>
              <w:t xml:space="preserve"> </w:t>
            </w:r>
            <w:r w:rsidR="00F574A3">
              <w:rPr>
                <w:sz w:val="16"/>
              </w:rPr>
              <w:t xml:space="preserve">C. </w:t>
            </w:r>
            <w:proofErr w:type="spellStart"/>
            <w:r w:rsidR="00F574A3">
              <w:rPr>
                <w:sz w:val="16"/>
              </w:rPr>
              <w:t>dolosa</w:t>
            </w:r>
            <w:proofErr w:type="spellEnd"/>
          </w:p>
        </w:tc>
        <w:tc>
          <w:tcPr>
            <w:tcW w:w="3245" w:type="dxa"/>
          </w:tcPr>
          <w:p w14:paraId="78F2C718" w14:textId="69BCA646" w:rsidR="00DA550F" w:rsidRDefault="00F574A3" w:rsidP="00F574A3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A53BD48" wp14:editId="6D5F5A4B">
                  <wp:extent cx="650421" cy="650421"/>
                  <wp:effectExtent l="0" t="0" r="0" b="0"/>
                  <wp:docPr id="1323220266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023" cy="663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5819D21" wp14:editId="07641C2D">
                  <wp:extent cx="590550" cy="654499"/>
                  <wp:effectExtent l="0" t="0" r="0" b="0"/>
                  <wp:docPr id="207347045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889" cy="665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0FEF3439" w14:textId="1C4E0A6D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66B31C69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055E0B5" w14:textId="24EB092C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799A3D31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2D2A7EE8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6F41CBD5" w14:textId="77777777" w:rsidTr="00DA550F">
        <w:trPr>
          <w:jc w:val="center"/>
        </w:trPr>
        <w:tc>
          <w:tcPr>
            <w:tcW w:w="2078" w:type="dxa"/>
            <w:vAlign w:val="center"/>
          </w:tcPr>
          <w:p w14:paraId="64A7C5C2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135A97D8" w14:textId="77777777" w:rsidR="00DA550F" w:rsidRDefault="00DA550F">
            <w:r>
              <w:rPr>
                <w:sz w:val="16"/>
              </w:rPr>
              <w:t>C. Cariad's Mini-</w:t>
            </w:r>
            <w:proofErr w:type="spellStart"/>
            <w:r>
              <w:rPr>
                <w:sz w:val="16"/>
              </w:rPr>
              <w:t>Quinee</w:t>
            </w:r>
            <w:proofErr w:type="spellEnd"/>
            <w:r>
              <w:rPr>
                <w:sz w:val="16"/>
              </w:rPr>
              <w:t xml:space="preserve"> 'Angel Kiss' x C. Final Blue 'Royal Purple'</w:t>
            </w:r>
          </w:p>
        </w:tc>
        <w:tc>
          <w:tcPr>
            <w:tcW w:w="3245" w:type="dxa"/>
          </w:tcPr>
          <w:p w14:paraId="11B598E7" w14:textId="1ECB0F85" w:rsidR="00DA550F" w:rsidRDefault="00187A10" w:rsidP="00187A10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0B419FDA" wp14:editId="0E67C06E">
                  <wp:extent cx="470292" cy="627108"/>
                  <wp:effectExtent l="0" t="0" r="6350" b="1905"/>
                  <wp:docPr id="1363741761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334" cy="64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320C1B6" wp14:editId="0E3A98A4">
                  <wp:extent cx="809567" cy="607242"/>
                  <wp:effectExtent l="0" t="0" r="0" b="2540"/>
                  <wp:docPr id="1279644405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49" cy="61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57FF052" w14:textId="608AF134" w:rsidR="00DA550F" w:rsidRDefault="00364C53">
            <w:pPr>
              <w:jc w:val="center"/>
            </w:pPr>
            <w:r>
              <w:rPr>
                <w:sz w:val="16"/>
              </w:rPr>
              <w:t>3</w:t>
            </w:r>
            <w:r w:rsidR="00DA550F">
              <w:rPr>
                <w:sz w:val="16"/>
              </w:rPr>
              <w:t>"</w:t>
            </w:r>
          </w:p>
        </w:tc>
        <w:tc>
          <w:tcPr>
            <w:tcW w:w="900" w:type="dxa"/>
            <w:vAlign w:val="center"/>
          </w:tcPr>
          <w:p w14:paraId="68332BC4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E22DDF7" w14:textId="2244894C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6AAA0573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179FF9E0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2B3B8651" w14:textId="77777777" w:rsidTr="00DA550F">
        <w:trPr>
          <w:jc w:val="center"/>
        </w:trPr>
        <w:tc>
          <w:tcPr>
            <w:tcW w:w="2078" w:type="dxa"/>
            <w:vAlign w:val="center"/>
          </w:tcPr>
          <w:p w14:paraId="4A3592D4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044EB0F3" w14:textId="74A7369B" w:rsidR="00DA550F" w:rsidRDefault="00187A10">
            <w:proofErr w:type="spellStart"/>
            <w:r>
              <w:rPr>
                <w:sz w:val="16"/>
              </w:rPr>
              <w:t>Ctt.</w:t>
            </w:r>
            <w:r w:rsidR="00DA550F">
              <w:rPr>
                <w:sz w:val="16"/>
              </w:rPr>
              <w:t>Trick</w:t>
            </w:r>
            <w:proofErr w:type="spellEnd"/>
            <w:r w:rsidR="00DA550F">
              <w:rPr>
                <w:sz w:val="16"/>
              </w:rPr>
              <w:t xml:space="preserve"> or Treat x </w:t>
            </w:r>
            <w:proofErr w:type="spellStart"/>
            <w:r>
              <w:rPr>
                <w:sz w:val="16"/>
              </w:rPr>
              <w:t>Ctt</w:t>
            </w:r>
            <w:proofErr w:type="spellEnd"/>
            <w:r w:rsidR="00DA550F">
              <w:rPr>
                <w:sz w:val="16"/>
              </w:rPr>
              <w:t>. Trick or Treat</w:t>
            </w:r>
          </w:p>
        </w:tc>
        <w:tc>
          <w:tcPr>
            <w:tcW w:w="3245" w:type="dxa"/>
          </w:tcPr>
          <w:p w14:paraId="64214236" w14:textId="6FA09BB0" w:rsidR="00DA550F" w:rsidRDefault="00187A10" w:rsidP="00187A10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6C94D06" wp14:editId="4C4804D2">
                  <wp:extent cx="544286" cy="615803"/>
                  <wp:effectExtent l="0" t="0" r="8255" b="0"/>
                  <wp:docPr id="2114130333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66" cy="632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57AE2E6" wp14:editId="560D67F0">
                  <wp:extent cx="470807" cy="627794"/>
                  <wp:effectExtent l="0" t="0" r="5715" b="1270"/>
                  <wp:docPr id="1886074502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326" cy="63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9E71D43" w14:textId="7EB796CD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125A7C05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345475C7" w14:textId="557A626C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27372258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92D55A6" w14:textId="0E5A2D03" w:rsidR="00DA550F" w:rsidRDefault="00364C53">
            <w:r>
              <w:rPr>
                <w:sz w:val="16"/>
              </w:rPr>
              <w:t>Some in sheath</w:t>
            </w:r>
            <w:r w:rsidR="00DA550F">
              <w:rPr>
                <w:sz w:val="16"/>
              </w:rPr>
              <w:br/>
            </w:r>
            <w:r w:rsidR="00DA550F">
              <w:rPr>
                <w:sz w:val="16"/>
              </w:rPr>
              <w:br/>
            </w:r>
          </w:p>
        </w:tc>
      </w:tr>
      <w:tr w:rsidR="00DA550F" w14:paraId="53EE3125" w14:textId="77777777" w:rsidTr="00DA550F">
        <w:trPr>
          <w:jc w:val="center"/>
        </w:trPr>
        <w:tc>
          <w:tcPr>
            <w:tcW w:w="2078" w:type="dxa"/>
            <w:vAlign w:val="center"/>
          </w:tcPr>
          <w:p w14:paraId="259C9011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024FB053" w14:textId="2865EDBB" w:rsidR="00DA550F" w:rsidRDefault="00DA550F">
            <w:r>
              <w:rPr>
                <w:sz w:val="16"/>
              </w:rPr>
              <w:t xml:space="preserve">C. Love Knot </w:t>
            </w:r>
            <w:proofErr w:type="gramStart"/>
            <w:r>
              <w:rPr>
                <w:sz w:val="16"/>
              </w:rPr>
              <w:t>x</w:t>
            </w:r>
            <w:proofErr w:type="gramEnd"/>
            <w:r>
              <w:rPr>
                <w:sz w:val="16"/>
              </w:rPr>
              <w:t xml:space="preserve"> C. </w:t>
            </w:r>
            <w:proofErr w:type="spellStart"/>
            <w:r>
              <w:rPr>
                <w:sz w:val="16"/>
              </w:rPr>
              <w:t>walkeriana</w:t>
            </w:r>
            <w:proofErr w:type="spellEnd"/>
            <w:r w:rsidR="0020623A">
              <w:rPr>
                <w:sz w:val="16"/>
              </w:rPr>
              <w:t xml:space="preserve"> (</w:t>
            </w:r>
            <w:r w:rsidR="00F31FF8">
              <w:rPr>
                <w:sz w:val="16"/>
              </w:rPr>
              <w:t>C</w:t>
            </w:r>
            <w:r w:rsidR="0020623A">
              <w:rPr>
                <w:sz w:val="16"/>
              </w:rPr>
              <w:t>. Atticus)</w:t>
            </w:r>
          </w:p>
        </w:tc>
        <w:tc>
          <w:tcPr>
            <w:tcW w:w="3245" w:type="dxa"/>
          </w:tcPr>
          <w:p w14:paraId="7BB7C6BC" w14:textId="6F6BA55B" w:rsidR="00DA550F" w:rsidRDefault="00187A10" w:rsidP="00187A10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1268375" wp14:editId="196C123A">
                  <wp:extent cx="502063" cy="669472"/>
                  <wp:effectExtent l="0" t="0" r="0" b="0"/>
                  <wp:docPr id="831940464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19119" cy="69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0FB37625" wp14:editId="468D6F23">
                  <wp:extent cx="498021" cy="664987"/>
                  <wp:effectExtent l="0" t="0" r="0" b="1905"/>
                  <wp:docPr id="8674986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737" cy="67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462C12F4" w14:textId="6AF608AD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23DFFA54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2933145" w14:textId="4113642B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22</w:t>
            </w:r>
          </w:p>
        </w:tc>
        <w:tc>
          <w:tcPr>
            <w:tcW w:w="720" w:type="dxa"/>
            <w:vAlign w:val="center"/>
          </w:tcPr>
          <w:p w14:paraId="43D60C38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059F8641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3FEB4C38" w14:textId="77777777" w:rsidTr="00DA550F">
        <w:trPr>
          <w:jc w:val="center"/>
        </w:trPr>
        <w:tc>
          <w:tcPr>
            <w:tcW w:w="2078" w:type="dxa"/>
            <w:vAlign w:val="center"/>
          </w:tcPr>
          <w:p w14:paraId="73E047DB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7E31A094" w14:textId="08DD3F63" w:rsidR="00DA550F" w:rsidRDefault="00DA550F">
            <w:r>
              <w:rPr>
                <w:sz w:val="16"/>
              </w:rPr>
              <w:t xml:space="preserve">C. </w:t>
            </w:r>
            <w:proofErr w:type="spellStart"/>
            <w:r>
              <w:rPr>
                <w:sz w:val="16"/>
              </w:rPr>
              <w:t>Heathii</w:t>
            </w:r>
            <w:proofErr w:type="spellEnd"/>
            <w:r>
              <w:rPr>
                <w:sz w:val="16"/>
              </w:rPr>
              <w:t xml:space="preserve"> (</w:t>
            </w:r>
            <w:r w:rsidR="00187A10">
              <w:rPr>
                <w:sz w:val="16"/>
              </w:rPr>
              <w:t>‘Maribeth’ AM/AOS</w:t>
            </w:r>
            <w:r>
              <w:rPr>
                <w:sz w:val="16"/>
              </w:rPr>
              <w:t xml:space="preserve"> x self) x sib</w:t>
            </w:r>
          </w:p>
        </w:tc>
        <w:tc>
          <w:tcPr>
            <w:tcW w:w="3245" w:type="dxa"/>
          </w:tcPr>
          <w:p w14:paraId="209F6C0B" w14:textId="29BBDA9C" w:rsidR="00DA550F" w:rsidRDefault="00187A10" w:rsidP="00187A10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2EFE360" wp14:editId="3CBDAAFE">
                  <wp:extent cx="951793" cy="722721"/>
                  <wp:effectExtent l="0" t="0" r="1270" b="1270"/>
                  <wp:docPr id="209808498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930" cy="74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9C22133" wp14:editId="34B9430A">
                  <wp:extent cx="568779" cy="744915"/>
                  <wp:effectExtent l="0" t="0" r="3175" b="0"/>
                  <wp:docPr id="102102165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747" cy="75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50EA5011" w14:textId="54501E18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480E7138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D1A5166" w14:textId="553BCD6C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6562A">
              <w:rPr>
                <w:sz w:val="16"/>
              </w:rPr>
              <w:t>2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25B1B104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2CE09CC7" w14:textId="4364F0BD" w:rsidR="00DA550F" w:rsidRDefault="00364C53">
            <w:r>
              <w:rPr>
                <w:sz w:val="16"/>
              </w:rPr>
              <w:t>Near blooming size</w:t>
            </w:r>
            <w:r w:rsidR="00DA550F">
              <w:rPr>
                <w:sz w:val="16"/>
              </w:rPr>
              <w:br/>
            </w:r>
            <w:r w:rsidR="00DA550F">
              <w:rPr>
                <w:sz w:val="16"/>
              </w:rPr>
              <w:br/>
            </w:r>
          </w:p>
        </w:tc>
      </w:tr>
      <w:tr w:rsidR="00DA550F" w14:paraId="538EE7B1" w14:textId="77777777" w:rsidTr="00DA550F">
        <w:trPr>
          <w:jc w:val="center"/>
        </w:trPr>
        <w:tc>
          <w:tcPr>
            <w:tcW w:w="2078" w:type="dxa"/>
            <w:vAlign w:val="center"/>
          </w:tcPr>
          <w:p w14:paraId="40D7D696" w14:textId="77777777" w:rsidR="00DA550F" w:rsidRDefault="00DA550F">
            <w:pPr>
              <w:jc w:val="center"/>
            </w:pPr>
            <w:r>
              <w:rPr>
                <w:sz w:val="16"/>
              </w:rPr>
              <w:lastRenderedPageBreak/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35014F4" w14:textId="77777777" w:rsidR="00DA550F" w:rsidRDefault="00DA550F">
            <w:r>
              <w:rPr>
                <w:sz w:val="16"/>
              </w:rPr>
              <w:t>C. Creation 'Summer Choice' x C. Mini Song 'Petite'</w:t>
            </w:r>
          </w:p>
        </w:tc>
        <w:tc>
          <w:tcPr>
            <w:tcW w:w="3245" w:type="dxa"/>
          </w:tcPr>
          <w:p w14:paraId="748733B9" w14:textId="7D80A77A" w:rsidR="00DA550F" w:rsidRDefault="00187A10" w:rsidP="00187A10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BB18290" wp14:editId="592D8C84">
                  <wp:extent cx="717948" cy="538520"/>
                  <wp:effectExtent l="0" t="5715" r="635" b="635"/>
                  <wp:docPr id="330893861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44388" cy="558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4615F40" wp14:editId="1CF0F16E">
                  <wp:extent cx="541879" cy="722566"/>
                  <wp:effectExtent l="0" t="0" r="0" b="1905"/>
                  <wp:docPr id="839792734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329" cy="744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2240B407" w14:textId="1F009600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27472CCA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08DF65B" w14:textId="4CCE1B94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1130EB03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1CB47F93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4E232855" w14:textId="77777777" w:rsidTr="00DA550F">
        <w:trPr>
          <w:jc w:val="center"/>
        </w:trPr>
        <w:tc>
          <w:tcPr>
            <w:tcW w:w="2078" w:type="dxa"/>
            <w:vAlign w:val="center"/>
          </w:tcPr>
          <w:p w14:paraId="2C5B6178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48B70F36" w14:textId="77777777" w:rsidR="00DA550F" w:rsidRDefault="00DA550F">
            <w:r>
              <w:rPr>
                <w:sz w:val="16"/>
              </w:rPr>
              <w:t>Lc. Flamingo Dance</w:t>
            </w:r>
          </w:p>
        </w:tc>
        <w:tc>
          <w:tcPr>
            <w:tcW w:w="3245" w:type="dxa"/>
          </w:tcPr>
          <w:p w14:paraId="5BC7E062" w14:textId="32CD0929" w:rsidR="00DA550F" w:rsidRDefault="00B3357B" w:rsidP="00187A10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5C8E8F1" wp14:editId="423B2013">
                  <wp:extent cx="649168" cy="650240"/>
                  <wp:effectExtent l="0" t="0" r="0" b="0"/>
                  <wp:docPr id="1157681484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935" cy="668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0FE42876" wp14:editId="7CD5F4CD">
                  <wp:extent cx="661307" cy="644059"/>
                  <wp:effectExtent l="0" t="0" r="5715" b="3810"/>
                  <wp:docPr id="37897445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690" cy="653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31CF638F" w14:textId="01D8231E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7C2B2FB9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1FD2D70D" w14:textId="464DCE1E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2</w:t>
            </w:r>
            <w:r w:rsidR="00795E6E">
              <w:rPr>
                <w:sz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7690D786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2DA92CA9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35BFDDCA" w14:textId="77777777" w:rsidTr="00DA550F">
        <w:trPr>
          <w:jc w:val="center"/>
        </w:trPr>
        <w:tc>
          <w:tcPr>
            <w:tcW w:w="2078" w:type="dxa"/>
            <w:vAlign w:val="center"/>
          </w:tcPr>
          <w:p w14:paraId="35CF3606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6958424B" w14:textId="7188CCFC" w:rsidR="00DA550F" w:rsidRDefault="00DA550F">
            <w:r>
              <w:rPr>
                <w:sz w:val="16"/>
              </w:rPr>
              <w:t xml:space="preserve">C. </w:t>
            </w:r>
            <w:proofErr w:type="spellStart"/>
            <w:r>
              <w:rPr>
                <w:sz w:val="16"/>
              </w:rPr>
              <w:t>Intercase</w:t>
            </w:r>
            <w:proofErr w:type="spellEnd"/>
            <w:r w:rsidR="00B3357B">
              <w:rPr>
                <w:sz w:val="16"/>
              </w:rPr>
              <w:t xml:space="preserve"> (C. intermedia ‘Rio’ x C. Aloha Case ‘S &amp;W’</w:t>
            </w:r>
          </w:p>
        </w:tc>
        <w:tc>
          <w:tcPr>
            <w:tcW w:w="3245" w:type="dxa"/>
          </w:tcPr>
          <w:p w14:paraId="4AB51D5F" w14:textId="15D9AAEA" w:rsidR="00DA550F" w:rsidRDefault="00B3357B" w:rsidP="00B3357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7FDC35A" wp14:editId="79D81764">
                  <wp:extent cx="514350" cy="635423"/>
                  <wp:effectExtent l="0" t="0" r="0" b="0"/>
                  <wp:docPr id="501092646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49" cy="659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468C00D0" wp14:editId="6EDCA225">
                  <wp:extent cx="557258" cy="626064"/>
                  <wp:effectExtent l="0" t="0" r="0" b="3175"/>
                  <wp:docPr id="282209550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58" cy="639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79F42756" w14:textId="1DF7E912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26960442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42E0EBF" w14:textId="1D696B58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133C4D">
              <w:rPr>
                <w:sz w:val="16"/>
              </w:rPr>
              <w:t>25</w:t>
            </w:r>
          </w:p>
        </w:tc>
        <w:tc>
          <w:tcPr>
            <w:tcW w:w="720" w:type="dxa"/>
            <w:vAlign w:val="center"/>
          </w:tcPr>
          <w:p w14:paraId="55F8AD1F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40166224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174B1AD8" w14:textId="77777777" w:rsidTr="00DA550F">
        <w:trPr>
          <w:jc w:val="center"/>
        </w:trPr>
        <w:tc>
          <w:tcPr>
            <w:tcW w:w="2078" w:type="dxa"/>
            <w:vAlign w:val="center"/>
          </w:tcPr>
          <w:p w14:paraId="1CAC58A4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1AD13F48" w14:textId="4C858D72" w:rsidR="00DA550F" w:rsidRDefault="00DA550F">
            <w:r>
              <w:rPr>
                <w:sz w:val="16"/>
              </w:rPr>
              <w:t xml:space="preserve">C. </w:t>
            </w:r>
            <w:proofErr w:type="spellStart"/>
            <w:r>
              <w:rPr>
                <w:sz w:val="16"/>
              </w:rPr>
              <w:t>Claesiana</w:t>
            </w:r>
            <w:proofErr w:type="spellEnd"/>
            <w:r w:rsidR="00B3357B">
              <w:rPr>
                <w:sz w:val="16"/>
              </w:rPr>
              <w:t xml:space="preserve"> (C. </w:t>
            </w:r>
            <w:proofErr w:type="spellStart"/>
            <w:r w:rsidR="00B3357B">
              <w:rPr>
                <w:sz w:val="16"/>
              </w:rPr>
              <w:t>loddigesii</w:t>
            </w:r>
            <w:proofErr w:type="spellEnd"/>
            <w:r w:rsidR="00B3357B">
              <w:rPr>
                <w:sz w:val="16"/>
              </w:rPr>
              <w:t xml:space="preserve"> x C. intermedia)</w:t>
            </w:r>
          </w:p>
        </w:tc>
        <w:tc>
          <w:tcPr>
            <w:tcW w:w="3245" w:type="dxa"/>
          </w:tcPr>
          <w:p w14:paraId="7C7B7E39" w14:textId="22531E98" w:rsidR="00DA550F" w:rsidRDefault="00B3357B" w:rsidP="00B3357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4AC968B" wp14:editId="050460CB">
                  <wp:extent cx="459921" cy="702106"/>
                  <wp:effectExtent l="0" t="0" r="0" b="3175"/>
                  <wp:docPr id="1907811264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946" cy="731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69C9718D" wp14:editId="1CB2DAA2">
                  <wp:extent cx="699407" cy="699407"/>
                  <wp:effectExtent l="0" t="0" r="5715" b="5715"/>
                  <wp:docPr id="1646320487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942" cy="71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68756D5E" w14:textId="2134AA71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7BF1A289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FF5577A" w14:textId="5C257E23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133C4D">
              <w:rPr>
                <w:sz w:val="16"/>
              </w:rPr>
              <w:t>2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0229F150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1E1B45A2" w14:textId="18C52D04" w:rsidR="00DA550F" w:rsidRDefault="00DA550F">
            <w:r>
              <w:rPr>
                <w:sz w:val="16"/>
              </w:rPr>
              <w:br/>
            </w:r>
            <w:r w:rsidR="00364C53">
              <w:rPr>
                <w:sz w:val="16"/>
              </w:rPr>
              <w:t>Blooming size</w:t>
            </w:r>
            <w:r>
              <w:rPr>
                <w:sz w:val="16"/>
              </w:rPr>
              <w:br/>
            </w:r>
          </w:p>
        </w:tc>
      </w:tr>
      <w:tr w:rsidR="00DA550F" w14:paraId="38E9F3CC" w14:textId="77777777" w:rsidTr="00DA550F">
        <w:trPr>
          <w:jc w:val="center"/>
        </w:trPr>
        <w:tc>
          <w:tcPr>
            <w:tcW w:w="2078" w:type="dxa"/>
            <w:vAlign w:val="center"/>
          </w:tcPr>
          <w:p w14:paraId="3751836C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4D2B8D7E" w14:textId="77777777" w:rsidR="00DA550F" w:rsidRDefault="00DA550F">
            <w:r>
              <w:rPr>
                <w:sz w:val="16"/>
              </w:rPr>
              <w:t>C. Valentine x C. Delta Blues</w:t>
            </w:r>
          </w:p>
        </w:tc>
        <w:tc>
          <w:tcPr>
            <w:tcW w:w="3245" w:type="dxa"/>
          </w:tcPr>
          <w:p w14:paraId="0FFF0672" w14:textId="638DBDA1" w:rsidR="00DA550F" w:rsidRDefault="00B3357B" w:rsidP="00B3357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021A66A1" wp14:editId="62FB4488">
                  <wp:extent cx="476250" cy="635052"/>
                  <wp:effectExtent l="0" t="0" r="0" b="0"/>
                  <wp:docPr id="585424332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23" cy="729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53A589BD" wp14:editId="340AB7DC">
                  <wp:extent cx="544286" cy="655695"/>
                  <wp:effectExtent l="0" t="0" r="8255" b="0"/>
                  <wp:docPr id="2135938349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80" cy="66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ADFEAA6" w14:textId="28A6545C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1B39ADE9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0ED181B0" w14:textId="3919FF95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795E6E">
              <w:rPr>
                <w:sz w:val="16"/>
              </w:rPr>
              <w:t>30</w:t>
            </w:r>
          </w:p>
        </w:tc>
        <w:tc>
          <w:tcPr>
            <w:tcW w:w="720" w:type="dxa"/>
            <w:vAlign w:val="center"/>
          </w:tcPr>
          <w:p w14:paraId="1668FFB4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552649CC" w14:textId="24C63A00" w:rsidR="00DA550F" w:rsidRDefault="00DE4B61">
            <w:r>
              <w:rPr>
                <w:noProof/>
              </w:rPr>
              <w:drawing>
                <wp:inline distT="0" distB="0" distL="0" distR="0" wp14:anchorId="4D54810C" wp14:editId="78B351CC">
                  <wp:extent cx="865414" cy="649145"/>
                  <wp:effectExtent l="0" t="0" r="0" b="0"/>
                  <wp:docPr id="187241364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697" cy="661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550F">
              <w:rPr>
                <w:sz w:val="16"/>
              </w:rPr>
              <w:br/>
            </w:r>
            <w:r w:rsidR="00364C53">
              <w:rPr>
                <w:sz w:val="16"/>
              </w:rPr>
              <w:t>Blooming size</w:t>
            </w:r>
            <w:r w:rsidR="00DA550F">
              <w:rPr>
                <w:sz w:val="16"/>
              </w:rPr>
              <w:br/>
            </w:r>
            <w:r>
              <w:t>First to bloom</w:t>
            </w:r>
          </w:p>
        </w:tc>
      </w:tr>
      <w:tr w:rsidR="00DA550F" w14:paraId="5E9FB7D9" w14:textId="77777777" w:rsidTr="00DA550F">
        <w:trPr>
          <w:jc w:val="center"/>
        </w:trPr>
        <w:tc>
          <w:tcPr>
            <w:tcW w:w="2078" w:type="dxa"/>
            <w:vAlign w:val="center"/>
          </w:tcPr>
          <w:p w14:paraId="023AA70A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1F26DA84" w14:textId="66C58428" w:rsidR="00DA550F" w:rsidRDefault="00DA550F"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 xml:space="preserve">. Waikiki Jungle 'Carmela' x </w:t>
            </w:r>
            <w:r w:rsidR="00B3357B">
              <w:rPr>
                <w:sz w:val="16"/>
              </w:rPr>
              <w:t xml:space="preserve">C. </w:t>
            </w:r>
            <w:proofErr w:type="spellStart"/>
            <w:r w:rsidR="00B3357B">
              <w:rPr>
                <w:sz w:val="16"/>
              </w:rPr>
              <w:t>L</w:t>
            </w:r>
            <w:r>
              <w:rPr>
                <w:sz w:val="16"/>
              </w:rPr>
              <w:t>andate</w:t>
            </w:r>
            <w:proofErr w:type="spellEnd"/>
            <w:r>
              <w:rPr>
                <w:sz w:val="16"/>
              </w:rPr>
              <w:t xml:space="preserve"> 'Ch</w:t>
            </w:r>
            <w:r w:rsidR="00B3357B">
              <w:rPr>
                <w:sz w:val="16"/>
              </w:rPr>
              <w:t xml:space="preserve">arm’ </w:t>
            </w:r>
            <w:r>
              <w:rPr>
                <w:sz w:val="16"/>
              </w:rPr>
              <w:t xml:space="preserve"> </w:t>
            </w:r>
            <w:r w:rsidR="00B3357B">
              <w:rPr>
                <w:sz w:val="16"/>
              </w:rPr>
              <w:t>B</w:t>
            </w:r>
            <w:r>
              <w:rPr>
                <w:sz w:val="16"/>
              </w:rPr>
              <w:t>M/JOGA</w:t>
            </w:r>
          </w:p>
        </w:tc>
        <w:tc>
          <w:tcPr>
            <w:tcW w:w="3245" w:type="dxa"/>
          </w:tcPr>
          <w:p w14:paraId="32AAAB5F" w14:textId="0E8A8D93" w:rsidR="00DA550F" w:rsidRDefault="00B3357B" w:rsidP="00B3357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F10FED9" wp14:editId="75AF5670">
                  <wp:extent cx="800277" cy="606879"/>
                  <wp:effectExtent l="0" t="0" r="0" b="3175"/>
                  <wp:docPr id="13569419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26930" cy="627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46608DB" wp14:editId="096EAC34">
                  <wp:extent cx="819150" cy="614430"/>
                  <wp:effectExtent l="0" t="0" r="0" b="0"/>
                  <wp:docPr id="58487191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087" cy="62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3099B00E" w14:textId="45A6FFA8" w:rsidR="00DA550F" w:rsidRDefault="00DA550F">
            <w:pPr>
              <w:jc w:val="center"/>
            </w:pPr>
            <w:r>
              <w:rPr>
                <w:sz w:val="16"/>
              </w:rPr>
              <w:t>3"</w:t>
            </w:r>
          </w:p>
        </w:tc>
        <w:tc>
          <w:tcPr>
            <w:tcW w:w="900" w:type="dxa"/>
            <w:vAlign w:val="center"/>
          </w:tcPr>
          <w:p w14:paraId="1303D91D" w14:textId="2CA770AF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15ACE0B7" w14:textId="2EC57EAD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06562A">
              <w:rPr>
                <w:sz w:val="16"/>
              </w:rPr>
              <w:t>2</w:t>
            </w:r>
            <w:r w:rsidR="00795E6E">
              <w:rPr>
                <w:sz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24358248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3D3C7AB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615AF3E2" w14:textId="77777777" w:rsidTr="00DA550F">
        <w:trPr>
          <w:jc w:val="center"/>
        </w:trPr>
        <w:tc>
          <w:tcPr>
            <w:tcW w:w="2078" w:type="dxa"/>
            <w:vAlign w:val="center"/>
          </w:tcPr>
          <w:p w14:paraId="305CD9AC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75176D27" w14:textId="77777777" w:rsidR="00DA550F" w:rsidRDefault="00DA550F">
            <w:r>
              <w:rPr>
                <w:sz w:val="16"/>
              </w:rPr>
              <w:t>C. Valentine x self</w:t>
            </w:r>
          </w:p>
        </w:tc>
        <w:tc>
          <w:tcPr>
            <w:tcW w:w="3245" w:type="dxa"/>
          </w:tcPr>
          <w:p w14:paraId="531ED5C7" w14:textId="7A9592A0" w:rsidR="00DA550F" w:rsidRDefault="00B3357B" w:rsidP="00B3357B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726ED2C" wp14:editId="0B65A44D">
                  <wp:extent cx="476250" cy="635052"/>
                  <wp:effectExtent l="0" t="0" r="0" b="0"/>
                  <wp:docPr id="504997289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423" cy="729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EC370EC" w14:textId="587D1F19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4ACFDC09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233917FE" w14:textId="268E7D78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133C4D">
              <w:rPr>
                <w:sz w:val="16"/>
              </w:rPr>
              <w:t>30</w:t>
            </w:r>
          </w:p>
        </w:tc>
        <w:tc>
          <w:tcPr>
            <w:tcW w:w="720" w:type="dxa"/>
            <w:vAlign w:val="center"/>
          </w:tcPr>
          <w:p w14:paraId="605A3321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7F685A3E" w14:textId="27B3862C" w:rsidR="00DA550F" w:rsidRDefault="00712F8A">
            <w:r>
              <w:rPr>
                <w:noProof/>
              </w:rPr>
              <w:drawing>
                <wp:inline distT="0" distB="0" distL="0" distR="0" wp14:anchorId="0CD5E70D" wp14:editId="535CE87B">
                  <wp:extent cx="838200" cy="628732"/>
                  <wp:effectExtent l="0" t="0" r="0" b="0"/>
                  <wp:docPr id="81260252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5169" cy="70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550F">
              <w:rPr>
                <w:sz w:val="16"/>
              </w:rPr>
              <w:br/>
            </w:r>
            <w:r w:rsidR="00364C53">
              <w:rPr>
                <w:sz w:val="16"/>
              </w:rPr>
              <w:t>Blooming Size</w:t>
            </w:r>
            <w:r w:rsidR="00DA550F">
              <w:rPr>
                <w:sz w:val="16"/>
              </w:rPr>
              <w:br/>
            </w:r>
            <w:r>
              <w:t>Babies are better than parent!</w:t>
            </w:r>
          </w:p>
        </w:tc>
      </w:tr>
      <w:tr w:rsidR="00DA550F" w14:paraId="6068662E" w14:textId="77777777" w:rsidTr="00DA550F">
        <w:trPr>
          <w:jc w:val="center"/>
        </w:trPr>
        <w:tc>
          <w:tcPr>
            <w:tcW w:w="2078" w:type="dxa"/>
            <w:vAlign w:val="center"/>
          </w:tcPr>
          <w:p w14:paraId="794B0C93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4F2E5DAF" w14:textId="3E41C5E4" w:rsidR="00DA550F" w:rsidRDefault="00DA550F">
            <w:proofErr w:type="spellStart"/>
            <w:r>
              <w:rPr>
                <w:sz w:val="16"/>
              </w:rPr>
              <w:t>Rl</w:t>
            </w:r>
            <w:proofErr w:type="spellEnd"/>
            <w:r>
              <w:rPr>
                <w:sz w:val="16"/>
              </w:rPr>
              <w:t>. glauca x</w:t>
            </w:r>
            <w:r w:rsidR="00712F8A">
              <w:rPr>
                <w:sz w:val="16"/>
              </w:rPr>
              <w:t xml:space="preserve"> </w:t>
            </w:r>
            <w:proofErr w:type="spellStart"/>
            <w:r w:rsidR="00712F8A">
              <w:rPr>
                <w:sz w:val="16"/>
              </w:rPr>
              <w:t>Rl</w:t>
            </w:r>
            <w:proofErr w:type="spellEnd"/>
            <w:r w:rsidR="00712F8A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  <w:proofErr w:type="gramStart"/>
            <w:r w:rsidR="00712F8A">
              <w:rPr>
                <w:sz w:val="16"/>
              </w:rPr>
              <w:t>G</w:t>
            </w:r>
            <w:r>
              <w:rPr>
                <w:sz w:val="16"/>
              </w:rPr>
              <w:t>lauca</w:t>
            </w:r>
            <w:r w:rsidR="00712F8A">
              <w:rPr>
                <w:sz w:val="16"/>
              </w:rPr>
              <w:t xml:space="preserve"> (‘</w:t>
            </w:r>
            <w:proofErr w:type="gramEnd"/>
            <w:r w:rsidR="00712F8A">
              <w:rPr>
                <w:sz w:val="16"/>
              </w:rPr>
              <w:t>Bob’ x ‘Mabel’</w:t>
            </w:r>
          </w:p>
        </w:tc>
        <w:tc>
          <w:tcPr>
            <w:tcW w:w="3245" w:type="dxa"/>
          </w:tcPr>
          <w:p w14:paraId="3FF28A23" w14:textId="71B9B148" w:rsidR="00DA550F" w:rsidRDefault="00712F8A" w:rsidP="00712F8A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A58FF17" wp14:editId="364A2EA1">
                  <wp:extent cx="503464" cy="671340"/>
                  <wp:effectExtent l="0" t="0" r="0" b="0"/>
                  <wp:docPr id="1932246561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42" cy="696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6A3561C" wp14:editId="309D131D">
                  <wp:extent cx="491944" cy="655979"/>
                  <wp:effectExtent l="0" t="0" r="3810" b="0"/>
                  <wp:docPr id="1202289398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04367" cy="67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40CCED33" w14:textId="60FC0902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10B48337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781A859B" w14:textId="421BD498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2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2C848717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733F59E4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777FB30C" w14:textId="77777777" w:rsidTr="00DA550F">
        <w:trPr>
          <w:jc w:val="center"/>
        </w:trPr>
        <w:tc>
          <w:tcPr>
            <w:tcW w:w="2078" w:type="dxa"/>
            <w:vAlign w:val="center"/>
          </w:tcPr>
          <w:p w14:paraId="2024D159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3F80069E" w14:textId="2FD0D2B1" w:rsidR="00DA550F" w:rsidRDefault="00DA550F">
            <w:r>
              <w:rPr>
                <w:sz w:val="16"/>
              </w:rPr>
              <w:t>C. intermedia '</w:t>
            </w:r>
            <w:proofErr w:type="spellStart"/>
            <w:r>
              <w:rPr>
                <w:sz w:val="16"/>
              </w:rPr>
              <w:t>Wh</w:t>
            </w:r>
            <w:r w:rsidR="00712F8A">
              <w:rPr>
                <w:sz w:val="16"/>
              </w:rPr>
              <w:t>ipperwill</w:t>
            </w:r>
            <w:proofErr w:type="spellEnd"/>
            <w:r>
              <w:rPr>
                <w:sz w:val="16"/>
              </w:rPr>
              <w:t>' x 'Celeste'</w:t>
            </w:r>
          </w:p>
        </w:tc>
        <w:tc>
          <w:tcPr>
            <w:tcW w:w="3245" w:type="dxa"/>
          </w:tcPr>
          <w:p w14:paraId="5AFCD21C" w14:textId="2F93A11E" w:rsidR="00DA550F" w:rsidRDefault="00712F8A" w:rsidP="00712F8A">
            <w:pPr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7764053" wp14:editId="7E8E7DED">
                  <wp:extent cx="699407" cy="699407"/>
                  <wp:effectExtent l="0" t="0" r="5715" b="5715"/>
                  <wp:docPr id="1020960771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942" cy="71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  </w:t>
            </w:r>
            <w:r w:rsidRPr="00712F8A">
              <w:rPr>
                <w:noProof/>
                <w:sz w:val="16"/>
              </w:rPr>
              <w:drawing>
                <wp:inline distT="0" distB="0" distL="0" distR="0" wp14:anchorId="01909209" wp14:editId="748BA679">
                  <wp:extent cx="930094" cy="697647"/>
                  <wp:effectExtent l="0" t="0" r="3810" b="7620"/>
                  <wp:docPr id="1548149597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00" cy="70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2D8AB996" w14:textId="56AA3695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3DFE6F55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501E06D" w14:textId="597E341A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25</w:t>
            </w:r>
          </w:p>
        </w:tc>
        <w:tc>
          <w:tcPr>
            <w:tcW w:w="720" w:type="dxa"/>
            <w:vAlign w:val="center"/>
          </w:tcPr>
          <w:p w14:paraId="140B998E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1C0E9BE7" w14:textId="60B963B1" w:rsidR="00DA550F" w:rsidRDefault="00655187">
            <w:r>
              <w:rPr>
                <w:sz w:val="16"/>
              </w:rPr>
              <w:t>Blooming Size</w:t>
            </w:r>
            <w:r w:rsidR="00DA550F">
              <w:rPr>
                <w:sz w:val="16"/>
              </w:rPr>
              <w:br/>
            </w:r>
            <w:r w:rsidR="00DA550F">
              <w:rPr>
                <w:sz w:val="16"/>
              </w:rPr>
              <w:br/>
            </w:r>
          </w:p>
        </w:tc>
      </w:tr>
      <w:tr w:rsidR="00DA550F" w14:paraId="389762AA" w14:textId="77777777" w:rsidTr="00DA550F">
        <w:trPr>
          <w:jc w:val="center"/>
        </w:trPr>
        <w:tc>
          <w:tcPr>
            <w:tcW w:w="2078" w:type="dxa"/>
            <w:vAlign w:val="center"/>
          </w:tcPr>
          <w:p w14:paraId="7904D428" w14:textId="77777777" w:rsidR="00DA550F" w:rsidRDefault="00DA550F">
            <w:pPr>
              <w:jc w:val="center"/>
            </w:pPr>
            <w:r>
              <w:rPr>
                <w:sz w:val="16"/>
              </w:rPr>
              <w:lastRenderedPageBreak/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494C0C06" w14:textId="770464B2" w:rsidR="00DA550F" w:rsidRDefault="00DA550F">
            <w:proofErr w:type="spellStart"/>
            <w:r>
              <w:rPr>
                <w:sz w:val="16"/>
              </w:rPr>
              <w:t>Rl</w:t>
            </w:r>
            <w:proofErr w:type="spellEnd"/>
            <w:r>
              <w:rPr>
                <w:sz w:val="16"/>
              </w:rPr>
              <w:t xml:space="preserve">. </w:t>
            </w:r>
            <w:r w:rsidR="00712F8A">
              <w:rPr>
                <w:sz w:val="16"/>
              </w:rPr>
              <w:t>g</w:t>
            </w:r>
            <w:r>
              <w:rPr>
                <w:sz w:val="16"/>
              </w:rPr>
              <w:t>lauca</w:t>
            </w:r>
            <w:r w:rsidR="00712F8A">
              <w:rPr>
                <w:sz w:val="16"/>
              </w:rPr>
              <w:t xml:space="preserve"> ‘Bob’</w:t>
            </w:r>
            <w:r>
              <w:rPr>
                <w:sz w:val="16"/>
              </w:rPr>
              <w:t xml:space="preserve"> x Fuchs Orange Nugget</w:t>
            </w:r>
            <w:r w:rsidR="00712F8A">
              <w:rPr>
                <w:sz w:val="16"/>
              </w:rPr>
              <w:t xml:space="preserve"> ‘Lea’ AM/AOS</w:t>
            </w:r>
          </w:p>
        </w:tc>
        <w:tc>
          <w:tcPr>
            <w:tcW w:w="3245" w:type="dxa"/>
          </w:tcPr>
          <w:p w14:paraId="417CB5A1" w14:textId="71330B03" w:rsidR="00DA550F" w:rsidRDefault="00712F8A" w:rsidP="00712F8A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4D8F51F" wp14:editId="42409D53">
                  <wp:extent cx="503464" cy="671340"/>
                  <wp:effectExtent l="0" t="0" r="0" b="0"/>
                  <wp:docPr id="1697326748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42" cy="696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0623A">
              <w:rPr>
                <w:sz w:val="16"/>
              </w:rPr>
              <w:t xml:space="preserve">  </w:t>
            </w:r>
            <w:r w:rsidR="0020623A">
              <w:rPr>
                <w:noProof/>
              </w:rPr>
              <w:drawing>
                <wp:inline distT="0" distB="0" distL="0" distR="0" wp14:anchorId="4E3A7883" wp14:editId="342E0E56">
                  <wp:extent cx="469408" cy="625929"/>
                  <wp:effectExtent l="0" t="0" r="6985" b="3175"/>
                  <wp:docPr id="1649377390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243" cy="63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05762803" w14:textId="3015702A" w:rsidR="00DA550F" w:rsidRDefault="00DA550F">
            <w:pPr>
              <w:jc w:val="center"/>
            </w:pPr>
            <w:r>
              <w:rPr>
                <w:sz w:val="16"/>
              </w:rPr>
              <w:t>4"</w:t>
            </w:r>
          </w:p>
        </w:tc>
        <w:tc>
          <w:tcPr>
            <w:tcW w:w="900" w:type="dxa"/>
            <w:vAlign w:val="center"/>
          </w:tcPr>
          <w:p w14:paraId="20E9A8CC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3EFD6C4E" w14:textId="5F0D9016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0623A">
              <w:rPr>
                <w:sz w:val="16"/>
              </w:rPr>
              <w:t>2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1B30D025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138039B4" w14:textId="77777777" w:rsidR="00655187" w:rsidRDefault="00655187">
            <w:pPr>
              <w:rPr>
                <w:sz w:val="16"/>
              </w:rPr>
            </w:pPr>
            <w:r>
              <w:rPr>
                <w:sz w:val="16"/>
              </w:rPr>
              <w:t>Blooming Size</w:t>
            </w:r>
          </w:p>
          <w:p w14:paraId="3AADCCD2" w14:textId="3C1F2FF9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09CA3F5B" w14:textId="77777777" w:rsidTr="00DA550F">
        <w:trPr>
          <w:jc w:val="center"/>
        </w:trPr>
        <w:tc>
          <w:tcPr>
            <w:tcW w:w="2078" w:type="dxa"/>
            <w:vAlign w:val="center"/>
          </w:tcPr>
          <w:p w14:paraId="22B0ED73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2A8A439F" w14:textId="77777777" w:rsidR="00DA550F" w:rsidRDefault="00DA55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Rlc</w:t>
            </w:r>
            <w:proofErr w:type="spellEnd"/>
            <w:r>
              <w:rPr>
                <w:sz w:val="16"/>
              </w:rPr>
              <w:t>. B</w:t>
            </w:r>
            <w:r w:rsidR="002715DB">
              <w:rPr>
                <w:sz w:val="16"/>
              </w:rPr>
              <w:t xml:space="preserve">ranyan </w:t>
            </w:r>
            <w:proofErr w:type="gramStart"/>
            <w:r w:rsidR="002715DB">
              <w:rPr>
                <w:sz w:val="16"/>
              </w:rPr>
              <w:t>( C.</w:t>
            </w:r>
            <w:proofErr w:type="gramEnd"/>
            <w:r w:rsidR="002715DB">
              <w:rPr>
                <w:sz w:val="16"/>
              </w:rPr>
              <w:t xml:space="preserve"> Mini Purple ‘Tamiami’ AM/AOS x </w:t>
            </w:r>
            <w:proofErr w:type="spellStart"/>
            <w:r w:rsidR="002715DB">
              <w:rPr>
                <w:sz w:val="16"/>
              </w:rPr>
              <w:t>Rlc</w:t>
            </w:r>
            <w:proofErr w:type="spellEnd"/>
            <w:r w:rsidR="002715DB">
              <w:rPr>
                <w:sz w:val="16"/>
              </w:rPr>
              <w:t>. Waikiki Jungle</w:t>
            </w:r>
          </w:p>
          <w:p w14:paraId="78921882" w14:textId="6FDB4871" w:rsidR="002715DB" w:rsidRDefault="002715DB">
            <w:r>
              <w:rPr>
                <w:sz w:val="16"/>
              </w:rPr>
              <w:t>‘Carmela’)</w:t>
            </w:r>
          </w:p>
        </w:tc>
        <w:tc>
          <w:tcPr>
            <w:tcW w:w="3245" w:type="dxa"/>
          </w:tcPr>
          <w:p w14:paraId="794C986C" w14:textId="3B2E286A" w:rsidR="00DA550F" w:rsidRDefault="0073397A" w:rsidP="0073397A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 w:rsidR="002715DB">
              <w:rPr>
                <w:noProof/>
              </w:rPr>
              <w:drawing>
                <wp:inline distT="0" distB="0" distL="0" distR="0" wp14:anchorId="7999D9B9" wp14:editId="7CB35B9B">
                  <wp:extent cx="396666" cy="606850"/>
                  <wp:effectExtent l="0" t="0" r="3810" b="3175"/>
                  <wp:docPr id="897660885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1030" cy="644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715DB">
              <w:rPr>
                <w:sz w:val="16"/>
              </w:rPr>
              <w:t xml:space="preserve">  </w:t>
            </w:r>
            <w:r w:rsidR="002715DB">
              <w:rPr>
                <w:noProof/>
              </w:rPr>
              <w:drawing>
                <wp:inline distT="0" distB="0" distL="0" distR="0" wp14:anchorId="74D13595" wp14:editId="1901957C">
                  <wp:extent cx="800277" cy="606879"/>
                  <wp:effectExtent l="0" t="0" r="0" b="3175"/>
                  <wp:docPr id="2353687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26930" cy="627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17C33B39" w14:textId="6597F2CA" w:rsidR="00DA550F" w:rsidRDefault="002715DB">
            <w:pPr>
              <w:jc w:val="center"/>
            </w:pPr>
            <w:r>
              <w:rPr>
                <w:sz w:val="16"/>
              </w:rPr>
              <w:t>4”</w:t>
            </w:r>
          </w:p>
        </w:tc>
        <w:tc>
          <w:tcPr>
            <w:tcW w:w="900" w:type="dxa"/>
            <w:vAlign w:val="center"/>
          </w:tcPr>
          <w:p w14:paraId="37C3C742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CC008BD" w14:textId="64C2EE2A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2715DB">
              <w:rPr>
                <w:sz w:val="16"/>
              </w:rPr>
              <w:t>30</w:t>
            </w:r>
          </w:p>
        </w:tc>
        <w:tc>
          <w:tcPr>
            <w:tcW w:w="720" w:type="dxa"/>
            <w:vAlign w:val="center"/>
          </w:tcPr>
          <w:p w14:paraId="1E1C2BBB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9C65C28" w14:textId="49CD047E" w:rsidR="00DA550F" w:rsidRDefault="002715DB">
            <w:r>
              <w:rPr>
                <w:noProof/>
              </w:rPr>
              <w:drawing>
                <wp:inline distT="0" distB="0" distL="0" distR="0" wp14:anchorId="406F454E" wp14:editId="62891069">
                  <wp:extent cx="955222" cy="716511"/>
                  <wp:effectExtent l="0" t="0" r="0" b="7620"/>
                  <wp:docPr id="118474185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62617" cy="72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2F4074" wp14:editId="04BF206B">
                  <wp:extent cx="600210" cy="703204"/>
                  <wp:effectExtent l="0" t="0" r="0" b="1905"/>
                  <wp:docPr id="1150164030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12504" cy="71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550F">
              <w:rPr>
                <w:sz w:val="16"/>
              </w:rPr>
              <w:br/>
            </w:r>
            <w:r w:rsidR="00DA550F">
              <w:rPr>
                <w:sz w:val="16"/>
              </w:rPr>
              <w:br/>
            </w:r>
            <w:r>
              <w:t>One has been awarded already</w:t>
            </w:r>
          </w:p>
        </w:tc>
      </w:tr>
      <w:tr w:rsidR="00DA550F" w14:paraId="25A6C7CB" w14:textId="77777777" w:rsidTr="00DA550F">
        <w:trPr>
          <w:jc w:val="center"/>
        </w:trPr>
        <w:tc>
          <w:tcPr>
            <w:tcW w:w="2078" w:type="dxa"/>
            <w:vAlign w:val="center"/>
          </w:tcPr>
          <w:p w14:paraId="2EED2ADA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5B91A7CA" w14:textId="60690A8A" w:rsidR="00DA550F" w:rsidRDefault="00DA550F"/>
        </w:tc>
        <w:tc>
          <w:tcPr>
            <w:tcW w:w="3245" w:type="dxa"/>
          </w:tcPr>
          <w:p w14:paraId="78BA0020" w14:textId="46021D3D" w:rsidR="00DA550F" w:rsidRDefault="00DA550F" w:rsidP="0073397A"/>
        </w:tc>
        <w:tc>
          <w:tcPr>
            <w:tcW w:w="990" w:type="dxa"/>
            <w:vAlign w:val="center"/>
          </w:tcPr>
          <w:p w14:paraId="7DDECBDE" w14:textId="0A8057EE" w:rsidR="00DA550F" w:rsidRDefault="00DA550F">
            <w:pPr>
              <w:jc w:val="center"/>
            </w:pPr>
          </w:p>
        </w:tc>
        <w:tc>
          <w:tcPr>
            <w:tcW w:w="900" w:type="dxa"/>
            <w:vAlign w:val="center"/>
          </w:tcPr>
          <w:p w14:paraId="673FFB88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1CA1823A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720" w:type="dxa"/>
            <w:vAlign w:val="center"/>
          </w:tcPr>
          <w:p w14:paraId="7B0D9B2C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5406D85A" w14:textId="77777777" w:rsidR="00DA550F" w:rsidRDefault="00DA550F"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DA550F" w14:paraId="2E3156A7" w14:textId="77777777" w:rsidTr="00DA550F">
        <w:trPr>
          <w:jc w:val="center"/>
        </w:trPr>
        <w:tc>
          <w:tcPr>
            <w:tcW w:w="2078" w:type="dxa"/>
            <w:vAlign w:val="center"/>
          </w:tcPr>
          <w:p w14:paraId="0A4B7B16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0CBDA149" w14:textId="77777777" w:rsidR="00DA550F" w:rsidRDefault="00DA550F">
            <w:r>
              <w:rPr>
                <w:sz w:val="16"/>
              </w:rPr>
              <w:t xml:space="preserve">Phal. </w:t>
            </w:r>
            <w:proofErr w:type="spellStart"/>
            <w:r>
              <w:rPr>
                <w:sz w:val="16"/>
              </w:rPr>
              <w:t>bellina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coer</w:t>
            </w:r>
            <w:proofErr w:type="spellEnd"/>
            <w:r>
              <w:rPr>
                <w:sz w:val="16"/>
              </w:rPr>
              <w:t xml:space="preserve"> x Phal. violacea indigo</w:t>
            </w:r>
          </w:p>
        </w:tc>
        <w:tc>
          <w:tcPr>
            <w:tcW w:w="3245" w:type="dxa"/>
          </w:tcPr>
          <w:p w14:paraId="3219E6F7" w14:textId="198187CD" w:rsidR="00DA550F" w:rsidRDefault="0073397A" w:rsidP="0073397A">
            <w:r>
              <w:rPr>
                <w:noProof/>
              </w:rPr>
              <w:drawing>
                <wp:inline distT="0" distB="0" distL="0" distR="0" wp14:anchorId="470964B3" wp14:editId="7F5EF333">
                  <wp:extent cx="604157" cy="635473"/>
                  <wp:effectExtent l="0" t="0" r="5715" b="0"/>
                  <wp:docPr id="78858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42" cy="65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6C3F7B85" wp14:editId="6AC8FD44">
                  <wp:extent cx="835479" cy="626678"/>
                  <wp:effectExtent l="0" t="0" r="3175" b="2540"/>
                  <wp:docPr id="1027258956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683" cy="63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61E11A06" w14:textId="330366F3" w:rsidR="00DA550F" w:rsidRDefault="0073397A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13B05457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6EA04041" w14:textId="2C51F30B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15</w:t>
            </w:r>
          </w:p>
        </w:tc>
        <w:tc>
          <w:tcPr>
            <w:tcW w:w="720" w:type="dxa"/>
            <w:vAlign w:val="center"/>
          </w:tcPr>
          <w:p w14:paraId="14CDF5BA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3C589AA4" w14:textId="147575DC" w:rsidR="00DA550F" w:rsidRDefault="00DA550F">
            <w:r>
              <w:rPr>
                <w:sz w:val="16"/>
              </w:rPr>
              <w:br/>
            </w:r>
            <w:r w:rsidR="00655187">
              <w:rPr>
                <w:sz w:val="16"/>
              </w:rPr>
              <w:t>Seedlings</w:t>
            </w:r>
            <w:r>
              <w:rPr>
                <w:sz w:val="16"/>
              </w:rPr>
              <w:br/>
            </w:r>
          </w:p>
        </w:tc>
      </w:tr>
      <w:tr w:rsidR="00DA550F" w14:paraId="2C452FF2" w14:textId="77777777" w:rsidTr="00DB0668">
        <w:trPr>
          <w:trHeight w:val="1943"/>
          <w:jc w:val="center"/>
        </w:trPr>
        <w:tc>
          <w:tcPr>
            <w:tcW w:w="2078" w:type="dxa"/>
            <w:vAlign w:val="center"/>
          </w:tcPr>
          <w:p w14:paraId="35D60CAD" w14:textId="77777777" w:rsidR="00DA550F" w:rsidRDefault="00DA550F">
            <w:pPr>
              <w:jc w:val="center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ADD PHOTO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400" w:type="dxa"/>
            <w:vAlign w:val="center"/>
          </w:tcPr>
          <w:p w14:paraId="6FB111AD" w14:textId="4DAE6B53" w:rsidR="00DA550F" w:rsidRDefault="00DA550F">
            <w:proofErr w:type="spellStart"/>
            <w:r>
              <w:rPr>
                <w:sz w:val="16"/>
              </w:rPr>
              <w:t>Ctt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Petit</w:t>
            </w:r>
            <w:r w:rsidR="0073397A">
              <w:rPr>
                <w:sz w:val="16"/>
              </w:rPr>
              <w:t>p</w:t>
            </w:r>
            <w:r>
              <w:rPr>
                <w:sz w:val="16"/>
              </w:rPr>
              <w:t>etit</w:t>
            </w:r>
            <w:proofErr w:type="spellEnd"/>
            <w:r>
              <w:rPr>
                <w:sz w:val="16"/>
              </w:rPr>
              <w:t xml:space="preserve"> Candy '</w:t>
            </w:r>
            <w:proofErr w:type="spellStart"/>
            <w:r>
              <w:rPr>
                <w:sz w:val="16"/>
              </w:rPr>
              <w:t>Acane</w:t>
            </w:r>
            <w:proofErr w:type="spellEnd"/>
            <w:r>
              <w:rPr>
                <w:sz w:val="16"/>
              </w:rPr>
              <w:t xml:space="preserve">' x </w:t>
            </w:r>
            <w:proofErr w:type="spellStart"/>
            <w:r w:rsidR="0073397A">
              <w:rPr>
                <w:sz w:val="16"/>
              </w:rPr>
              <w:t>Rlc</w:t>
            </w:r>
            <w:proofErr w:type="spellEnd"/>
            <w:r w:rsidR="0073397A">
              <w:rPr>
                <w:sz w:val="16"/>
              </w:rPr>
              <w:t>. Hawaiian Prominence ‘America’</w:t>
            </w:r>
          </w:p>
        </w:tc>
        <w:tc>
          <w:tcPr>
            <w:tcW w:w="3245" w:type="dxa"/>
          </w:tcPr>
          <w:p w14:paraId="722EB1D6" w14:textId="07C895D7" w:rsidR="00DA550F" w:rsidRDefault="0073397A" w:rsidP="0073397A">
            <w:r>
              <w:rPr>
                <w:noProof/>
              </w:rPr>
              <w:drawing>
                <wp:inline distT="0" distB="0" distL="0" distR="0" wp14:anchorId="6710EEDD" wp14:editId="695017AF">
                  <wp:extent cx="862693" cy="641680"/>
                  <wp:effectExtent l="0" t="0" r="0" b="6350"/>
                  <wp:docPr id="1436643413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689" cy="64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2CD9A46D" wp14:editId="43B1238E">
                  <wp:extent cx="885757" cy="664391"/>
                  <wp:effectExtent l="0" t="0" r="0" b="2540"/>
                  <wp:docPr id="1495019999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179" cy="672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vAlign w:val="center"/>
          </w:tcPr>
          <w:p w14:paraId="770008F7" w14:textId="7E5ED4FC" w:rsidR="00DA550F" w:rsidRDefault="00844089">
            <w:pPr>
              <w:jc w:val="center"/>
            </w:pPr>
            <w:r>
              <w:t>2”</w:t>
            </w:r>
          </w:p>
        </w:tc>
        <w:tc>
          <w:tcPr>
            <w:tcW w:w="900" w:type="dxa"/>
            <w:vAlign w:val="center"/>
          </w:tcPr>
          <w:p w14:paraId="5764D3F4" w14:textId="77777777" w:rsidR="00DA550F" w:rsidRDefault="00DA550F">
            <w:pPr>
              <w:jc w:val="center"/>
            </w:pPr>
          </w:p>
        </w:tc>
        <w:tc>
          <w:tcPr>
            <w:tcW w:w="990" w:type="dxa"/>
            <w:vAlign w:val="center"/>
          </w:tcPr>
          <w:p w14:paraId="52242AF4" w14:textId="6DE256FE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  <w:r w:rsidR="00844089">
              <w:rPr>
                <w:sz w:val="16"/>
              </w:rPr>
              <w:t>1</w:t>
            </w:r>
            <w:r w:rsidR="00795E6E">
              <w:rPr>
                <w:sz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5090C162" w14:textId="77777777" w:rsidR="00DA550F" w:rsidRDefault="00DA550F">
            <w:pPr>
              <w:jc w:val="center"/>
            </w:pPr>
            <w:r>
              <w:rPr>
                <w:sz w:val="16"/>
              </w:rPr>
              <w:t>$</w:t>
            </w:r>
          </w:p>
        </w:tc>
        <w:tc>
          <w:tcPr>
            <w:tcW w:w="5286" w:type="dxa"/>
            <w:vAlign w:val="center"/>
          </w:tcPr>
          <w:p w14:paraId="5C57B846" w14:textId="71379EBD" w:rsidR="00DA550F" w:rsidRDefault="00DB0668">
            <w:r>
              <w:rPr>
                <w:noProof/>
              </w:rPr>
              <w:drawing>
                <wp:inline distT="0" distB="0" distL="0" distR="0" wp14:anchorId="3972E246" wp14:editId="23BD09E1">
                  <wp:extent cx="798059" cy="1064078"/>
                  <wp:effectExtent l="0" t="0" r="2540" b="3175"/>
                  <wp:docPr id="548331058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81529" cy="117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550F">
              <w:rPr>
                <w:sz w:val="16"/>
              </w:rPr>
              <w:br/>
            </w:r>
            <w:r>
              <w:rPr>
                <w:sz w:val="16"/>
              </w:rPr>
              <w:t>First baby to bloom in 2” pot</w:t>
            </w:r>
            <w:r w:rsidR="00DA550F">
              <w:rPr>
                <w:sz w:val="16"/>
              </w:rPr>
              <w:br/>
            </w:r>
          </w:p>
        </w:tc>
      </w:tr>
    </w:tbl>
    <w:p w14:paraId="754D1A92" w14:textId="77777777" w:rsidR="00C2369C" w:rsidRDefault="00C2369C"/>
    <w:tbl>
      <w:tblPr>
        <w:tblStyle w:val="TableGri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272"/>
        <w:gridCol w:w="7272"/>
      </w:tblGrid>
      <w:tr w:rsidR="00C2369C" w14:paraId="59A1FB17" w14:textId="77777777">
        <w:trPr>
          <w:jc w:val="right"/>
        </w:trPr>
        <w:tc>
          <w:tcPr>
            <w:tcW w:w="7272" w:type="dxa"/>
          </w:tcPr>
          <w:p w14:paraId="2A015411" w14:textId="77777777" w:rsidR="00C2369C" w:rsidRDefault="00000000">
            <w:r>
              <w:rPr>
                <w:b/>
              </w:rPr>
              <w:t>Subtotal</w:t>
            </w:r>
          </w:p>
        </w:tc>
        <w:tc>
          <w:tcPr>
            <w:tcW w:w="7272" w:type="dxa"/>
          </w:tcPr>
          <w:p w14:paraId="1002E1ED" w14:textId="77777777" w:rsidR="00C2369C" w:rsidRDefault="00000000">
            <w:r>
              <w:t>$</w:t>
            </w:r>
          </w:p>
        </w:tc>
      </w:tr>
      <w:tr w:rsidR="00C2369C" w14:paraId="35821C1D" w14:textId="77777777">
        <w:trPr>
          <w:jc w:val="right"/>
        </w:trPr>
        <w:tc>
          <w:tcPr>
            <w:tcW w:w="7272" w:type="dxa"/>
          </w:tcPr>
          <w:p w14:paraId="362A91D3" w14:textId="77777777" w:rsidR="00C2369C" w:rsidRDefault="00000000">
            <w:r>
              <w:rPr>
                <w:b/>
              </w:rPr>
              <w:t>Tax / Other</w:t>
            </w:r>
          </w:p>
        </w:tc>
        <w:tc>
          <w:tcPr>
            <w:tcW w:w="7272" w:type="dxa"/>
          </w:tcPr>
          <w:p w14:paraId="1A2917C8" w14:textId="77777777" w:rsidR="00C2369C" w:rsidRDefault="00000000">
            <w:r>
              <w:t>$</w:t>
            </w:r>
          </w:p>
        </w:tc>
      </w:tr>
      <w:tr w:rsidR="00C2369C" w14:paraId="0BC7A80B" w14:textId="77777777">
        <w:trPr>
          <w:jc w:val="right"/>
        </w:trPr>
        <w:tc>
          <w:tcPr>
            <w:tcW w:w="7272" w:type="dxa"/>
            <w:shd w:val="clear" w:color="auto" w:fill="DDE8D7"/>
          </w:tcPr>
          <w:p w14:paraId="5B7D50D0" w14:textId="77777777" w:rsidR="00C2369C" w:rsidRDefault="00000000">
            <w:r>
              <w:rPr>
                <w:b/>
              </w:rPr>
              <w:t>TOTAL</w:t>
            </w:r>
          </w:p>
        </w:tc>
        <w:tc>
          <w:tcPr>
            <w:tcW w:w="7272" w:type="dxa"/>
            <w:shd w:val="clear" w:color="auto" w:fill="DDE8D7"/>
          </w:tcPr>
          <w:p w14:paraId="719211F4" w14:textId="77777777" w:rsidR="00C2369C" w:rsidRDefault="00000000">
            <w:r>
              <w:rPr>
                <w:b/>
              </w:rPr>
              <w:t>$</w:t>
            </w:r>
          </w:p>
        </w:tc>
      </w:tr>
    </w:tbl>
    <w:p w14:paraId="05865EC7" w14:textId="0ED2F008" w:rsidR="00C2369C" w:rsidRDefault="00975E48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              </w:t>
      </w:r>
      <w:r w:rsidR="002A44E1">
        <w:rPr>
          <w:b/>
          <w:bCs/>
          <w:i/>
          <w:sz w:val="28"/>
          <w:szCs w:val="28"/>
        </w:rPr>
        <w:t xml:space="preserve">           </w:t>
      </w:r>
      <w:r w:rsidRPr="00975E48">
        <w:rPr>
          <w:b/>
          <w:bCs/>
          <w:i/>
          <w:sz w:val="28"/>
          <w:szCs w:val="28"/>
        </w:rPr>
        <w:t xml:space="preserve">All pre-orders must be received by Sept 1, </w:t>
      </w:r>
      <w:proofErr w:type="gramStart"/>
      <w:r w:rsidRPr="00975E48">
        <w:rPr>
          <w:b/>
          <w:bCs/>
          <w:i/>
          <w:sz w:val="28"/>
          <w:szCs w:val="28"/>
        </w:rPr>
        <w:t>2026</w:t>
      </w:r>
      <w:proofErr w:type="gramEnd"/>
      <w:r w:rsidRPr="00975E48">
        <w:rPr>
          <w:b/>
          <w:bCs/>
          <w:i/>
          <w:sz w:val="28"/>
          <w:szCs w:val="28"/>
        </w:rPr>
        <w:t xml:space="preserve"> and paid prior to the show</w:t>
      </w:r>
    </w:p>
    <w:p w14:paraId="20A7D188" w14:textId="4D4F2478" w:rsidR="00975E48" w:rsidRDefault="00975E48">
      <w:pPr>
        <w:rPr>
          <w:i/>
          <w:sz w:val="24"/>
          <w:szCs w:val="24"/>
        </w:rPr>
      </w:pPr>
      <w:r w:rsidRPr="002A44E1">
        <w:rPr>
          <w:i/>
          <w:sz w:val="24"/>
          <w:szCs w:val="24"/>
        </w:rPr>
        <w:t>You may either print this for</w:t>
      </w:r>
      <w:r w:rsidR="002A44E1">
        <w:rPr>
          <w:i/>
          <w:sz w:val="24"/>
          <w:szCs w:val="24"/>
        </w:rPr>
        <w:t>m</w:t>
      </w:r>
      <w:r w:rsidRPr="002A44E1">
        <w:rPr>
          <w:i/>
          <w:sz w:val="24"/>
          <w:szCs w:val="24"/>
        </w:rPr>
        <w:t xml:space="preserve"> and fill in the quantities and snap a photo or simply write down your choices.  Either way, email your list to </w:t>
      </w:r>
      <w:hyperlink r:id="rId76" w:history="1">
        <w:r w:rsidRPr="002A44E1">
          <w:rPr>
            <w:rStyle w:val="Hyperlink"/>
            <w:i/>
            <w:sz w:val="24"/>
            <w:szCs w:val="24"/>
          </w:rPr>
          <w:t>whippetdoc@bellsouth.net</w:t>
        </w:r>
      </w:hyperlink>
      <w:r w:rsidRPr="002A44E1">
        <w:rPr>
          <w:i/>
          <w:sz w:val="24"/>
          <w:szCs w:val="24"/>
        </w:rPr>
        <w:t xml:space="preserve">.  I will then send you a </w:t>
      </w:r>
      <w:proofErr w:type="spellStart"/>
      <w:r w:rsidRPr="002A44E1">
        <w:rPr>
          <w:i/>
          <w:sz w:val="24"/>
          <w:szCs w:val="24"/>
        </w:rPr>
        <w:t>Paypal</w:t>
      </w:r>
      <w:proofErr w:type="spellEnd"/>
      <w:r w:rsidRPr="002A44E1">
        <w:rPr>
          <w:i/>
          <w:sz w:val="24"/>
          <w:szCs w:val="24"/>
        </w:rPr>
        <w:t xml:space="preserve"> </w:t>
      </w:r>
      <w:proofErr w:type="gramStart"/>
      <w:r w:rsidRPr="002A44E1">
        <w:rPr>
          <w:i/>
          <w:sz w:val="24"/>
          <w:szCs w:val="24"/>
        </w:rPr>
        <w:t>invoice,  Please</w:t>
      </w:r>
      <w:proofErr w:type="gramEnd"/>
      <w:r w:rsidRPr="002A44E1">
        <w:rPr>
          <w:i/>
          <w:sz w:val="24"/>
          <w:szCs w:val="24"/>
        </w:rPr>
        <w:t xml:space="preserve"> provide your </w:t>
      </w:r>
      <w:proofErr w:type="spellStart"/>
      <w:r w:rsidRPr="002A44E1">
        <w:rPr>
          <w:i/>
          <w:sz w:val="24"/>
          <w:szCs w:val="24"/>
        </w:rPr>
        <w:t>Paypal</w:t>
      </w:r>
      <w:proofErr w:type="spellEnd"/>
      <w:r w:rsidRPr="002A44E1">
        <w:rPr>
          <w:i/>
          <w:sz w:val="24"/>
          <w:szCs w:val="24"/>
        </w:rPr>
        <w:t xml:space="preserve"> email with the list.  If </w:t>
      </w:r>
      <w:proofErr w:type="spellStart"/>
      <w:r w:rsidRPr="002A44E1">
        <w:rPr>
          <w:i/>
          <w:sz w:val="24"/>
          <w:szCs w:val="24"/>
        </w:rPr>
        <w:t>Paypal</w:t>
      </w:r>
      <w:proofErr w:type="spellEnd"/>
      <w:r w:rsidRPr="002A44E1">
        <w:rPr>
          <w:i/>
          <w:sz w:val="24"/>
          <w:szCs w:val="24"/>
        </w:rPr>
        <w:t xml:space="preserve"> is not an option for you</w:t>
      </w:r>
      <w:r w:rsidR="002A44E1" w:rsidRPr="002A44E1">
        <w:rPr>
          <w:i/>
          <w:sz w:val="24"/>
          <w:szCs w:val="24"/>
        </w:rPr>
        <w:t xml:space="preserve"> let me know with your order and we can discuss other payment methods.  I can’t wait to meet everyone in person and have some fun!</w:t>
      </w:r>
    </w:p>
    <w:p w14:paraId="1087A230" w14:textId="5B719E14" w:rsidR="002A44E1" w:rsidRPr="002A44E1" w:rsidRDefault="002A44E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***Spoiler!!!  There will be some new crosses </w:t>
      </w:r>
      <w:proofErr w:type="gramStart"/>
      <w:r>
        <w:rPr>
          <w:i/>
          <w:sz w:val="24"/>
          <w:szCs w:val="24"/>
        </w:rPr>
        <w:t>debuted</w:t>
      </w:r>
      <w:proofErr w:type="gramEnd"/>
      <w:r>
        <w:rPr>
          <w:i/>
          <w:sz w:val="24"/>
          <w:szCs w:val="24"/>
        </w:rPr>
        <w:t xml:space="preserve"> at the show***</w:t>
      </w:r>
    </w:p>
    <w:p w14:paraId="0C64B304" w14:textId="77777777" w:rsidR="002A44E1" w:rsidRPr="00975E48" w:rsidRDefault="002A44E1">
      <w:pPr>
        <w:rPr>
          <w:sz w:val="28"/>
          <w:szCs w:val="28"/>
        </w:rPr>
      </w:pPr>
    </w:p>
    <w:sectPr w:rsidR="002A44E1" w:rsidRPr="00975E48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2665143">
    <w:abstractNumId w:val="8"/>
  </w:num>
  <w:num w:numId="2" w16cid:durableId="1958676452">
    <w:abstractNumId w:val="6"/>
  </w:num>
  <w:num w:numId="3" w16cid:durableId="69740132">
    <w:abstractNumId w:val="5"/>
  </w:num>
  <w:num w:numId="4" w16cid:durableId="825362434">
    <w:abstractNumId w:val="4"/>
  </w:num>
  <w:num w:numId="5" w16cid:durableId="1621573706">
    <w:abstractNumId w:val="7"/>
  </w:num>
  <w:num w:numId="6" w16cid:durableId="168524786">
    <w:abstractNumId w:val="3"/>
  </w:num>
  <w:num w:numId="7" w16cid:durableId="1822035007">
    <w:abstractNumId w:val="2"/>
  </w:num>
  <w:num w:numId="8" w16cid:durableId="1066879633">
    <w:abstractNumId w:val="1"/>
  </w:num>
  <w:num w:numId="9" w16cid:durableId="16235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0B6"/>
    <w:rsid w:val="00034616"/>
    <w:rsid w:val="0006063C"/>
    <w:rsid w:val="0006562A"/>
    <w:rsid w:val="00082DC9"/>
    <w:rsid w:val="000C0FFA"/>
    <w:rsid w:val="00100F47"/>
    <w:rsid w:val="00102B42"/>
    <w:rsid w:val="00133C4D"/>
    <w:rsid w:val="0015074B"/>
    <w:rsid w:val="001831B3"/>
    <w:rsid w:val="00187A10"/>
    <w:rsid w:val="001A7339"/>
    <w:rsid w:val="0020623A"/>
    <w:rsid w:val="002715DB"/>
    <w:rsid w:val="0028428B"/>
    <w:rsid w:val="0029639D"/>
    <w:rsid w:val="002A44E1"/>
    <w:rsid w:val="00326F90"/>
    <w:rsid w:val="00364C53"/>
    <w:rsid w:val="00404426"/>
    <w:rsid w:val="0051093B"/>
    <w:rsid w:val="00516278"/>
    <w:rsid w:val="00655187"/>
    <w:rsid w:val="006E36A3"/>
    <w:rsid w:val="006E5069"/>
    <w:rsid w:val="00712F8A"/>
    <w:rsid w:val="0073397A"/>
    <w:rsid w:val="00795E6E"/>
    <w:rsid w:val="00815F4A"/>
    <w:rsid w:val="00844089"/>
    <w:rsid w:val="00933070"/>
    <w:rsid w:val="00975E48"/>
    <w:rsid w:val="00A051FD"/>
    <w:rsid w:val="00A519B7"/>
    <w:rsid w:val="00A51D14"/>
    <w:rsid w:val="00AA1D8D"/>
    <w:rsid w:val="00AB1284"/>
    <w:rsid w:val="00B3357B"/>
    <w:rsid w:val="00B47730"/>
    <w:rsid w:val="00C2369C"/>
    <w:rsid w:val="00CB0664"/>
    <w:rsid w:val="00CD7413"/>
    <w:rsid w:val="00DA550F"/>
    <w:rsid w:val="00DB0668"/>
    <w:rsid w:val="00DE4B61"/>
    <w:rsid w:val="00F31FF8"/>
    <w:rsid w:val="00F574A3"/>
    <w:rsid w:val="00F63BAF"/>
    <w:rsid w:val="00F675EC"/>
    <w:rsid w:val="00FC693F"/>
    <w:rsid w:val="00FD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434834"/>
  <w14:defaultImageDpi w14:val="300"/>
  <w15:docId w15:val="{46BC4CD6-F010-415B-9217-FB36F7B7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B1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5E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hyperlink" Target="mailto:whippetdoc@bellsouth.net" TargetMode="External"/><Relationship Id="rId7" Type="http://schemas.openxmlformats.org/officeDocument/2006/relationships/image" Target="media/image2.png"/><Relationship Id="rId71" Type="http://schemas.openxmlformats.org/officeDocument/2006/relationships/image" Target="media/image66.jpeg"/><Relationship Id="rId2" Type="http://schemas.openxmlformats.org/officeDocument/2006/relationships/numbering" Target="numbering.xml"/><Relationship Id="rId29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Lynne Madonia</cp:lastModifiedBy>
  <cp:revision>2</cp:revision>
  <cp:lastPrinted>2026-08-15T23:58:00Z</cp:lastPrinted>
  <dcterms:created xsi:type="dcterms:W3CDTF">2026-08-18T12:55:00Z</dcterms:created>
  <dcterms:modified xsi:type="dcterms:W3CDTF">2026-08-18T12:55:00Z</dcterms:modified>
  <cp:category/>
</cp:coreProperties>
</file>