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A8991" w14:textId="77777777" w:rsidR="0067306A" w:rsidRDefault="00CC1FB2">
      <w:pPr>
        <w:pStyle w:val="Title"/>
      </w:pPr>
      <w:r>
        <w:t>Gifts and Service Opportunities</w:t>
      </w:r>
    </w:p>
    <w:p w14:paraId="779C5491" w14:textId="77777777" w:rsidR="0067306A" w:rsidRDefault="00CC1FB2">
      <w:pPr>
        <w:pStyle w:val="Heading1"/>
      </w:pPr>
      <w:r>
        <w:t>Liturgical/Worship</w:t>
      </w:r>
    </w:p>
    <w:p w14:paraId="43653729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Choir</w:t>
      </w:r>
    </w:p>
    <w:p w14:paraId="1D01FCBC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Play an Instrument: __________________</w:t>
      </w:r>
    </w:p>
    <w:p w14:paraId="70496DCB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Usher</w:t>
      </w:r>
    </w:p>
    <w:p w14:paraId="4C05F91C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Greeter</w:t>
      </w:r>
    </w:p>
    <w:p w14:paraId="1C328476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Communion Server</w:t>
      </w:r>
    </w:p>
    <w:p w14:paraId="59105BD0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Communion Preparation/Cleanup</w:t>
      </w:r>
    </w:p>
    <w:p w14:paraId="639F1633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Prepare PowerPoint Slides</w:t>
      </w:r>
    </w:p>
    <w:p w14:paraId="692381FC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Run PowerPoint During Worship</w:t>
      </w:r>
    </w:p>
    <w:p w14:paraId="123E8A20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Video Record Worship</w:t>
      </w:r>
    </w:p>
    <w:p w14:paraId="04459E7B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Provide Altar Flowers</w:t>
      </w:r>
    </w:p>
    <w:p w14:paraId="7DDD98A4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Reader for Special Services</w:t>
      </w:r>
    </w:p>
    <w:p w14:paraId="3935C21E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Worship Planning Team</w:t>
      </w:r>
    </w:p>
    <w:p w14:paraId="5E64BA29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Seasonal Decorating (e.g., Advent, Easter)</w:t>
      </w:r>
    </w:p>
    <w:p w14:paraId="594698C0" w14:textId="77777777" w:rsidR="0067306A" w:rsidRDefault="00CC1FB2">
      <w:pPr>
        <w:pStyle w:val="Heading1"/>
      </w:pPr>
      <w:r>
        <w:t>Fellowship</w:t>
      </w:r>
    </w:p>
    <w:p w14:paraId="045EE023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Help with 5th Sunday Meals</w:t>
      </w:r>
    </w:p>
    <w:p w14:paraId="46C93EC9" w14:textId="6BF868E8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 xml:space="preserve">__ </w:t>
      </w:r>
      <w:r w:rsidR="001D696F">
        <w:t>Help with</w:t>
      </w:r>
      <w:r>
        <w:t xml:space="preserve"> Men’s Breakfast</w:t>
      </w:r>
    </w:p>
    <w:p w14:paraId="317A74F8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Help with Christmas Dinner</w:t>
      </w:r>
    </w:p>
    <w:p w14:paraId="41E620AA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Help with Church Picnic</w:t>
      </w:r>
    </w:p>
    <w:p w14:paraId="347FFA0B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Participate in United Women in Faith</w:t>
      </w:r>
    </w:p>
    <w:p w14:paraId="2CA83B22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Host Coffee/Fellowship Hour</w:t>
      </w:r>
    </w:p>
    <w:p w14:paraId="4CF15799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Plan or Host Small Group Gatherings</w:t>
      </w:r>
    </w:p>
    <w:p w14:paraId="61BA7706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Assist with Funeral Meals/Receptions</w:t>
      </w:r>
    </w:p>
    <w:p w14:paraId="49751757" w14:textId="77777777" w:rsidR="0067306A" w:rsidRDefault="00CC1FB2">
      <w:pPr>
        <w:pStyle w:val="Heading1"/>
      </w:pPr>
      <w:r>
        <w:t>Building</w:t>
      </w:r>
    </w:p>
    <w:p w14:paraId="2C0D4F9B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Help with Recycling</w:t>
      </w:r>
    </w:p>
    <w:p w14:paraId="15B3AF79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Clean the Church (regularly or as needed)</w:t>
      </w:r>
    </w:p>
    <w:p w14:paraId="295F7758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Open/Close Building for Events or Services</w:t>
      </w:r>
    </w:p>
    <w:p w14:paraId="4E724242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Event Setup (tables, chairs, AV, etc.)</w:t>
      </w:r>
    </w:p>
    <w:p w14:paraId="1064CF45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Manage Outdoor Sign</w:t>
      </w:r>
    </w:p>
    <w:p w14:paraId="0670561F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General Repairs</w:t>
      </w:r>
    </w:p>
    <w:p w14:paraId="1EA4A4C0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Electrical Work</w:t>
      </w:r>
    </w:p>
    <w:p w14:paraId="2D512A26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Plumbing</w:t>
      </w:r>
    </w:p>
    <w:p w14:paraId="1DCAC9D3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Maintain/Repair Equipment</w:t>
      </w:r>
    </w:p>
    <w:p w14:paraId="07AD6B36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Carpentry or Construction Projects</w:t>
      </w:r>
    </w:p>
    <w:p w14:paraId="22F6BC01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Organize Church Storage Areas</w:t>
      </w:r>
    </w:p>
    <w:p w14:paraId="6E972D7B" w14:textId="77777777" w:rsidR="0067306A" w:rsidRDefault="00CC1FB2">
      <w:pPr>
        <w:pStyle w:val="Heading1"/>
      </w:pPr>
      <w:r>
        <w:t>Grounds</w:t>
      </w:r>
    </w:p>
    <w:p w14:paraId="38B8AD96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Trim Trees and Bushes</w:t>
      </w:r>
    </w:p>
    <w:p w14:paraId="1FE82E88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Clear Gutters</w:t>
      </w:r>
    </w:p>
    <w:p w14:paraId="294DE57C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Brush Clearing</w:t>
      </w:r>
    </w:p>
    <w:p w14:paraId="2C6983DD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Maintain Flower Beds</w:t>
      </w:r>
    </w:p>
    <w:p w14:paraId="66F48981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Power Wash Windows or Sidewalks</w:t>
      </w:r>
    </w:p>
    <w:p w14:paraId="4E4BF9FF" w14:textId="4240B475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Lawn Care (weeding, etc.)</w:t>
      </w:r>
    </w:p>
    <w:p w14:paraId="13824B37" w14:textId="77777777" w:rsidR="00D3472E" w:rsidRDefault="00CC1FB2" w:rsidP="001D696F">
      <w:pPr>
        <w:pStyle w:val="ListBullet"/>
        <w:numPr>
          <w:ilvl w:val="0"/>
          <w:numId w:val="0"/>
        </w:numPr>
        <w:ind w:left="360"/>
      </w:pPr>
      <w:r>
        <w:t xml:space="preserve">__ Seasonal Outdoor Decorating (e.g., Christmas, </w:t>
      </w:r>
      <w:r w:rsidR="00D3472E">
        <w:t xml:space="preserve">  </w:t>
      </w:r>
    </w:p>
    <w:p w14:paraId="53C28733" w14:textId="59CA46B7" w:rsidR="0067306A" w:rsidRDefault="00D3472E" w:rsidP="001D696F">
      <w:pPr>
        <w:pStyle w:val="ListBullet"/>
        <w:numPr>
          <w:ilvl w:val="0"/>
          <w:numId w:val="0"/>
        </w:numPr>
        <w:ind w:left="360"/>
      </w:pPr>
      <w:r>
        <w:t xml:space="preserve">     </w:t>
      </w:r>
      <w:r w:rsidR="00CC1FB2">
        <w:t>Easter)</w:t>
      </w:r>
    </w:p>
    <w:p w14:paraId="68C98804" w14:textId="77777777" w:rsidR="0067306A" w:rsidRDefault="00CC1FB2">
      <w:pPr>
        <w:pStyle w:val="Heading1"/>
      </w:pPr>
      <w:r>
        <w:t>Outreach/Hospitality</w:t>
      </w:r>
    </w:p>
    <w:p w14:paraId="1673EF27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Peanut Butter Collection</w:t>
      </w:r>
    </w:p>
    <w:p w14:paraId="78AA5BA5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Camp in the Community Volunteer</w:t>
      </w:r>
    </w:p>
    <w:p w14:paraId="3A8AB6C9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Help with Easter Egg Hunt</w:t>
      </w:r>
    </w:p>
    <w:p w14:paraId="769321F2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Support Ice Cream Social</w:t>
      </w:r>
    </w:p>
    <w:p w14:paraId="058A3475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Coordinate or Volunteer for Food Trucks</w:t>
      </w:r>
    </w:p>
    <w:p w14:paraId="220B2394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Decorate/Help with Trunk or Treat</w:t>
      </w:r>
    </w:p>
    <w:p w14:paraId="37A5D2B3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Support Sudan – Nuba Mountain Mission</w:t>
      </w:r>
    </w:p>
    <w:p w14:paraId="6F90FD3C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Assemble Zimbabwe Food Buckets</w:t>
      </w:r>
    </w:p>
    <w:p w14:paraId="284FC954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Support UMCOR Bucket/Kit Assembly</w:t>
      </w:r>
    </w:p>
    <w:p w14:paraId="17EB6FF6" w14:textId="7A09A7DB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 xml:space="preserve">__ Provide </w:t>
      </w:r>
      <w:r w:rsidR="001D696F">
        <w:t>dishes</w:t>
      </w:r>
      <w:r>
        <w:t xml:space="preserve"> for Local Outreach</w:t>
      </w:r>
    </w:p>
    <w:p w14:paraId="3E32FF0B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Welcome New Visitors or Members</w:t>
      </w:r>
    </w:p>
    <w:p w14:paraId="456F1832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Deliver Welcome Bags or Follow-Up Cards</w:t>
      </w:r>
    </w:p>
    <w:p w14:paraId="1BCCCB23" w14:textId="6887F16F" w:rsidR="000D789B" w:rsidRDefault="000D789B" w:rsidP="001D696F">
      <w:pPr>
        <w:pStyle w:val="ListBullet"/>
        <w:numPr>
          <w:ilvl w:val="0"/>
          <w:numId w:val="0"/>
        </w:numPr>
        <w:ind w:left="360"/>
      </w:pPr>
      <w:r>
        <w:t>__ Sharing Faith Stories</w:t>
      </w:r>
    </w:p>
    <w:p w14:paraId="52000FC7" w14:textId="77777777" w:rsidR="0067306A" w:rsidRDefault="00CC1FB2">
      <w:pPr>
        <w:pStyle w:val="Heading1"/>
      </w:pPr>
      <w:r>
        <w:t>Congregational Care</w:t>
      </w:r>
    </w:p>
    <w:p w14:paraId="676A286C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Teach Bible Study or Small Group</w:t>
      </w:r>
    </w:p>
    <w:p w14:paraId="6E9D9CFC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Mentor Youth or Adults</w:t>
      </w:r>
    </w:p>
    <w:p w14:paraId="2F9C6303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Join the Prayer Team</w:t>
      </w:r>
    </w:p>
    <w:p w14:paraId="255ABED9" w14:textId="77777777" w:rsidR="00D3472E" w:rsidRDefault="00CC1FB2" w:rsidP="001D696F">
      <w:pPr>
        <w:pStyle w:val="ListBullet"/>
        <w:numPr>
          <w:ilvl w:val="0"/>
          <w:numId w:val="0"/>
        </w:numPr>
        <w:ind w:left="360"/>
      </w:pPr>
      <w:r>
        <w:t xml:space="preserve">__ Make Visitation Calls (homebound, hospital, </w:t>
      </w:r>
    </w:p>
    <w:p w14:paraId="1D8F407C" w14:textId="389E1C51" w:rsidR="0067306A" w:rsidRDefault="00D3472E" w:rsidP="001D696F">
      <w:pPr>
        <w:pStyle w:val="ListBullet"/>
        <w:numPr>
          <w:ilvl w:val="0"/>
          <w:numId w:val="0"/>
        </w:numPr>
        <w:ind w:left="360"/>
      </w:pPr>
      <w:r>
        <w:t xml:space="preserve">     </w:t>
      </w:r>
      <w:r w:rsidR="00CC1FB2">
        <w:t>etc.)</w:t>
      </w:r>
    </w:p>
    <w:p w14:paraId="1BA99916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Call Members to Check In</w:t>
      </w:r>
    </w:p>
    <w:p w14:paraId="546291C5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Send Cards (birthdays, get well, encouragement, etc.)</w:t>
      </w:r>
    </w:p>
    <w:p w14:paraId="647F15EB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Meal Ministry (cook or deliver meals)</w:t>
      </w:r>
    </w:p>
    <w:p w14:paraId="7A78D307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Grief or Support Ministry</w:t>
      </w:r>
    </w:p>
    <w:p w14:paraId="08449AA6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Help Coordinate Congregational Care Needs</w:t>
      </w:r>
    </w:p>
    <w:p w14:paraId="4AED8362" w14:textId="77777777" w:rsidR="0067306A" w:rsidRDefault="00CC1FB2">
      <w:pPr>
        <w:pStyle w:val="Heading1"/>
      </w:pPr>
      <w:r>
        <w:t>Children’s Ministry</w:t>
      </w:r>
    </w:p>
    <w:p w14:paraId="14D61F78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Earth Club Helper</w:t>
      </w:r>
    </w:p>
    <w:p w14:paraId="75820267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Sunday School Teacher or Assistant</w:t>
      </w:r>
    </w:p>
    <w:p w14:paraId="17A31205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Nursery Volunteer</w:t>
      </w:r>
    </w:p>
    <w:p w14:paraId="5DDCDE5B" w14:textId="77777777" w:rsidR="00D3472E" w:rsidRDefault="00CC1FB2" w:rsidP="001D696F">
      <w:pPr>
        <w:pStyle w:val="ListBullet"/>
        <w:numPr>
          <w:ilvl w:val="0"/>
          <w:numId w:val="0"/>
        </w:numPr>
        <w:ind w:left="360"/>
      </w:pPr>
      <w:r>
        <w:t xml:space="preserve">__ Help with Seasonal Events </w:t>
      </w:r>
    </w:p>
    <w:p w14:paraId="55BF4146" w14:textId="6802ADA4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 xml:space="preserve">__ </w:t>
      </w:r>
      <w:r w:rsidR="001D696F">
        <w:t>Camp in the Community</w:t>
      </w:r>
      <w:r>
        <w:t xml:space="preserve"> Volunteer</w:t>
      </w:r>
    </w:p>
    <w:p w14:paraId="2537EDAD" w14:textId="77777777" w:rsidR="0067306A" w:rsidRDefault="00CC1FB2">
      <w:pPr>
        <w:pStyle w:val="Heading1"/>
      </w:pPr>
      <w:r>
        <w:lastRenderedPageBreak/>
        <w:t>Stewardship/Generosity</w:t>
      </w:r>
    </w:p>
    <w:p w14:paraId="6DA5D81E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Serve on Stewardship Team</w:t>
      </w:r>
    </w:p>
    <w:p w14:paraId="35BE572E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Assist with Annual Giving Campaign</w:t>
      </w:r>
    </w:p>
    <w:p w14:paraId="00912F03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Support Online Giving Setup/Promotion</w:t>
      </w:r>
    </w:p>
    <w:p w14:paraId="3BC9EBFB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Promote Planned Giving/Legacy Gifts</w:t>
      </w:r>
    </w:p>
    <w:p w14:paraId="52EA57CA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Tell “Impact Stories” (writing or video)</w:t>
      </w:r>
    </w:p>
    <w:p w14:paraId="0336D13B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Create Social Media Content on Generosity</w:t>
      </w:r>
    </w:p>
    <w:p w14:paraId="690566AC" w14:textId="77777777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Teach Children/Youth about Christian Giving</w:t>
      </w:r>
    </w:p>
    <w:p w14:paraId="24FF42B2" w14:textId="77777777" w:rsidR="00D3472E" w:rsidRDefault="00CC1FB2" w:rsidP="001D696F">
      <w:pPr>
        <w:pStyle w:val="ListBullet"/>
        <w:numPr>
          <w:ilvl w:val="0"/>
          <w:numId w:val="0"/>
        </w:numPr>
        <w:ind w:left="360"/>
      </w:pPr>
      <w:r>
        <w:t xml:space="preserve">__ Lead/Support Environmental Stewardship </w:t>
      </w:r>
    </w:p>
    <w:p w14:paraId="0F40D511" w14:textId="0D902A3F" w:rsidR="0067306A" w:rsidRDefault="00D3472E" w:rsidP="001D696F">
      <w:pPr>
        <w:pStyle w:val="ListBullet"/>
        <w:numPr>
          <w:ilvl w:val="0"/>
          <w:numId w:val="0"/>
        </w:numPr>
        <w:ind w:left="360"/>
      </w:pPr>
      <w:r>
        <w:t xml:space="preserve">     </w:t>
      </w:r>
      <w:r w:rsidR="00CC1FB2">
        <w:t>Projects</w:t>
      </w:r>
    </w:p>
    <w:p w14:paraId="610F965D" w14:textId="77777777" w:rsidR="001D696F" w:rsidRDefault="001D696F" w:rsidP="001D696F">
      <w:pPr>
        <w:pStyle w:val="Heading1"/>
      </w:pPr>
      <w:r>
        <w:t>Finance</w:t>
      </w:r>
    </w:p>
    <w:p w14:paraId="2E084C59" w14:textId="77777777" w:rsidR="001D696F" w:rsidRDefault="001D696F" w:rsidP="001D696F">
      <w:pPr>
        <w:pStyle w:val="ListBullet"/>
        <w:numPr>
          <w:ilvl w:val="0"/>
          <w:numId w:val="0"/>
        </w:numPr>
        <w:ind w:left="360"/>
      </w:pPr>
      <w:r>
        <w:t>__ Serve on Finance Committee</w:t>
      </w:r>
    </w:p>
    <w:p w14:paraId="0F65AEA7" w14:textId="77777777" w:rsidR="001D696F" w:rsidRDefault="001D696F" w:rsidP="001D696F">
      <w:pPr>
        <w:pStyle w:val="ListBullet"/>
        <w:numPr>
          <w:ilvl w:val="0"/>
          <w:numId w:val="0"/>
        </w:numPr>
        <w:ind w:left="360"/>
      </w:pPr>
      <w:r>
        <w:t>__ Count/Record Weekly Offerings</w:t>
      </w:r>
    </w:p>
    <w:p w14:paraId="4AE9F89C" w14:textId="77777777" w:rsidR="001D696F" w:rsidRDefault="001D696F" w:rsidP="001D696F">
      <w:pPr>
        <w:pStyle w:val="ListBullet"/>
        <w:numPr>
          <w:ilvl w:val="0"/>
          <w:numId w:val="0"/>
        </w:numPr>
        <w:ind w:left="360"/>
      </w:pPr>
      <w:r>
        <w:t>__ Assist with Bank Deposits</w:t>
      </w:r>
    </w:p>
    <w:p w14:paraId="0CF35E81" w14:textId="77777777" w:rsidR="001D696F" w:rsidRDefault="001D696F" w:rsidP="001D696F">
      <w:pPr>
        <w:pStyle w:val="ListBullet"/>
        <w:numPr>
          <w:ilvl w:val="0"/>
          <w:numId w:val="0"/>
        </w:numPr>
        <w:ind w:left="360"/>
      </w:pPr>
      <w:r>
        <w:t>__ Prepare Financial Reports</w:t>
      </w:r>
    </w:p>
    <w:p w14:paraId="6F7D2891" w14:textId="77777777" w:rsidR="001D696F" w:rsidRDefault="001D696F" w:rsidP="001D696F">
      <w:pPr>
        <w:pStyle w:val="ListBullet"/>
        <w:numPr>
          <w:ilvl w:val="0"/>
          <w:numId w:val="0"/>
        </w:numPr>
        <w:ind w:left="360"/>
      </w:pPr>
      <w:r>
        <w:t>__ Budget Planning Assistance</w:t>
      </w:r>
    </w:p>
    <w:p w14:paraId="2F8A3B3D" w14:textId="77777777" w:rsidR="001D696F" w:rsidRDefault="001D696F" w:rsidP="001D696F">
      <w:pPr>
        <w:pStyle w:val="ListBullet"/>
        <w:numPr>
          <w:ilvl w:val="0"/>
          <w:numId w:val="0"/>
        </w:numPr>
        <w:ind w:left="360"/>
      </w:pPr>
      <w:r>
        <w:t>__ Audit/Review Financial Records</w:t>
      </w:r>
    </w:p>
    <w:p w14:paraId="650F50AD" w14:textId="77777777" w:rsidR="001D696F" w:rsidRDefault="001D696F" w:rsidP="001D696F">
      <w:pPr>
        <w:pStyle w:val="ListBullet"/>
        <w:numPr>
          <w:ilvl w:val="0"/>
          <w:numId w:val="0"/>
        </w:numPr>
        <w:ind w:left="360"/>
      </w:pPr>
      <w:r>
        <w:t>__ Grant Writing or Research</w:t>
      </w:r>
    </w:p>
    <w:p w14:paraId="1796DB8F" w14:textId="77777777" w:rsidR="001D696F" w:rsidRDefault="001D696F" w:rsidP="001D696F">
      <w:pPr>
        <w:pStyle w:val="ListBullet"/>
        <w:numPr>
          <w:ilvl w:val="0"/>
          <w:numId w:val="0"/>
        </w:numPr>
        <w:ind w:left="360"/>
      </w:pPr>
      <w:r>
        <w:t>__ Monitor Online Giving Reports</w:t>
      </w:r>
    </w:p>
    <w:p w14:paraId="1171C735" w14:textId="77777777" w:rsidR="001D696F" w:rsidRDefault="001D696F" w:rsidP="001D696F">
      <w:pPr>
        <w:pStyle w:val="ListBullet"/>
        <w:numPr>
          <w:ilvl w:val="0"/>
          <w:numId w:val="0"/>
        </w:numPr>
        <w:ind w:left="360"/>
      </w:pPr>
      <w:r>
        <w:t>__ Help Prepare Annual Financial Statements</w:t>
      </w:r>
    </w:p>
    <w:p w14:paraId="1D8E5C0A" w14:textId="77777777" w:rsidR="00D3472E" w:rsidRDefault="001D696F" w:rsidP="001D696F">
      <w:pPr>
        <w:pStyle w:val="ListBullet"/>
        <w:numPr>
          <w:ilvl w:val="0"/>
          <w:numId w:val="0"/>
        </w:numPr>
        <w:ind w:left="360"/>
      </w:pPr>
      <w:r>
        <w:t xml:space="preserve">__ Review/Negotiate Contracts or Service </w:t>
      </w:r>
      <w:r w:rsidR="00D3472E">
        <w:t xml:space="preserve">  </w:t>
      </w:r>
    </w:p>
    <w:p w14:paraId="54F3EFF4" w14:textId="038FD72B" w:rsidR="001D696F" w:rsidRDefault="00D3472E" w:rsidP="001D696F">
      <w:pPr>
        <w:pStyle w:val="ListBullet"/>
        <w:numPr>
          <w:ilvl w:val="0"/>
          <w:numId w:val="0"/>
        </w:numPr>
        <w:ind w:left="360"/>
      </w:pPr>
      <w:r>
        <w:t xml:space="preserve">     </w:t>
      </w:r>
      <w:r w:rsidR="001D696F">
        <w:t>Agreements</w:t>
      </w:r>
    </w:p>
    <w:p w14:paraId="308C80FA" w14:textId="77777777" w:rsidR="00D3472E" w:rsidRDefault="001D696F" w:rsidP="001D696F">
      <w:pPr>
        <w:pStyle w:val="ListBullet"/>
        <w:numPr>
          <w:ilvl w:val="0"/>
          <w:numId w:val="0"/>
        </w:numPr>
        <w:ind w:left="360"/>
      </w:pPr>
      <w:r>
        <w:t xml:space="preserve">__ Offer Financial Coaching/Workshops for </w:t>
      </w:r>
    </w:p>
    <w:p w14:paraId="2D494A38" w14:textId="66DC2D87" w:rsidR="001D696F" w:rsidRDefault="00D3472E" w:rsidP="001D696F">
      <w:pPr>
        <w:pStyle w:val="ListBullet"/>
        <w:numPr>
          <w:ilvl w:val="0"/>
          <w:numId w:val="0"/>
        </w:numPr>
        <w:ind w:left="360"/>
      </w:pPr>
      <w:r>
        <w:t xml:space="preserve">     </w:t>
      </w:r>
      <w:r w:rsidR="001D696F">
        <w:t>Members</w:t>
      </w:r>
    </w:p>
    <w:p w14:paraId="473F8F5A" w14:textId="77777777" w:rsidR="00D3472E" w:rsidRDefault="001D696F" w:rsidP="001D696F">
      <w:pPr>
        <w:pStyle w:val="ListBullet"/>
        <w:numPr>
          <w:ilvl w:val="0"/>
          <w:numId w:val="0"/>
        </w:numPr>
        <w:ind w:left="360"/>
      </w:pPr>
      <w:r>
        <w:t xml:space="preserve">__ Assist with Memorial or Designated Funds </w:t>
      </w:r>
    </w:p>
    <w:p w14:paraId="6FB1135E" w14:textId="3C5AB1C4" w:rsidR="001D696F" w:rsidRDefault="00D3472E" w:rsidP="001D696F">
      <w:pPr>
        <w:pStyle w:val="ListBullet"/>
        <w:numPr>
          <w:ilvl w:val="0"/>
          <w:numId w:val="0"/>
        </w:numPr>
        <w:ind w:left="360"/>
      </w:pPr>
      <w:r>
        <w:t xml:space="preserve">    </w:t>
      </w:r>
      <w:r w:rsidR="001D696F">
        <w:t>Management</w:t>
      </w:r>
    </w:p>
    <w:p w14:paraId="76E404CF" w14:textId="77777777" w:rsidR="0067306A" w:rsidRDefault="00CC1FB2">
      <w:pPr>
        <w:pStyle w:val="Heading1"/>
      </w:pPr>
      <w:r>
        <w:t>Other</w:t>
      </w:r>
    </w:p>
    <w:p w14:paraId="2499707D" w14:textId="10964F7E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If you have skills or talents not listed above, please describe: _____________________________</w:t>
      </w:r>
      <w:r w:rsidR="00D3472E">
        <w:t>____</w:t>
      </w:r>
    </w:p>
    <w:p w14:paraId="2D7D257B" w14:textId="1620A683" w:rsidR="0067306A" w:rsidRDefault="00CC1FB2" w:rsidP="001D696F">
      <w:pPr>
        <w:pStyle w:val="ListBullet"/>
        <w:numPr>
          <w:ilvl w:val="0"/>
          <w:numId w:val="0"/>
        </w:numPr>
        <w:ind w:left="360"/>
      </w:pPr>
      <w:r>
        <w:t>__ If you have a new ministry idea you'd like to begin, please share:</w:t>
      </w:r>
      <w:r w:rsidR="001D696F">
        <w:t xml:space="preserve"> ________________________</w:t>
      </w:r>
      <w:r w:rsidR="00D3472E">
        <w:t>____</w:t>
      </w:r>
    </w:p>
    <w:p w14:paraId="18A6ABF2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3DA7C09F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67EE5D65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16B41F5A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48C950D8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2471ED58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57F3EF77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7A0BFF80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2CB6B400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1FDB647F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47935CE4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18079B12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5B871139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4E971211" w14:textId="77777777" w:rsidR="005F257A" w:rsidRDefault="005F257A" w:rsidP="005F257A">
      <w:pPr>
        <w:pStyle w:val="Heading1"/>
      </w:pPr>
      <w:r>
        <w:t>Administrative</w:t>
      </w:r>
    </w:p>
    <w:p w14:paraId="33E1A1DB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 xml:space="preserve">__ Assist with Office Tasks (copying, filing,    </w:t>
      </w:r>
    </w:p>
    <w:p w14:paraId="149CFE67" w14:textId="5C31EE41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 xml:space="preserve">    organizing)</w:t>
      </w:r>
    </w:p>
    <w:p w14:paraId="65D8824B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>__ Prepare Bulletins or Newsletters</w:t>
      </w:r>
    </w:p>
    <w:p w14:paraId="3E0B5F06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>__ Data Entry or Database Management</w:t>
      </w:r>
    </w:p>
    <w:p w14:paraId="5549329C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>__ Organize Church Supplies or Materials</w:t>
      </w:r>
    </w:p>
    <w:p w14:paraId="4E4FA6AF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 xml:space="preserve">__ Help Maintain Church Calendar or Room     </w:t>
      </w:r>
    </w:p>
    <w:p w14:paraId="742764CF" w14:textId="47ACDE45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 xml:space="preserve">     Scheduling</w:t>
      </w:r>
    </w:p>
    <w:p w14:paraId="265346BF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>__ Assist with Bulk Mailings or Labeling</w:t>
      </w:r>
    </w:p>
    <w:p w14:paraId="63CDD671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>__ Organize Church Records or Archives</w:t>
      </w:r>
    </w:p>
    <w:p w14:paraId="6AA88AB5" w14:textId="77777777" w:rsidR="005F257A" w:rsidRDefault="005F257A" w:rsidP="005F257A">
      <w:pPr>
        <w:pStyle w:val="Heading1"/>
      </w:pPr>
      <w:r>
        <w:t>Communications</w:t>
      </w:r>
    </w:p>
    <w:p w14:paraId="5EDE43E7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>__ Maintain Church Website</w:t>
      </w:r>
    </w:p>
    <w:p w14:paraId="0FDFE251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>__ Design Posters or Flyers for Events</w:t>
      </w:r>
    </w:p>
    <w:p w14:paraId="1AF9F866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>__ Maintain Street Sign</w:t>
      </w:r>
    </w:p>
    <w:p w14:paraId="6D8466A1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 xml:space="preserve">__ Update Church Social Media (Facebook, </w:t>
      </w:r>
    </w:p>
    <w:p w14:paraId="02BB12A9" w14:textId="0AD5352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 xml:space="preserve">    Instagram, etc.)</w:t>
      </w:r>
    </w:p>
    <w:p w14:paraId="5DC79A4F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>__ Take Photos at Church Events</w:t>
      </w:r>
    </w:p>
    <w:p w14:paraId="4D77BC64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>__ Create Slides for Worship Announcements</w:t>
      </w:r>
    </w:p>
    <w:p w14:paraId="05832432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>__ Write Articles for Newsletter</w:t>
      </w:r>
    </w:p>
    <w:p w14:paraId="2744F985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 xml:space="preserve">__ Help with Email Communication or News </w:t>
      </w:r>
    </w:p>
    <w:p w14:paraId="131039CE" w14:textId="017FE533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 xml:space="preserve">     Blasts</w:t>
      </w:r>
    </w:p>
    <w:p w14:paraId="6A0593A7" w14:textId="77777777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 xml:space="preserve">__ Assist with Public Relations or Community </w:t>
      </w:r>
    </w:p>
    <w:p w14:paraId="70864AAE" w14:textId="4FCE5BD1" w:rsidR="005F257A" w:rsidRDefault="005F257A" w:rsidP="005F257A">
      <w:pPr>
        <w:pStyle w:val="ListBullet"/>
        <w:numPr>
          <w:ilvl w:val="0"/>
          <w:numId w:val="0"/>
        </w:numPr>
        <w:ind w:left="360"/>
      </w:pPr>
      <w:r>
        <w:t xml:space="preserve">     Promotion</w:t>
      </w:r>
    </w:p>
    <w:p w14:paraId="7B9D76A6" w14:textId="77777777" w:rsidR="005F257A" w:rsidRDefault="005F257A" w:rsidP="001D696F">
      <w:pPr>
        <w:pStyle w:val="ListBullet"/>
        <w:numPr>
          <w:ilvl w:val="0"/>
          <w:numId w:val="0"/>
        </w:numPr>
        <w:ind w:left="360"/>
      </w:pPr>
    </w:p>
    <w:p w14:paraId="20102D13" w14:textId="19601A6F" w:rsidR="005436E1" w:rsidRDefault="005436E1" w:rsidP="001D696F">
      <w:pPr>
        <w:pStyle w:val="ListBullet"/>
        <w:numPr>
          <w:ilvl w:val="0"/>
          <w:numId w:val="0"/>
        </w:numPr>
        <w:ind w:left="360"/>
      </w:pPr>
      <w:r>
        <w:br w:type="page"/>
      </w:r>
    </w:p>
    <w:p w14:paraId="6B1671F3" w14:textId="77777777" w:rsidR="00A279E4" w:rsidRDefault="00A279E4" w:rsidP="002E06E9">
      <w:pPr>
        <w:pStyle w:val="Title"/>
        <w:sectPr w:rsidR="00A279E4" w:rsidSect="001D696F"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29D2922" w14:textId="0E8EF49B" w:rsidR="002E06E9" w:rsidRDefault="002E06E9" w:rsidP="002E06E9">
      <w:pPr>
        <w:pStyle w:val="Title"/>
      </w:pPr>
      <w:r>
        <w:lastRenderedPageBreak/>
        <w:t>202</w:t>
      </w:r>
      <w:r w:rsidR="0059217E">
        <w:t>7</w:t>
      </w:r>
      <w:r>
        <w:t xml:space="preserve"> Financial Commitment Form</w:t>
      </w:r>
    </w:p>
    <w:p w14:paraId="223FE26F" w14:textId="77777777" w:rsidR="002E06E9" w:rsidRDefault="002E06E9" w:rsidP="002E06E9">
      <w:pPr>
        <w:pStyle w:val="Heading1"/>
      </w:pPr>
      <w:r>
        <w:t>Green Meadow United Methodist Church</w:t>
      </w:r>
    </w:p>
    <w:p w14:paraId="07DE7114" w14:textId="19C1D7FA" w:rsidR="002E06E9" w:rsidRDefault="002E06E9" w:rsidP="002E06E9">
      <w:r>
        <w:t>At Green Meadow UMC, we understand that generosity is a joyful and faithful response to God's grace. Alongside our gifts of time and service, financial giving is a spiritual practice that supports our mission and ministries.</w:t>
      </w:r>
      <w:r>
        <w:br/>
      </w:r>
      <w:r>
        <w:br/>
        <w:t>We invite you to prayerfully consider how you will financially support the church in 202</w:t>
      </w:r>
      <w:r w:rsidR="00101850">
        <w:t>7</w:t>
      </w:r>
      <w:r>
        <w:t>. This estimate of giving is confidential and not legally binding. It simply helps our church plan wisely and faithfully for the year ahead.</w:t>
      </w:r>
    </w:p>
    <w:p w14:paraId="7BA4BAF1" w14:textId="77777777" w:rsidR="002E06E9" w:rsidRDefault="002E06E9" w:rsidP="002E06E9">
      <w:pPr>
        <w:pStyle w:val="Heading2"/>
      </w:pPr>
      <w:r>
        <w:t>Giving Information</w:t>
      </w:r>
    </w:p>
    <w:p w14:paraId="79A4B5F8" w14:textId="06365D8E" w:rsidR="002E06E9" w:rsidRDefault="002E06E9" w:rsidP="002E06E9">
      <w:r>
        <w:t>You may fulfill your financial commitment in one of the following ways:</w:t>
      </w:r>
      <w:r>
        <w:br/>
        <w:t>– Placing a check in the offering plate</w:t>
      </w:r>
      <w:r w:rsidR="007C6BC0">
        <w:t xml:space="preserve"> </w:t>
      </w:r>
      <w:r>
        <w:br/>
        <w:t xml:space="preserve">– Having your bank mail a check directly to </w:t>
      </w:r>
      <w:r w:rsidR="00A77561">
        <w:t xml:space="preserve"> Green Meadow UMC</w:t>
      </w:r>
      <w:r w:rsidR="00477393">
        <w:t>,</w:t>
      </w:r>
      <w:r w:rsidR="00A77561">
        <w:t xml:space="preserve"> PO Box</w:t>
      </w:r>
      <w:r w:rsidR="00D24366">
        <w:t xml:space="preserve"> </w:t>
      </w:r>
      <w:r w:rsidR="00A77561" w:rsidRPr="009571A4">
        <w:rPr>
          <w:w w:val="95"/>
        </w:rPr>
        <w:t>485</w:t>
      </w:r>
      <w:r w:rsidR="00477393">
        <w:rPr>
          <w:w w:val="95"/>
        </w:rPr>
        <w:t>,</w:t>
      </w:r>
      <w:r w:rsidR="00A77561" w:rsidRPr="009571A4">
        <w:rPr>
          <w:w w:val="95"/>
        </w:rPr>
        <w:t xml:space="preserve"> Alcoa, TN 3770</w:t>
      </w:r>
      <w:r w:rsidR="00A77561">
        <w:rPr>
          <w:w w:val="95"/>
        </w:rPr>
        <w:t>1</w:t>
      </w:r>
      <w:r>
        <w:br/>
        <w:t>– Giving cash in a clearly labeled envelope with your name and amount, if you wish it to be recorded for tax purposes</w:t>
      </w:r>
      <w:r>
        <w:br/>
      </w:r>
      <w:r>
        <w:br/>
        <w:t>Checks and labeled cash gifts are recorded. In January, our treasurer will provide a year-end summary for your records. You will not receive monthly giving statements or reminders.</w:t>
      </w:r>
    </w:p>
    <w:p w14:paraId="0512F6A8" w14:textId="77777777" w:rsidR="00CB42E5" w:rsidRDefault="00CB42E5" w:rsidP="002E06E9">
      <w:pPr>
        <w:pStyle w:val="Heading2"/>
      </w:pPr>
    </w:p>
    <w:p w14:paraId="4680CB92" w14:textId="71E9233F" w:rsidR="00CB42E5" w:rsidRDefault="002E06E9" w:rsidP="00CB42E5">
      <w:pPr>
        <w:pStyle w:val="Heading2"/>
      </w:pPr>
      <w:r>
        <w:t>Contact Information</w:t>
      </w:r>
    </w:p>
    <w:p w14:paraId="14BD1D27" w14:textId="7AAFD4BA" w:rsidR="002E06E9" w:rsidRDefault="002E06E9" w:rsidP="002E06E9">
      <w:r>
        <w:t>Name: _________________________________________________________</w:t>
      </w:r>
    </w:p>
    <w:p w14:paraId="361426DA" w14:textId="77777777" w:rsidR="002E06E9" w:rsidRDefault="002E06E9" w:rsidP="002E06E9">
      <w:r>
        <w:t>Address: _______________________________________________________</w:t>
      </w:r>
    </w:p>
    <w:p w14:paraId="3E235030" w14:textId="62576D11" w:rsidR="002E06E9" w:rsidRDefault="002E06E9" w:rsidP="002E06E9">
      <w:pPr>
        <w:pStyle w:val="Heading2"/>
      </w:pPr>
      <w:r>
        <w:t>Estimate of Giving for 202</w:t>
      </w:r>
      <w:r w:rsidR="00A279E4">
        <w:t>7</w:t>
      </w:r>
    </w:p>
    <w:p w14:paraId="6BC816DA" w14:textId="77777777" w:rsidR="002E06E9" w:rsidRDefault="002E06E9" w:rsidP="002E06E9">
      <w:r>
        <w:t>I will support the ministries of Green Meadow United Methodist Church with an estimated gift of:</w:t>
      </w:r>
    </w:p>
    <w:p w14:paraId="7621AC18" w14:textId="77777777" w:rsidR="002E06E9" w:rsidRDefault="002E06E9" w:rsidP="002E06E9">
      <w:r>
        <w:t xml:space="preserve"> $ ____________ per Week</w:t>
      </w:r>
    </w:p>
    <w:p w14:paraId="04D3FB26" w14:textId="77777777" w:rsidR="002E06E9" w:rsidRDefault="002E06E9" w:rsidP="002E06E9">
      <w:r>
        <w:t xml:space="preserve"> $ ____________ per Month</w:t>
      </w:r>
    </w:p>
    <w:p w14:paraId="53569FF8" w14:textId="77777777" w:rsidR="002E06E9" w:rsidRDefault="002E06E9" w:rsidP="002E06E9">
      <w:r>
        <w:t xml:space="preserve"> $ ____________ per Year</w:t>
      </w:r>
    </w:p>
    <w:p w14:paraId="3D43CBA7" w14:textId="77777777" w:rsidR="002E06E9" w:rsidRDefault="002E06E9" w:rsidP="002E06E9">
      <w:r>
        <w:t>___ I choose not to estimate my giving at this time but will continue to give as I am able.</w:t>
      </w:r>
    </w:p>
    <w:p w14:paraId="6CE8A859" w14:textId="77777777" w:rsidR="002E06E9" w:rsidRDefault="002E06E9" w:rsidP="002E06E9">
      <w:r>
        <w:t>___ I will be praying for the success of our stewardship efforts.</w:t>
      </w:r>
    </w:p>
    <w:p w14:paraId="348F40A4" w14:textId="77777777" w:rsidR="002E06E9" w:rsidRDefault="002E06E9" w:rsidP="002E06E9">
      <w:r>
        <w:br/>
        <w:t>Thank you for your faithfulness and generosity. Your support helps us share God’s love with one another and with the world.</w:t>
      </w:r>
    </w:p>
    <w:p w14:paraId="571E7648" w14:textId="0781D088" w:rsidR="00A279E4" w:rsidRPr="00CB42E5" w:rsidRDefault="002E06E9" w:rsidP="00CB42E5">
      <w:pPr>
        <w:rPr>
          <w:i/>
          <w:iCs/>
        </w:rPr>
        <w:sectPr w:rsidR="00A279E4" w:rsidRPr="00CB42E5" w:rsidSect="00A279E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br/>
      </w:r>
      <w:r>
        <w:rPr>
          <w:i/>
          <w:iCs/>
        </w:rPr>
        <w:t>***</w:t>
      </w:r>
      <w:r w:rsidRPr="00CA0BC8">
        <w:rPr>
          <w:i/>
          <w:iCs/>
        </w:rPr>
        <w:t xml:space="preserve">During worship on </w:t>
      </w:r>
      <w:r w:rsidRPr="00CA0BC8">
        <w:rPr>
          <w:b/>
          <w:bCs/>
          <w:i/>
          <w:iCs/>
        </w:rPr>
        <w:t xml:space="preserve">November </w:t>
      </w:r>
      <w:r w:rsidR="00A279E4">
        <w:rPr>
          <w:b/>
          <w:bCs/>
          <w:i/>
          <w:iCs/>
        </w:rPr>
        <w:t>15th</w:t>
      </w:r>
      <w:r w:rsidRPr="00CA0BC8">
        <w:rPr>
          <w:i/>
          <w:iCs/>
        </w:rPr>
        <w:t>, we will dedicate our commitments of time, talents, and finances to God as an act of worship.</w:t>
      </w:r>
    </w:p>
    <w:p w14:paraId="16E2DC55" w14:textId="77777777" w:rsidR="001D696F" w:rsidRDefault="001D696F" w:rsidP="00CB42E5">
      <w:pPr>
        <w:pStyle w:val="ListBullet"/>
        <w:numPr>
          <w:ilvl w:val="0"/>
          <w:numId w:val="0"/>
        </w:numPr>
      </w:pPr>
    </w:p>
    <w:sectPr w:rsidR="001D696F" w:rsidSect="00A279E4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2246541">
    <w:abstractNumId w:val="8"/>
  </w:num>
  <w:num w:numId="2" w16cid:durableId="1399015859">
    <w:abstractNumId w:val="6"/>
  </w:num>
  <w:num w:numId="3" w16cid:durableId="239367561">
    <w:abstractNumId w:val="5"/>
  </w:num>
  <w:num w:numId="4" w16cid:durableId="1890602241">
    <w:abstractNumId w:val="4"/>
  </w:num>
  <w:num w:numId="5" w16cid:durableId="771513099">
    <w:abstractNumId w:val="7"/>
  </w:num>
  <w:num w:numId="6" w16cid:durableId="435833024">
    <w:abstractNumId w:val="3"/>
  </w:num>
  <w:num w:numId="7" w16cid:durableId="1045327916">
    <w:abstractNumId w:val="2"/>
  </w:num>
  <w:num w:numId="8" w16cid:durableId="1726947833">
    <w:abstractNumId w:val="1"/>
  </w:num>
  <w:num w:numId="9" w16cid:durableId="1399091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89B"/>
    <w:rsid w:val="00101850"/>
    <w:rsid w:val="0015074B"/>
    <w:rsid w:val="001B52F3"/>
    <w:rsid w:val="001D3DD1"/>
    <w:rsid w:val="001D696F"/>
    <w:rsid w:val="00236E02"/>
    <w:rsid w:val="0029639D"/>
    <w:rsid w:val="002A545F"/>
    <w:rsid w:val="002E06E9"/>
    <w:rsid w:val="00326F90"/>
    <w:rsid w:val="00371983"/>
    <w:rsid w:val="00477393"/>
    <w:rsid w:val="005436E1"/>
    <w:rsid w:val="0059217E"/>
    <w:rsid w:val="005F257A"/>
    <w:rsid w:val="006423B3"/>
    <w:rsid w:val="0067306A"/>
    <w:rsid w:val="007C6BC0"/>
    <w:rsid w:val="008375ED"/>
    <w:rsid w:val="00883C8E"/>
    <w:rsid w:val="009D54E4"/>
    <w:rsid w:val="00A279E4"/>
    <w:rsid w:val="00A77561"/>
    <w:rsid w:val="00AA1D8D"/>
    <w:rsid w:val="00B47730"/>
    <w:rsid w:val="00BB4B38"/>
    <w:rsid w:val="00BC7F49"/>
    <w:rsid w:val="00C42E19"/>
    <w:rsid w:val="00CB0664"/>
    <w:rsid w:val="00CB42E5"/>
    <w:rsid w:val="00CC1FB2"/>
    <w:rsid w:val="00D24366"/>
    <w:rsid w:val="00D3472E"/>
    <w:rsid w:val="00DC68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BEF877"/>
  <w14:defaultImageDpi w14:val="300"/>
  <w15:docId w15:val="{8F001E0F-0EEE-4CAC-8513-8229033B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 McIntyre</cp:lastModifiedBy>
  <cp:revision>5</cp:revision>
  <cp:lastPrinted>2025-10-15T15:37:00Z</cp:lastPrinted>
  <dcterms:created xsi:type="dcterms:W3CDTF">2026-10-13T15:40:00Z</dcterms:created>
  <dcterms:modified xsi:type="dcterms:W3CDTF">2026-10-22T21:34:00Z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6b80b32a-e33b-4243-8903-4d312b91c991</vt:lpwstr>
  </property>
</Properties>
</file>