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088"/>
        <w:gridCol w:w="10728"/>
        <w:gridCol w:w="2088"/>
      </w:tblGrid>
      <w:tr w:rsidR="005A08BA" w14:paraId="7DBFA2AE" w14:textId="77777777">
        <w:trPr>
          <w:jc w:val="center"/>
        </w:trPr>
        <w:tc>
          <w:tcPr>
            <w:tcW w:w="2088" w:type="dxa"/>
            <w:tcBorders>
              <w:top w:val="nil"/>
              <w:left w:val="nil"/>
              <w:bottom w:val="nil"/>
              <w:right w:val="nil"/>
            </w:tcBorders>
            <w:tcMar>
              <w:top w:w="0" w:type="dxa"/>
              <w:left w:w="0" w:type="dxa"/>
              <w:bottom w:w="0" w:type="dxa"/>
              <w:right w:w="0" w:type="dxa"/>
            </w:tcMar>
          </w:tcPr>
          <w:p w14:paraId="6E4985AD" w14:textId="77777777" w:rsidR="005A08BA" w:rsidRDefault="006D4FEF">
            <w:pPr>
              <w:jc w:val="center"/>
            </w:pPr>
            <w:r>
              <w:rPr>
                <w:noProof/>
              </w:rPr>
              <w:drawing>
                <wp:inline distT="0" distB="0" distL="0" distR="0" wp14:anchorId="0F8A1B6F" wp14:editId="404B28B2">
                  <wp:extent cx="932688" cy="9326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eluia_logo_bw.png"/>
                          <pic:cNvPicPr/>
                        </pic:nvPicPr>
                        <pic:blipFill>
                          <a:blip r:embed="rId6"/>
                          <a:stretch>
                            <a:fillRect/>
                          </a:stretch>
                        </pic:blipFill>
                        <pic:spPr>
                          <a:xfrm>
                            <a:off x="0" y="0"/>
                            <a:ext cx="932688" cy="932688"/>
                          </a:xfrm>
                          <a:prstGeom prst="rect">
                            <a:avLst/>
                          </a:prstGeom>
                        </pic:spPr>
                      </pic:pic>
                    </a:graphicData>
                  </a:graphic>
                </wp:inline>
              </w:drawing>
            </w:r>
          </w:p>
        </w:tc>
        <w:tc>
          <w:tcPr>
            <w:tcW w:w="10728" w:type="dxa"/>
            <w:tcBorders>
              <w:top w:val="nil"/>
              <w:left w:val="nil"/>
              <w:bottom w:val="nil"/>
              <w:right w:val="nil"/>
            </w:tcBorders>
            <w:tcMar>
              <w:top w:w="0" w:type="dxa"/>
              <w:left w:w="0" w:type="dxa"/>
              <w:bottom w:w="0" w:type="dxa"/>
              <w:right w:w="0" w:type="dxa"/>
            </w:tcMar>
          </w:tcPr>
          <w:p w14:paraId="6FEB36F8" w14:textId="77777777" w:rsidR="00892056" w:rsidRDefault="00892056">
            <w:pPr>
              <w:keepLines/>
              <w:spacing w:after="20"/>
              <w:jc w:val="center"/>
              <w:rPr>
                <w:rFonts w:ascii="Liberation Sans Narrow" w:hAnsi="Liberation Sans Narrow" w:hint="eastAsia"/>
                <w:b/>
                <w:spacing w:val="-18"/>
                <w:sz w:val="36"/>
              </w:rPr>
            </w:pPr>
          </w:p>
          <w:p w14:paraId="159A23C1" w14:textId="2C345D47" w:rsidR="005A08BA" w:rsidRDefault="006D4FEF">
            <w:pPr>
              <w:keepLines/>
              <w:spacing w:after="20"/>
              <w:jc w:val="center"/>
            </w:pPr>
            <w:r>
              <w:rPr>
                <w:rFonts w:ascii="Liberation Sans Narrow" w:hAnsi="Liberation Sans Narrow"/>
                <w:b/>
                <w:spacing w:val="-18"/>
                <w:sz w:val="36"/>
              </w:rPr>
              <w:t>Sharing Our Story—Building Our Future</w:t>
            </w:r>
          </w:p>
          <w:p w14:paraId="555A57C9" w14:textId="77777777" w:rsidR="005A08BA" w:rsidRDefault="006D4FEF">
            <w:pPr>
              <w:spacing w:after="0"/>
              <w:jc w:val="center"/>
            </w:pPr>
            <w:r>
              <w:rPr>
                <w:b/>
                <w:sz w:val="26"/>
              </w:rPr>
              <w:t>Alleluia’s 25th Anniversary</w:t>
            </w:r>
          </w:p>
        </w:tc>
        <w:tc>
          <w:tcPr>
            <w:tcW w:w="2088" w:type="dxa"/>
            <w:tcBorders>
              <w:top w:val="nil"/>
              <w:left w:val="nil"/>
              <w:bottom w:val="nil"/>
              <w:right w:val="nil"/>
            </w:tcBorders>
            <w:tcMar>
              <w:top w:w="0" w:type="dxa"/>
              <w:left w:w="0" w:type="dxa"/>
              <w:bottom w:w="0" w:type="dxa"/>
              <w:right w:w="0" w:type="dxa"/>
            </w:tcMar>
          </w:tcPr>
          <w:p w14:paraId="05E6AE76" w14:textId="77777777" w:rsidR="005A08BA" w:rsidRDefault="006D4FEF">
            <w:pPr>
              <w:jc w:val="center"/>
            </w:pPr>
            <w:r>
              <w:rPr>
                <w:noProof/>
              </w:rPr>
              <w:drawing>
                <wp:inline distT="0" distB="0" distL="0" distR="0" wp14:anchorId="1E65176C" wp14:editId="27404D26">
                  <wp:extent cx="932688" cy="9326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eluia_logo_bw.png"/>
                          <pic:cNvPicPr/>
                        </pic:nvPicPr>
                        <pic:blipFill>
                          <a:blip r:embed="rId6"/>
                          <a:stretch>
                            <a:fillRect/>
                          </a:stretch>
                        </pic:blipFill>
                        <pic:spPr>
                          <a:xfrm>
                            <a:off x="0" y="0"/>
                            <a:ext cx="932688" cy="932688"/>
                          </a:xfrm>
                          <a:prstGeom prst="rect">
                            <a:avLst/>
                          </a:prstGeom>
                        </pic:spPr>
                      </pic:pic>
                    </a:graphicData>
                  </a:graphic>
                </wp:inline>
              </w:drawing>
            </w:r>
          </w:p>
        </w:tc>
      </w:tr>
    </w:tbl>
    <w:p w14:paraId="3BD0E7CB" w14:textId="77777777" w:rsidR="005A08BA" w:rsidRDefault="005A08BA">
      <w:pPr>
        <w:spacing w:after="0" w:line="20" w:lineRule="exact"/>
      </w:pPr>
    </w:p>
    <w:tbl>
      <w:tblPr>
        <w:tblW w:w="0" w:type="auto"/>
        <w:jc w:val="center"/>
        <w:tblLayout w:type="fixed"/>
        <w:tblLook w:val="04A0" w:firstRow="1" w:lastRow="0" w:firstColumn="1" w:lastColumn="0" w:noHBand="0" w:noVBand="1"/>
      </w:tblPr>
      <w:tblGrid>
        <w:gridCol w:w="4896"/>
        <w:gridCol w:w="4896"/>
        <w:gridCol w:w="4896"/>
      </w:tblGrid>
      <w:tr w:rsidR="005A08BA" w14:paraId="4EEA7AF5" w14:textId="77777777">
        <w:trPr>
          <w:jc w:val="center"/>
        </w:trPr>
        <w:tc>
          <w:tcPr>
            <w:tcW w:w="4896" w:type="dxa"/>
            <w:tcBorders>
              <w:top w:val="single" w:sz="4" w:space="0" w:color="A0A0A0"/>
              <w:left w:val="single" w:sz="4" w:space="0" w:color="A0A0A0"/>
              <w:bottom w:val="single" w:sz="4" w:space="0" w:color="A0A0A0"/>
              <w:right w:val="single" w:sz="4" w:space="0" w:color="A0A0A0"/>
            </w:tcBorders>
            <w:tcMar>
              <w:top w:w="18" w:type="dxa"/>
              <w:left w:w="70" w:type="dxa"/>
              <w:bottom w:w="8" w:type="dxa"/>
              <w:right w:w="70" w:type="dxa"/>
              <w:start w:w="145" w:type="dxa"/>
              <w:end w:w="145" w:type="dxa"/>
            </w:tcMar>
          </w:tcPr>
          <w:p w14:paraId="585936E1" w14:textId="77777777" w:rsidR="005A08BA" w:rsidRDefault="006D4FEF">
            <w:pPr>
              <w:keepNext/>
              <w:spacing w:after="40" w:before="0"/>
              <w:jc w:val="center"/>
            </w:pPr>
            <w:r>
              <w:rPr>
                <w:b/>
                <w:sz w:val="32"/>
              </w:rPr>
              <w:t>Remember</w:t>
            </w:r>
          </w:p>
          <w:p w14:paraId="12C460CD" w14:textId="77777777" w:rsidR="00AA7D05" w:rsidRDefault="006D4FEF">
            <w:pPr>
              <w:keepNext/>
              <w:spacing w:after="20" w:before="0" w:line="240" w:lineRule="auto"/>
              <w:rPr>
                <w:b/>
                <w:sz w:val="22"/>
              </w:rPr>
            </w:pPr>
            <w:r>
              <w:rPr>
                <w:b/>
                <w:sz w:val="22"/>
              </w:rPr>
              <w:t xml:space="preserve">What memory about Alleluia has stayed </w:t>
            </w:r>
          </w:p>
          <w:p w14:paraId="719B314C" w14:textId="1EED5AE2" w:rsidR="005A08BA" w:rsidRDefault="006D4FEF">
            <w:pPr>
              <w:keepNext/>
              <w:spacing w:after="20" w:before="0" w:line="240" w:lineRule="auto"/>
            </w:pPr>
            <w:r>
              <w:rPr>
                <w:b/>
                <w:sz w:val="22"/>
              </w:rPr>
              <w:t>with you?</w:t>
            </w:r>
          </w:p>
          <w:p w14:paraId="69BF2F76" w14:textId="77777777" w:rsidR="005A08BA" w:rsidRDefault="006D4FEF">
            <w:pPr>
              <w:keepNext/>
              <w:spacing w:after="60" w:before="0" w:line="240" w:lineRule="auto"/>
            </w:pPr>
            <w:r>
              <w:t>It might be a worship service, celebration, friendship, faith milestone, mission project, Sunday School or VBS moment, a funny story, or a time when Alleluia felt like home.</w:t>
            </w:r>
          </w:p>
          <w:p w14:paraId="3FCABDDE" w14:textId="77777777" w:rsidR="00524F20" w:rsidRDefault="00524F20">
            <w:pPr>
              <w:spacing w:after="0" w:before="0" w:line="20" w:lineRule="exact"/>
            </w:pPr>
          </w:p>
          <w:tbl>
            <w:tblPr>
              <w:tblW w:w="0" w:type="auto"/>
              <w:tblLayout w:type="fixed"/>
              <w:tblLook w:val="04A0" w:firstRow="1" w:lastRow="0" w:firstColumn="1" w:lastColumn="0" w:noHBand="0" w:noVBand="1"/>
            </w:tblPr>
            <w:tblGrid>
              <w:gridCol w:w="4896"/>
            </w:tblGrid>
            <w:tr w:rsidR="005A08BA" w14:paraId="3E3ADE0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668CAFA3" w14:textId="77777777" w:rsidR="005A08BA" w:rsidRDefault="006D4FEF">
                  <w:pPr>
                    <w:spacing w:after="0" w:before="0" w:line="240" w:lineRule="auto"/>
                  </w:pPr>
                  <w:r>
                    <w:rPr>
                      <w:sz w:val="8"/>
                    </w:rPr>
                    <w:t> </w:t>
                  </w:r>
                </w:p>
              </w:tc>
            </w:tr>
            <w:tr w:rsidR="005A08BA" w14:paraId="700C0412"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36475E7" w14:textId="77777777" w:rsidR="005A08BA" w:rsidRDefault="006D4FEF">
                  <w:pPr>
                    <w:spacing w:after="0" w:before="0" w:line="240" w:lineRule="auto"/>
                  </w:pPr>
                  <w:r>
                    <w:rPr>
                      <w:sz w:val="8"/>
                    </w:rPr>
                    <w:t> </w:t>
                  </w:r>
                </w:p>
              </w:tc>
            </w:tr>
            <w:tr w:rsidR="005A08BA" w14:paraId="142E4C81"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180508C6" w14:textId="77777777" w:rsidR="005A08BA" w:rsidRDefault="006D4FEF">
                  <w:pPr>
                    <w:spacing w:after="0" w:before="0" w:line="240" w:lineRule="auto"/>
                  </w:pPr>
                  <w:r>
                    <w:rPr>
                      <w:sz w:val="8"/>
                    </w:rPr>
                    <w:t> </w:t>
                  </w:r>
                </w:p>
              </w:tc>
            </w:tr>
            <w:tr w:rsidR="005A08BA" w14:paraId="722E8618"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4F39A9A9" w14:textId="77777777" w:rsidR="005A08BA" w:rsidRDefault="006D4FEF">
                  <w:pPr>
                    <w:spacing w:after="0" w:before="0" w:line="240" w:lineRule="auto"/>
                  </w:pPr>
                  <w:r>
                    <w:rPr>
                      <w:sz w:val="8"/>
                    </w:rPr>
                    <w:t> </w:t>
                  </w:r>
                </w:p>
              </w:tc>
            </w:tr>
            <w:tr w:rsidR="005A08BA" w14:paraId="5C90A7B2"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DDB2E6B" w14:textId="77777777" w:rsidR="005A08BA" w:rsidRDefault="006D4FEF">
                  <w:pPr>
                    <w:spacing w:after="0" w:before="0" w:line="240" w:lineRule="auto"/>
                  </w:pPr>
                  <w:r>
                    <w:rPr>
                      <w:sz w:val="8"/>
                    </w:rPr>
                    <w:t> </w:t>
                  </w:r>
                </w:p>
              </w:tc>
            </w:tr>
            <w:tr w:rsidR="005A08BA" w14:paraId="68EA6BC6"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47E3600" w14:textId="77777777" w:rsidR="005A08BA" w:rsidRDefault="006D4FEF">
                  <w:pPr>
                    <w:spacing w:after="0" w:before="0" w:line="240" w:lineRule="auto"/>
                  </w:pPr>
                  <w:r>
                    <w:rPr>
                      <w:sz w:val="8"/>
                    </w:rPr>
                    <w:t> </w:t>
                  </w:r>
                </w:p>
              </w:tc>
            </w:tr>
            <w:tr w:rsidR="005A08BA" w14:paraId="1286C74A"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0435799A" w14:textId="77777777" w:rsidR="005A08BA" w:rsidRDefault="006D4FEF">
                  <w:pPr>
                    <w:spacing w:after="0" w:before="0" w:line="240" w:lineRule="auto"/>
                  </w:pPr>
                  <w:r>
                    <w:rPr>
                      <w:sz w:val="8"/>
                    </w:rPr>
                    <w:t> </w:t>
                  </w:r>
                </w:p>
              </w:tc>
            </w:tr>
            <w:tr w:rsidR="005A08BA" w14:paraId="013033D2"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57981A27" w14:textId="77777777" w:rsidR="005A08BA" w:rsidRDefault="006D4FEF">
                  <w:pPr>
                    <w:spacing w:after="0" w:before="0" w:line="240" w:lineRule="auto"/>
                  </w:pPr>
                  <w:r>
                    <w:rPr>
                      <w:sz w:val="8"/>
                    </w:rPr>
                    <w:t> </w:t>
                  </w:r>
                </w:p>
              </w:tc>
            </w:tr>
            <w:tr w:rsidR="005A08BA" w14:paraId="1ABD9361"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140B71D" w14:textId="77777777" w:rsidR="005A08BA" w:rsidRDefault="006D4FEF">
                  <w:pPr>
                    <w:spacing w:after="0" w:before="0" w:line="240" w:lineRule="auto"/>
                  </w:pPr>
                  <w:r>
                    <w:rPr>
                      <w:sz w:val="8"/>
                    </w:rPr>
                    <w:t> </w:t>
                  </w:r>
                </w:p>
              </w:tc>
            </w:tr>
            <w:tr w:rsidR="005A08BA" w14:paraId="20A9415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5CBA5EC" w14:textId="77777777" w:rsidR="005A08BA" w:rsidRDefault="006D4FEF">
                  <w:pPr>
                    <w:spacing w:after="0" w:before="0" w:line="240" w:lineRule="auto"/>
                  </w:pPr>
                  <w:r>
                    <w:rPr>
                      <w:sz w:val="8"/>
                    </w:rPr>
                    <w:t> </w:t>
                  </w:r>
                </w:p>
              </w:tc>
            </w:tr>
            <w:tr w:rsidR="005A08BA" w14:paraId="6030141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183C665F" w14:textId="77777777" w:rsidR="005A08BA" w:rsidRDefault="006D4FEF">
                  <w:pPr>
                    <w:spacing w:after="0" w:before="0" w:line="240" w:lineRule="auto"/>
                  </w:pPr>
                  <w:r>
                    <w:rPr>
                      <w:sz w:val="8"/>
                    </w:rPr>
                    <w:t> </w:t>
                  </w:r>
                </w:p>
              </w:tc>
            </w:tr>
            <w:tr w:rsidR="005A08BA" w14:paraId="4DEDC743"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2F7F9E6F" w14:textId="77777777" w:rsidR="005A08BA" w:rsidRDefault="006D4FEF">
                  <w:pPr>
                    <w:spacing w:after="0" w:before="0" w:line="240" w:lineRule="auto"/>
                  </w:pPr>
                  <w:r>
                    <w:rPr>
                      <w:sz w:val="8"/>
                    </w:rPr>
                    <w:t> </w:t>
                  </w:r>
                </w:p>
              </w:tc>
            </w:tr>
            <w:tr w:rsidR="005A08BA" w14:paraId="102BA31B"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602455C" w14:textId="77777777" w:rsidR="005A08BA" w:rsidRDefault="006D4FEF">
                  <w:pPr>
                    <w:spacing w:after="0" w:before="0" w:line="240" w:lineRule="auto"/>
                  </w:pPr>
                  <w:r>
                    <w:rPr>
                      <w:sz w:val="8"/>
                    </w:rPr>
                    <w:t> </w:t>
                  </w:r>
                </w:p>
              </w:tc>
            </w:tr>
            <w:tr w:rsidR="005A08BA" w14:paraId="743AD384"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51CFDA0" w14:textId="77777777" w:rsidR="005A08BA" w:rsidRDefault="006D4FEF">
                  <w:pPr>
                    <w:spacing w:after="0" w:before="0" w:line="240" w:lineRule="auto"/>
                  </w:pPr>
                  <w:r>
                    <w:rPr>
                      <w:sz w:val="8"/>
                    </w:rPr>
                    <w:t> </w:t>
                  </w:r>
                </w:p>
              </w:tc>
            </w:tr>
            <w:tr w:rsidR="005A08BA" w14:paraId="6D88C6F8"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0FD15A7A" w14:textId="77777777" w:rsidR="005A08BA" w:rsidRDefault="006D4FEF">
                  <w:pPr>
                    <w:spacing w:after="0" w:before="0" w:line="240" w:lineRule="auto"/>
                  </w:pPr>
                  <w:r>
                    <w:rPr>
                      <w:sz w:val="8"/>
                    </w:rPr>
                    <w:t> </w:t>
                  </w:r>
                </w:p>
              </w:tc>
            </w:tr>
            <w:tr w:rsidR="005A08BA" w14:paraId="22139976"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3461154" w14:textId="77777777" w:rsidR="005A08BA" w:rsidRDefault="006D4FEF">
                  <w:pPr>
                    <w:spacing w:after="0" w:before="0" w:line="240" w:lineRule="auto"/>
                  </w:pPr>
                  <w:r>
                    <w:rPr>
                      <w:sz w:val="8"/>
                    </w:rPr>
                    <w:t> </w:t>
                  </w:r>
                </w:p>
              </w:tc>
            </w:tr>
          </w:tbl>
          <w:p w14:paraId="64F30474" w14:textId="77777777" w:rsidR="005A08BA" w:rsidRDefault="005A08BA">
            <w:pPr>
              <w:spacing w:before="0" w:after="0" w:line="20" w:lineRule="exact"/>
            </w:pPr>
          </w:p>
        </w:tc>
        <w:tc>
          <w:tcPr>
            <w:tcW w:w="4896" w:type="dxa"/>
            <w:tcBorders>
              <w:top w:val="single" w:sz="4" w:space="0" w:color="A0A0A0"/>
              <w:left w:val="single" w:sz="4" w:space="0" w:color="A0A0A0"/>
              <w:bottom w:val="single" w:sz="4" w:space="0" w:color="A0A0A0"/>
              <w:right w:val="single" w:sz="4" w:space="0" w:color="A0A0A0"/>
            </w:tcBorders>
            <w:tcMar>
              <w:top w:w="18" w:type="dxa"/>
              <w:left w:w="70" w:type="dxa"/>
              <w:bottom w:w="8" w:type="dxa"/>
              <w:right w:w="70" w:type="dxa"/>
              <w:start w:w="145" w:type="dxa"/>
              <w:end w:w="145" w:type="dxa"/>
            </w:tcMar>
          </w:tcPr>
          <w:p w14:paraId="59FEC602" w14:textId="77777777" w:rsidR="005A08BA" w:rsidRDefault="006D4FEF">
            <w:pPr>
              <w:keepNext/>
              <w:spacing w:after="40" w:before="0"/>
              <w:jc w:val="center"/>
            </w:pPr>
            <w:r>
              <w:rPr>
                <w:b/>
                <w:sz w:val="32"/>
              </w:rPr>
              <w:t>Celebrate</w:t>
            </w:r>
          </w:p>
          <w:p w14:paraId="1DFF1BD6" w14:textId="77777777" w:rsidR="005A08BA" w:rsidRDefault="006D4FEF">
            <w:pPr>
              <w:keepNext/>
              <w:spacing w:after="20" w:before="0" w:line="240" w:lineRule="auto"/>
            </w:pPr>
            <w:r>
              <w:rPr>
                <w:b/>
                <w:sz w:val="22"/>
              </w:rPr>
              <w:t>What ministry has made a difference to you or our community?</w:t>
            </w:r>
          </w:p>
          <w:p w14:paraId="5EDBA3CD" w14:textId="1685C4E2" w:rsidR="005A08BA" w:rsidRDefault="006D4FEF">
            <w:pPr>
              <w:keepNext/>
              <w:spacing w:after="60" w:before="0" w:line="240" w:lineRule="auto"/>
            </w:pPr>
            <w:r>
              <w:t xml:space="preserve">Maybe you remember how a ministry </w:t>
            </w:r>
            <w:proofErr w:type="gramStart"/>
            <w:r>
              <w:t xml:space="preserve">began, </w:t>
            </w:r>
            <w:r w:rsidR="00FF37EA">
              <w:t xml:space="preserve">  </w:t>
            </w:r>
            <w:proofErr w:type="gramEnd"/>
            <w:r w:rsidR="00FF37EA">
              <w:t xml:space="preserve"> </w:t>
            </w:r>
            <w:r>
              <w:t>people serving together, or a moment when you saw Alleluia’s mission in action and its impact grow beyond our walls.</w:t>
            </w:r>
          </w:p>
          <w:tbl>
            <w:tblPr>
              <w:tblW w:w="0" w:type="auto"/>
              <w:tblLayout w:type="fixed"/>
              <w:tblLook w:val="04A0" w:firstRow="1" w:lastRow="0" w:firstColumn="1" w:lastColumn="0" w:noHBand="0" w:noVBand="1"/>
            </w:tblPr>
            <w:tblGrid>
              <w:gridCol w:w="4896"/>
            </w:tblGrid>
            <w:tr w:rsidR="005A08BA" w14:paraId="33A74E1A"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2B27DF1E" w14:textId="77777777" w:rsidR="005A08BA" w:rsidRDefault="006D4FEF">
                  <w:pPr>
                    <w:spacing w:after="0" w:before="0" w:line="240" w:lineRule="auto"/>
                  </w:pPr>
                  <w:r>
                    <w:rPr>
                      <w:sz w:val="8"/>
                    </w:rPr>
                    <w:t> </w:t>
                  </w:r>
                </w:p>
              </w:tc>
            </w:tr>
            <w:tr w:rsidR="005A08BA" w14:paraId="2FE9D52B"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46C0ADF" w14:textId="77777777" w:rsidR="005A08BA" w:rsidRDefault="006D4FEF">
                  <w:pPr>
                    <w:spacing w:after="0" w:before="0" w:line="240" w:lineRule="auto"/>
                  </w:pPr>
                  <w:r>
                    <w:rPr>
                      <w:sz w:val="8"/>
                    </w:rPr>
                    <w:t> </w:t>
                  </w:r>
                </w:p>
              </w:tc>
            </w:tr>
            <w:tr w:rsidR="005A08BA" w14:paraId="79A621D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8A3A964" w14:textId="77777777" w:rsidR="005A08BA" w:rsidRDefault="006D4FEF">
                  <w:pPr>
                    <w:spacing w:after="0" w:before="0" w:line="240" w:lineRule="auto"/>
                  </w:pPr>
                  <w:r>
                    <w:rPr>
                      <w:sz w:val="8"/>
                    </w:rPr>
                    <w:t> </w:t>
                  </w:r>
                </w:p>
              </w:tc>
            </w:tr>
            <w:tr w:rsidR="005A08BA" w14:paraId="7624F19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56D1E01" w14:textId="77777777" w:rsidR="005A08BA" w:rsidRDefault="006D4FEF">
                  <w:pPr>
                    <w:spacing w:after="0" w:before="0" w:line="240" w:lineRule="auto"/>
                  </w:pPr>
                  <w:r>
                    <w:rPr>
                      <w:sz w:val="8"/>
                    </w:rPr>
                    <w:t> </w:t>
                  </w:r>
                </w:p>
              </w:tc>
            </w:tr>
            <w:tr w:rsidR="005A08BA" w14:paraId="155F6F08"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025516FC" w14:textId="77777777" w:rsidR="005A08BA" w:rsidRDefault="006D4FEF">
                  <w:pPr>
                    <w:spacing w:after="0" w:before="0" w:line="240" w:lineRule="auto"/>
                  </w:pPr>
                  <w:r>
                    <w:rPr>
                      <w:sz w:val="8"/>
                    </w:rPr>
                    <w:t> </w:t>
                  </w:r>
                </w:p>
              </w:tc>
            </w:tr>
            <w:tr w:rsidR="005A08BA" w14:paraId="0EA5DC5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09334334" w14:textId="77777777" w:rsidR="005A08BA" w:rsidRDefault="006D4FEF">
                  <w:pPr>
                    <w:spacing w:after="0" w:before="0" w:line="240" w:lineRule="auto"/>
                  </w:pPr>
                  <w:r>
                    <w:rPr>
                      <w:sz w:val="8"/>
                    </w:rPr>
                    <w:t> </w:t>
                  </w:r>
                </w:p>
              </w:tc>
            </w:tr>
            <w:tr w:rsidR="005A08BA" w14:paraId="5B45F182"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0C029CCC" w14:textId="77777777" w:rsidR="005A08BA" w:rsidRDefault="006D4FEF">
                  <w:pPr>
                    <w:spacing w:after="0" w:before="0" w:line="240" w:lineRule="auto"/>
                  </w:pPr>
                  <w:r>
                    <w:rPr>
                      <w:sz w:val="8"/>
                    </w:rPr>
                    <w:t> </w:t>
                  </w:r>
                </w:p>
              </w:tc>
            </w:tr>
            <w:tr w:rsidR="005A08BA" w14:paraId="61BE8FC1"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254EF94C" w14:textId="77777777" w:rsidR="005A08BA" w:rsidRDefault="006D4FEF">
                  <w:pPr>
                    <w:spacing w:after="0" w:before="0" w:line="240" w:lineRule="auto"/>
                  </w:pPr>
                  <w:r>
                    <w:rPr>
                      <w:sz w:val="8"/>
                    </w:rPr>
                    <w:t> </w:t>
                  </w:r>
                </w:p>
              </w:tc>
            </w:tr>
            <w:tr w:rsidR="005A08BA" w14:paraId="4FC10CCA"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669DD353" w14:textId="77777777" w:rsidR="005A08BA" w:rsidRDefault="006D4FEF">
                  <w:pPr>
                    <w:spacing w:after="0" w:before="0" w:line="240" w:lineRule="auto"/>
                  </w:pPr>
                  <w:r>
                    <w:rPr>
                      <w:sz w:val="8"/>
                    </w:rPr>
                    <w:t> </w:t>
                  </w:r>
                </w:p>
              </w:tc>
            </w:tr>
            <w:tr w:rsidR="005A08BA" w14:paraId="79CABFBD"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C1481F7" w14:textId="77777777" w:rsidR="005A08BA" w:rsidRDefault="006D4FEF">
                  <w:pPr>
                    <w:spacing w:after="0" w:before="0" w:line="240" w:lineRule="auto"/>
                  </w:pPr>
                  <w:r>
                    <w:rPr>
                      <w:sz w:val="8"/>
                    </w:rPr>
                    <w:t> </w:t>
                  </w:r>
                </w:p>
              </w:tc>
            </w:tr>
            <w:tr w:rsidR="005A08BA" w14:paraId="67A75E09"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22A9BC9" w14:textId="77777777" w:rsidR="005A08BA" w:rsidRDefault="006D4FEF">
                  <w:pPr>
                    <w:spacing w:after="0" w:before="0" w:line="240" w:lineRule="auto"/>
                  </w:pPr>
                  <w:r>
                    <w:rPr>
                      <w:sz w:val="8"/>
                    </w:rPr>
                    <w:t> </w:t>
                  </w:r>
                </w:p>
              </w:tc>
            </w:tr>
            <w:tr w:rsidR="005A08BA" w14:paraId="22CAB41E"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1ACF6E64" w14:textId="77777777" w:rsidR="005A08BA" w:rsidRDefault="006D4FEF">
                  <w:pPr>
                    <w:spacing w:after="0" w:before="0" w:line="240" w:lineRule="auto"/>
                  </w:pPr>
                  <w:r>
                    <w:rPr>
                      <w:sz w:val="8"/>
                    </w:rPr>
                    <w:t> </w:t>
                  </w:r>
                </w:p>
              </w:tc>
            </w:tr>
            <w:tr w:rsidR="005A08BA" w14:paraId="4494D2BC"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556CA8CE" w14:textId="77777777" w:rsidR="005A08BA" w:rsidRDefault="006D4FEF">
                  <w:pPr>
                    <w:spacing w:after="0" w:before="0" w:line="240" w:lineRule="auto"/>
                  </w:pPr>
                  <w:r>
                    <w:rPr>
                      <w:sz w:val="8"/>
                    </w:rPr>
                    <w:t> </w:t>
                  </w:r>
                </w:p>
              </w:tc>
            </w:tr>
            <w:tr w:rsidR="005A08BA" w14:paraId="733C3D5A"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1C653F5B" w14:textId="77777777" w:rsidR="005A08BA" w:rsidRDefault="006D4FEF">
                  <w:pPr>
                    <w:spacing w:after="0" w:before="0" w:line="240" w:lineRule="auto"/>
                  </w:pPr>
                  <w:r>
                    <w:rPr>
                      <w:sz w:val="8"/>
                    </w:rPr>
                    <w:t> </w:t>
                  </w:r>
                </w:p>
              </w:tc>
            </w:tr>
            <w:tr w:rsidR="005A08BA" w14:paraId="58D5F6F0"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690AA7D8" w14:textId="77777777" w:rsidR="005A08BA" w:rsidRDefault="006D4FEF">
                  <w:pPr>
                    <w:spacing w:after="0" w:before="0" w:line="240" w:lineRule="auto"/>
                  </w:pPr>
                  <w:r>
                    <w:rPr>
                      <w:sz w:val="8"/>
                    </w:rPr>
                    <w:t> </w:t>
                  </w:r>
                </w:p>
              </w:tc>
            </w:tr>
            <w:tr w:rsidR="005A08BA" w14:paraId="7D96B840"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236F3D7D" w14:textId="77777777" w:rsidR="005A08BA" w:rsidRDefault="006D4FEF">
                  <w:pPr>
                    <w:spacing w:after="0" w:before="0" w:line="240" w:lineRule="auto"/>
                  </w:pPr>
                  <w:r>
                    <w:rPr>
                      <w:sz w:val="8"/>
                    </w:rPr>
                    <w:t> </w:t>
                  </w:r>
                </w:p>
              </w:tc>
            </w:tr>
          </w:tbl>
          <w:p w14:paraId="1A277945" w14:textId="77777777" w:rsidR="005A08BA" w:rsidRDefault="005A08BA">
            <w:pPr>
              <w:spacing w:before="0" w:after="0" w:line="20" w:lineRule="exact"/>
            </w:pPr>
          </w:p>
        </w:tc>
        <w:tc>
          <w:tcPr>
            <w:tcW w:w="4896" w:type="dxa"/>
            <w:tcBorders>
              <w:top w:val="single" w:sz="4" w:space="0" w:color="A0A0A0"/>
              <w:left w:val="single" w:sz="4" w:space="0" w:color="A0A0A0"/>
              <w:bottom w:val="single" w:sz="4" w:space="0" w:color="A0A0A0"/>
              <w:right w:val="single" w:sz="4" w:space="0" w:color="A0A0A0"/>
            </w:tcBorders>
            <w:tcMar>
              <w:top w:w="18" w:type="dxa"/>
              <w:left w:w="70" w:type="dxa"/>
              <w:bottom w:w="8" w:type="dxa"/>
              <w:right w:w="70" w:type="dxa"/>
              <w:start w:w="145" w:type="dxa"/>
              <w:end w:w="145" w:type="dxa"/>
            </w:tcMar>
          </w:tcPr>
          <w:p w14:paraId="77641604" w14:textId="77777777" w:rsidR="005A08BA" w:rsidRDefault="006D4FEF">
            <w:pPr>
              <w:keepNext/>
              <w:spacing w:after="40" w:before="0"/>
              <w:jc w:val="center"/>
            </w:pPr>
            <w:r>
              <w:rPr>
                <w:b/>
                <w:sz w:val="32"/>
              </w:rPr>
              <w:t>Imagine</w:t>
            </w:r>
          </w:p>
          <w:p w14:paraId="3A7C56A3" w14:textId="77777777" w:rsidR="00AC66C5" w:rsidRDefault="006D4FEF">
            <w:pPr>
              <w:keepNext/>
              <w:spacing w:after="20" w:before="0" w:line="240" w:lineRule="auto"/>
              <w:rPr>
                <w:b/>
                <w:sz w:val="22"/>
              </w:rPr>
            </w:pPr>
            <w:r>
              <w:rPr>
                <w:b/>
                <w:sz w:val="22"/>
              </w:rPr>
              <w:t xml:space="preserve">What do you hope we will build together </w:t>
            </w:r>
          </w:p>
          <w:p w14:paraId="55ADA25F" w14:textId="6E0E6D19" w:rsidR="005A08BA" w:rsidRDefault="006D4FEF">
            <w:pPr>
              <w:keepNext/>
              <w:spacing w:after="20" w:before="0" w:line="240" w:lineRule="auto"/>
            </w:pPr>
            <w:r>
              <w:rPr>
                <w:b/>
                <w:sz w:val="22"/>
              </w:rPr>
              <w:t>in Alleluia's next 25 years?</w:t>
            </w:r>
          </w:p>
          <w:p w14:paraId="0AB0DA90" w14:textId="77777777" w:rsidR="00610FF4" w:rsidRDefault="006D4FEF">
            <w:pPr>
              <w:keepNext/>
              <w:spacing w:after="20" w:before="0" w:line="240" w:lineRule="auto"/>
            </w:pPr>
            <w:r>
              <w:t xml:space="preserve">As we celebrate the faith, generosity, and service </w:t>
            </w:r>
          </w:p>
          <w:p w14:paraId="013AE75D" w14:textId="35EE1BE4" w:rsidR="005A08BA" w:rsidRDefault="006D4FEF">
            <w:pPr>
              <w:keepNext/>
              <w:spacing w:after="60" w:before="0" w:line="240" w:lineRule="auto"/>
            </w:pPr>
            <w:r>
              <w:t>of Alleluia’s people, we look ahead. What do you hope future generations will experience? What story will we be sharing at our 50th anniversary?</w:t>
            </w:r>
          </w:p>
          <w:p w14:paraId="19BE3B94" w14:textId="77777777" w:rsidR="00524F20" w:rsidRDefault="00524F20">
            <w:pPr>
              <w:spacing w:after="0" w:before="0" w:line="20" w:lineRule="exact"/>
            </w:pPr>
          </w:p>
          <w:tbl>
            <w:tblPr>
              <w:tblW w:w="0" w:type="auto"/>
              <w:tblLayout w:type="fixed"/>
              <w:tblLook w:val="04A0" w:firstRow="1" w:lastRow="0" w:firstColumn="1" w:lastColumn="0" w:noHBand="0" w:noVBand="1"/>
            </w:tblPr>
            <w:tblGrid>
              <w:gridCol w:w="4896"/>
            </w:tblGrid>
            <w:tr w:rsidR="005A08BA" w14:paraId="34B212A9"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4BCA8DE3" w14:textId="77777777" w:rsidR="005A08BA" w:rsidRDefault="006D4FEF">
                  <w:pPr>
                    <w:spacing w:after="0" w:before="0" w:line="240" w:lineRule="auto"/>
                  </w:pPr>
                  <w:r>
                    <w:rPr>
                      <w:sz w:val="8"/>
                    </w:rPr>
                    <w:t> </w:t>
                  </w:r>
                </w:p>
              </w:tc>
            </w:tr>
            <w:tr w:rsidR="005A08BA" w14:paraId="66B9961B"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2E82B07E" w14:textId="77777777" w:rsidR="005A08BA" w:rsidRDefault="006D4FEF">
                  <w:pPr>
                    <w:spacing w:after="0" w:before="0" w:line="240" w:lineRule="auto"/>
                  </w:pPr>
                  <w:r>
                    <w:rPr>
                      <w:sz w:val="8"/>
                    </w:rPr>
                    <w:t> </w:t>
                  </w:r>
                </w:p>
              </w:tc>
            </w:tr>
            <w:tr w:rsidR="005A08BA" w14:paraId="0B817D8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8C07CD2" w14:textId="77777777" w:rsidR="005A08BA" w:rsidRDefault="006D4FEF">
                  <w:pPr>
                    <w:spacing w:after="0" w:before="0" w:line="240" w:lineRule="auto"/>
                  </w:pPr>
                  <w:r>
                    <w:rPr>
                      <w:sz w:val="8"/>
                    </w:rPr>
                    <w:t> </w:t>
                  </w:r>
                </w:p>
              </w:tc>
            </w:tr>
            <w:tr w:rsidR="005A08BA" w14:paraId="3DC9E1B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01B953A0" w14:textId="77777777" w:rsidR="005A08BA" w:rsidRDefault="006D4FEF">
                  <w:pPr>
                    <w:spacing w:after="0" w:before="0" w:line="240" w:lineRule="auto"/>
                  </w:pPr>
                  <w:r>
                    <w:rPr>
                      <w:sz w:val="8"/>
                    </w:rPr>
                    <w:t> </w:t>
                  </w:r>
                </w:p>
              </w:tc>
            </w:tr>
            <w:tr w:rsidR="005A08BA" w14:paraId="5E4AA5A8"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04E4F2FE" w14:textId="77777777" w:rsidR="005A08BA" w:rsidRDefault="006D4FEF">
                  <w:pPr>
                    <w:spacing w:after="0" w:before="0" w:line="240" w:lineRule="auto"/>
                  </w:pPr>
                  <w:r>
                    <w:rPr>
                      <w:sz w:val="8"/>
                    </w:rPr>
                    <w:t> </w:t>
                  </w:r>
                </w:p>
              </w:tc>
            </w:tr>
            <w:tr w:rsidR="005A08BA" w14:paraId="5D490C6E"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0C1FE63" w14:textId="77777777" w:rsidR="005A08BA" w:rsidRDefault="006D4FEF">
                  <w:pPr>
                    <w:spacing w:after="0" w:before="0" w:line="240" w:lineRule="auto"/>
                  </w:pPr>
                  <w:r>
                    <w:rPr>
                      <w:sz w:val="8"/>
                    </w:rPr>
                    <w:t> </w:t>
                  </w:r>
                </w:p>
              </w:tc>
            </w:tr>
            <w:tr w:rsidR="005A08BA" w14:paraId="735C6C7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566ECA86" w14:textId="77777777" w:rsidR="005A08BA" w:rsidRDefault="006D4FEF">
                  <w:pPr>
                    <w:spacing w:after="0" w:before="0" w:line="240" w:lineRule="auto"/>
                  </w:pPr>
                  <w:r>
                    <w:rPr>
                      <w:sz w:val="8"/>
                    </w:rPr>
                    <w:t> </w:t>
                  </w:r>
                </w:p>
              </w:tc>
            </w:tr>
            <w:tr w:rsidR="005A08BA" w14:paraId="69953F97"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BB9FFC0" w14:textId="77777777" w:rsidR="005A08BA" w:rsidRDefault="006D4FEF">
                  <w:pPr>
                    <w:spacing w:after="0" w:before="0" w:line="240" w:lineRule="auto"/>
                  </w:pPr>
                  <w:r>
                    <w:rPr>
                      <w:sz w:val="8"/>
                    </w:rPr>
                    <w:t> </w:t>
                  </w:r>
                </w:p>
              </w:tc>
            </w:tr>
            <w:tr w:rsidR="005A08BA" w14:paraId="54D7C4CE"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1DB571B4" w14:textId="77777777" w:rsidR="005A08BA" w:rsidRDefault="006D4FEF">
                  <w:pPr>
                    <w:spacing w:after="0" w:before="0" w:line="240" w:lineRule="auto"/>
                  </w:pPr>
                  <w:r>
                    <w:rPr>
                      <w:sz w:val="8"/>
                    </w:rPr>
                    <w:t> </w:t>
                  </w:r>
                </w:p>
              </w:tc>
            </w:tr>
            <w:tr w:rsidR="005A08BA" w14:paraId="1E38C638"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74A5F870" w14:textId="77777777" w:rsidR="005A08BA" w:rsidRDefault="006D4FEF">
                  <w:pPr>
                    <w:spacing w:after="0" w:before="0" w:line="240" w:lineRule="auto"/>
                  </w:pPr>
                  <w:r>
                    <w:rPr>
                      <w:sz w:val="8"/>
                    </w:rPr>
                    <w:t> </w:t>
                  </w:r>
                </w:p>
              </w:tc>
            </w:tr>
            <w:tr w:rsidR="005A08BA" w14:paraId="72B912AE"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03190A9E" w14:textId="77777777" w:rsidR="005A08BA" w:rsidRDefault="006D4FEF">
                  <w:pPr>
                    <w:spacing w:after="0" w:before="0" w:line="240" w:lineRule="auto"/>
                  </w:pPr>
                  <w:r>
                    <w:rPr>
                      <w:sz w:val="8"/>
                    </w:rPr>
                    <w:t> </w:t>
                  </w:r>
                </w:p>
              </w:tc>
            </w:tr>
            <w:tr w:rsidR="005A08BA" w14:paraId="69608CAE"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410EA1C3" w14:textId="77777777" w:rsidR="005A08BA" w:rsidRDefault="006D4FEF">
                  <w:pPr>
                    <w:spacing w:after="0" w:before="0" w:line="240" w:lineRule="auto"/>
                  </w:pPr>
                  <w:r>
                    <w:rPr>
                      <w:sz w:val="8"/>
                    </w:rPr>
                    <w:t> </w:t>
                  </w:r>
                </w:p>
              </w:tc>
            </w:tr>
            <w:tr w:rsidR="005A08BA" w14:paraId="3A8A46DD"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3801DD0E" w14:textId="77777777" w:rsidR="005A08BA" w:rsidRDefault="006D4FEF">
                  <w:pPr>
                    <w:spacing w:after="0" w:before="0" w:line="240" w:lineRule="auto"/>
                  </w:pPr>
                  <w:r>
                    <w:rPr>
                      <w:sz w:val="8"/>
                    </w:rPr>
                    <w:t> </w:t>
                  </w:r>
                </w:p>
              </w:tc>
            </w:tr>
            <w:tr w:rsidR="005A08BA" w14:paraId="1596F6FF"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65CD71E3" w14:textId="77777777" w:rsidR="005A08BA" w:rsidRDefault="006D4FEF">
                  <w:pPr>
                    <w:spacing w:after="0" w:before="0" w:line="240" w:lineRule="auto"/>
                  </w:pPr>
                  <w:r>
                    <w:rPr>
                      <w:sz w:val="8"/>
                    </w:rPr>
                    <w:t> </w:t>
                  </w:r>
                </w:p>
              </w:tc>
            </w:tr>
            <w:tr w:rsidR="005A08BA" w14:paraId="7D266A0E"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5B8E4CD5" w14:textId="77777777" w:rsidR="005A08BA" w:rsidRDefault="006D4FEF">
                  <w:pPr>
                    <w:spacing w:after="0" w:before="0" w:line="240" w:lineRule="auto"/>
                  </w:pPr>
                  <w:r>
                    <w:rPr>
                      <w:sz w:val="8"/>
                    </w:rPr>
                    <w:t> </w:t>
                  </w:r>
                </w:p>
              </w:tc>
            </w:tr>
            <w:tr w:rsidR="005A08BA" w14:paraId="63FA08F0" w14:textId="77777777">
              <w:trPr>
                <w:trHeight w:hRule="exact" w:val="389"/>
              </w:trPr>
              <w:tc>
                <w:tcPr>
                  <w:tcW w:w="4896" w:type="dxa"/>
                  <w:tcBorders>
                    <w:top w:val="nil"/>
                    <w:left w:val="nil"/>
                    <w:bottom w:val="single" w:sz="4" w:space="0" w:color="A0A0A0"/>
                    <w:right w:val="nil"/>
                  </w:tcBorders>
                  <w:tcMar>
                    <w:top w:w="0" w:type="dxa"/>
                    <w:left w:w="0" w:type="dxa"/>
                    <w:bottom w:w="0" w:type="dxa"/>
                    <w:right w:w="0" w:type="dxa"/>
                  </w:tcMar>
                  <w:vAlign w:val="center"/>
                </w:tcPr>
                <w:p w14:paraId="45BFA3C1" w14:textId="77777777" w:rsidR="005A08BA" w:rsidRDefault="006D4FEF">
                  <w:pPr>
                    <w:spacing w:after="0" w:before="0" w:line="240" w:lineRule="auto"/>
                  </w:pPr>
                  <w:r>
                    <w:rPr>
                      <w:sz w:val="8"/>
                    </w:rPr>
                    <w:t> </w:t>
                  </w:r>
                </w:p>
              </w:tc>
            </w:tr>
          </w:tbl>
          <w:p w14:paraId="0A35D9A0" w14:textId="77777777" w:rsidR="005A08BA" w:rsidRDefault="005A08BA">
            <w:pPr>
              <w:spacing w:before="0" w:after="0" w:line="20" w:lineRule="exact"/>
            </w:pPr>
          </w:p>
        </w:tc>
      </w:tr>
    </w:tbl>
    <w:p w14:paraId="147BECD0" w14:textId="77777777" w:rsidR="005A08BA" w:rsidRDefault="005A08BA">
      <w:pPr>
        <w:spacing w:after="0" w:line="20" w:lineRule="exact"/>
      </w:pPr>
    </w:p>
    <w:tbl>
      <w:tblPr>
        <w:tblW w:w="0" w:type="auto"/>
        <w:jc w:val="center"/>
        <w:tblLayout w:type="fixed"/>
        <w:tblLook w:val="04A0" w:firstRow="1" w:lastRow="0" w:firstColumn="1" w:lastColumn="0" w:noHBand="0" w:noVBand="1"/>
      </w:tblPr>
      <w:tblGrid>
        <w:gridCol w:w="13950"/>
      </w:tblGrid>
      <w:tr w:rsidR="005A08BA" w14:paraId="547F14F0" w14:textId="77777777" w:rsidTr="00FF37EA">
        <w:trPr>
          <w:jc w:val="center"/>
        </w:trPr>
        <w:tc>
          <w:tcPr>
            <w:tcW w:w="13950" w:type="dxa"/>
            <w:tcBorders>
              <w:top w:val="nil"/>
              <w:left w:val="nil"/>
              <w:bottom w:val="nil"/>
              <w:right w:val="nil"/>
            </w:tcBorders>
            <w:tcMar>
              <w:top w:w="0" w:type="dxa"/>
              <w:left w:w="0" w:type="dxa"/>
              <w:bottom w:w="0" w:type="dxa"/>
              <w:right w:w="0" w:type="dxa"/>
            </w:tcMar>
          </w:tcPr>
          <w:p w14:paraId="713898F0" w14:textId="77777777" w:rsidR="005A08BA" w:rsidRDefault="006D4FEF">
            <w:pPr>
              <w:spacing w:after="20"/>
            </w:pPr>
            <w:r>
              <w:rPr>
                <w:b/>
                <w:sz w:val="18"/>
              </w:rPr>
              <w:t xml:space="preserve">Directions: </w:t>
            </w:r>
            <w:r>
              <w:rPr>
                <w:sz w:val="18"/>
              </w:rPr>
              <w:t>Share your story of one or more of the memory suggestions above. Include a photo with a caption if you have one. Stories and photos will be used in displays and church communications about Alleluia’s 25th anniversary. Leave this form and any photos in the anniversary box by the welcome desk. Write your name on the back of the photo if you want it returned. Or you can email digital photos to office@alleluialutheranchurch.org</w:t>
            </w:r>
          </w:p>
          <w:p w14:paraId="3DEEA5E0" w14:textId="77777777" w:rsidR="00A91E19" w:rsidRPr="00DA24D1" w:rsidRDefault="006D4FEF">
            <w:pPr>
              <w:spacing w:after="0"/>
              <w:rPr>
                <w:sz w:val="18"/>
              </w:rPr>
            </w:pPr>
            <w:r w:rsidRPr="00DA24D1">
              <w:rPr>
                <w:sz w:val="18"/>
              </w:rPr>
              <w:t>Name (</w:t>
            </w:r>
            <w:proofErr w:type="gramStart"/>
            <w:r w:rsidRPr="00DA24D1">
              <w:rPr>
                <w:sz w:val="18"/>
              </w:rPr>
              <w:t>optional)  _</w:t>
            </w:r>
            <w:proofErr w:type="gramEnd"/>
            <w:r w:rsidRPr="00DA24D1">
              <w:rPr>
                <w:sz w:val="18"/>
              </w:rPr>
              <w:t xml:space="preserve">____________________________________________    </w:t>
            </w:r>
          </w:p>
          <w:p w14:paraId="235023EE" w14:textId="6C3EBD3C" w:rsidR="005A08BA" w:rsidRDefault="006D4FEF">
            <w:pPr>
              <w:spacing w:after="0"/>
            </w:pPr>
            <w:proofErr w:type="gramStart"/>
            <w:r w:rsidRPr="00DA24D1">
              <w:rPr>
                <w:sz w:val="18"/>
              </w:rPr>
              <w:t>☐  Please</w:t>
            </w:r>
            <w:proofErr w:type="gramEnd"/>
            <w:r w:rsidRPr="00DA24D1">
              <w:rPr>
                <w:sz w:val="18"/>
              </w:rPr>
              <w:t xml:space="preserve"> share my story or photo without my name.</w:t>
            </w:r>
          </w:p>
        </w:tc>
      </w:tr>
    </w:tbl>
    <w:p w14:paraId="6AF0037A" w14:textId="77777777" w:rsidR="006D4FEF" w:rsidRDefault="006D4FEF"/>
    <w:sectPr w:rsidR="006D4FEF" w:rsidSect="00034616">
      <w:pgSz w:w="15840" w:h="12240" w:orient="landscape"/>
      <w:pgMar w:top="259" w:right="403" w:bottom="288" w:left="4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eration Sans Narrow">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7406562">
    <w:abstractNumId w:val="8"/>
  </w:num>
  <w:num w:numId="2" w16cid:durableId="1220244432">
    <w:abstractNumId w:val="6"/>
  </w:num>
  <w:num w:numId="3" w16cid:durableId="1330138060">
    <w:abstractNumId w:val="5"/>
  </w:num>
  <w:num w:numId="4" w16cid:durableId="33891933">
    <w:abstractNumId w:val="4"/>
  </w:num>
  <w:num w:numId="5" w16cid:durableId="192958506">
    <w:abstractNumId w:val="7"/>
  </w:num>
  <w:num w:numId="6" w16cid:durableId="903220446">
    <w:abstractNumId w:val="3"/>
  </w:num>
  <w:num w:numId="7" w16cid:durableId="1002708601">
    <w:abstractNumId w:val="2"/>
  </w:num>
  <w:num w:numId="8" w16cid:durableId="1542471493">
    <w:abstractNumId w:val="1"/>
  </w:num>
  <w:num w:numId="9" w16cid:durableId="182885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0D3D"/>
    <w:rsid w:val="0029639D"/>
    <w:rsid w:val="00326F90"/>
    <w:rsid w:val="003C7258"/>
    <w:rsid w:val="003F09E7"/>
    <w:rsid w:val="004A42E2"/>
    <w:rsid w:val="004D5E92"/>
    <w:rsid w:val="00524F20"/>
    <w:rsid w:val="005A08BA"/>
    <w:rsid w:val="00610FF4"/>
    <w:rsid w:val="00666BEE"/>
    <w:rsid w:val="006D4FEF"/>
    <w:rsid w:val="00737400"/>
    <w:rsid w:val="00892056"/>
    <w:rsid w:val="00A5013C"/>
    <w:rsid w:val="00A91E19"/>
    <w:rsid w:val="00AA1D8D"/>
    <w:rsid w:val="00AA7D05"/>
    <w:rsid w:val="00AC66C5"/>
    <w:rsid w:val="00B47730"/>
    <w:rsid w:val="00CB0664"/>
    <w:rsid w:val="00D50B29"/>
    <w:rsid w:val="00DA24D1"/>
    <w:rsid w:val="00E04E7D"/>
    <w:rsid w:val="00ED30B6"/>
    <w:rsid w:val="00FC693F"/>
    <w:rsid w:val="00FF37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CDAF3B0-90BA-4C9C-9056-7B1A4E3DE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Josh Sing</cp:lastModifiedBy>
  <cp:revision>7</cp:revision>
  <dcterms:created xsi:type="dcterms:W3CDTF">2026-09-18T14:49:00Z</dcterms:created>
  <dcterms:modified xsi:type="dcterms:W3CDTF">2026-09-18T16:20:00Z</dcterms:modified>
  <cp:category/>
</cp:coreProperties>
</file>