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AFF3" w14:textId="28CCA15F" w:rsidR="00D32F43" w:rsidRDefault="00D32F4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5786EA" wp14:editId="7B200BC5">
            <wp:simplePos x="0" y="0"/>
            <wp:positionH relativeFrom="column">
              <wp:align>center</wp:align>
            </wp:positionH>
            <wp:positionV relativeFrom="page">
              <wp:posOffset>1216025</wp:posOffset>
            </wp:positionV>
            <wp:extent cx="2679192" cy="1216152"/>
            <wp:effectExtent l="0" t="0" r="6985" b="3175"/>
            <wp:wrapTight wrapText="bothSides">
              <wp:wrapPolygon edited="0">
                <wp:start x="0" y="0"/>
                <wp:lineTo x="0" y="21318"/>
                <wp:lineTo x="21503" y="21318"/>
                <wp:lineTo x="21503" y="0"/>
                <wp:lineTo x="0" y="0"/>
              </wp:wrapPolygon>
            </wp:wrapTight>
            <wp:docPr id="983819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19365" name="Picture 98381936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9192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8B71F" w14:textId="77777777" w:rsidR="00D32F43" w:rsidRDefault="00D32F43">
      <w:pPr>
        <w:pStyle w:val="Heading1"/>
      </w:pPr>
    </w:p>
    <w:p w14:paraId="584CD9DF" w14:textId="77777777" w:rsidR="00D32F43" w:rsidRDefault="00D32F43">
      <w:pPr>
        <w:pStyle w:val="Heading1"/>
      </w:pPr>
    </w:p>
    <w:p w14:paraId="4F1FF30D" w14:textId="29F5DDDB" w:rsidR="00C93E6B" w:rsidRDefault="00000000">
      <w:pPr>
        <w:pStyle w:val="Heading1"/>
      </w:pPr>
      <w:r>
        <w:t>2025 Sleep Out for Homelessness</w:t>
      </w:r>
    </w:p>
    <w:p w14:paraId="6EC3489D" w14:textId="77777777" w:rsidR="004F7D60" w:rsidRPr="004F7D60" w:rsidRDefault="004F7D60" w:rsidP="004F7D60"/>
    <w:p w14:paraId="17BC2519" w14:textId="2E597F0C" w:rsidR="00C93E6B" w:rsidRDefault="00000000">
      <w:r>
        <w:t xml:space="preserve">Join us </w:t>
      </w:r>
      <w:r w:rsidR="005A2F39">
        <w:t xml:space="preserve">as we </w:t>
      </w:r>
      <w:r w:rsidR="009F1E7F">
        <w:t>observe Homelessness Awareness Month</w:t>
      </w:r>
      <w:r w:rsidR="004F7D60">
        <w:t>.  Show</w:t>
      </w:r>
      <w:r w:rsidR="005A2F39">
        <w:t xml:space="preserve"> </w:t>
      </w:r>
      <w:r w:rsidR="009F1E7F">
        <w:t>y</w:t>
      </w:r>
      <w:r w:rsidR="005A2F39">
        <w:t>our</w:t>
      </w:r>
      <w:r>
        <w:t xml:space="preserve"> support</w:t>
      </w:r>
      <w:r w:rsidR="004F7D60">
        <w:t xml:space="preserve"> by participating in the </w:t>
      </w:r>
      <w:r w:rsidR="004D257A">
        <w:t>Blackstone Valley Emergency Shelter</w:t>
      </w:r>
      <w:r>
        <w:t xml:space="preserve"> </w:t>
      </w:r>
      <w:r w:rsidR="004F7D60">
        <w:t>“</w:t>
      </w:r>
      <w:r>
        <w:t>Sleep Out for Homelessness</w:t>
      </w:r>
      <w:r w:rsidR="004F7D60">
        <w:t xml:space="preserve">” </w:t>
      </w:r>
      <w:r>
        <w:t xml:space="preserve">on November </w:t>
      </w:r>
      <w:r w:rsidR="00963A6A">
        <w:t>7</w:t>
      </w:r>
      <w:r w:rsidR="004D257A">
        <w:t xml:space="preserve">, </w:t>
      </w:r>
      <w:r w:rsidR="00963A6A">
        <w:t>8</w:t>
      </w:r>
      <w:r w:rsidR="004D257A">
        <w:t xml:space="preserve">, or </w:t>
      </w:r>
      <w:r w:rsidR="00963A6A">
        <w:t>9</w:t>
      </w:r>
      <w:r>
        <w:t>, 2025.</w:t>
      </w:r>
    </w:p>
    <w:p w14:paraId="7377A65F" w14:textId="48B89503" w:rsidR="0001405D" w:rsidRDefault="0001405D">
      <w:r>
        <w:t xml:space="preserve">How does it work? </w:t>
      </w:r>
    </w:p>
    <w:p w14:paraId="12C9A513" w14:textId="30CDF275" w:rsidR="004F7D60" w:rsidRDefault="00000000">
      <w:pPr>
        <w:pStyle w:val="ListNumber"/>
      </w:pPr>
      <w:r>
        <w:t xml:space="preserve">Step 1: Plan a </w:t>
      </w:r>
      <w:r w:rsidR="00AD361C">
        <w:t>Sleep Out Event on November 7, 8, or 9 in your backyard, a campground, your organization’s property, or even your living room—</w:t>
      </w:r>
      <w:r w:rsidR="00963A6A">
        <w:t>just pick a</w:t>
      </w:r>
      <w:r>
        <w:t xml:space="preserve"> safe space</w:t>
      </w:r>
      <w:r w:rsidR="004F7D60">
        <w:t xml:space="preserve">.  </w:t>
      </w:r>
    </w:p>
    <w:p w14:paraId="7AEBAA0B" w14:textId="77777777" w:rsidR="004F7D60" w:rsidRDefault="004F7D60" w:rsidP="004F7D60">
      <w:pPr>
        <w:pStyle w:val="ListNumber"/>
        <w:numPr>
          <w:ilvl w:val="0"/>
          <w:numId w:val="0"/>
        </w:numPr>
        <w:ind w:left="360"/>
      </w:pPr>
    </w:p>
    <w:p w14:paraId="07BE035B" w14:textId="7AD1BC83" w:rsidR="00C93E6B" w:rsidRPr="00454F88" w:rsidRDefault="004F7D60" w:rsidP="004F7D60">
      <w:pPr>
        <w:pStyle w:val="ListNumber"/>
        <w:numPr>
          <w:ilvl w:val="0"/>
          <w:numId w:val="0"/>
        </w:numPr>
        <w:ind w:left="360"/>
        <w:rPr>
          <w:b/>
          <w:bCs/>
        </w:rPr>
      </w:pPr>
      <w:r w:rsidRPr="00454F88">
        <w:rPr>
          <w:b/>
          <w:bCs/>
        </w:rPr>
        <w:t>We require that you obtain all the proper permission to “sleep out” at the location of your choice.</w:t>
      </w:r>
    </w:p>
    <w:p w14:paraId="21B944B1" w14:textId="77777777" w:rsidR="001D4CAE" w:rsidRDefault="001D4CAE" w:rsidP="001D4CAE">
      <w:pPr>
        <w:pStyle w:val="ListNumber"/>
        <w:numPr>
          <w:ilvl w:val="0"/>
          <w:numId w:val="0"/>
        </w:numPr>
        <w:ind w:left="360"/>
      </w:pPr>
    </w:p>
    <w:p w14:paraId="401EBA4F" w14:textId="2716DB61" w:rsidR="00D32F43" w:rsidRDefault="00D32F43">
      <w:pPr>
        <w:pStyle w:val="ListNumber"/>
      </w:pPr>
      <w:r>
        <w:t>Step 2: Sign up for your Sleep Out using the registration link below.</w:t>
      </w:r>
    </w:p>
    <w:p w14:paraId="0697418A" w14:textId="195A2C9B" w:rsidR="00D32F43" w:rsidRDefault="00AD361C" w:rsidP="00D32F43">
      <w:pPr>
        <w:pStyle w:val="ListNumber"/>
        <w:numPr>
          <w:ilvl w:val="0"/>
          <w:numId w:val="0"/>
        </w:numPr>
        <w:ind w:left="360"/>
      </w:pPr>
      <w:hyperlink r:id="rId7" w:history="1">
        <w:r w:rsidRPr="00D559D2">
          <w:rPr>
            <w:rStyle w:val="Hyperlink"/>
          </w:rPr>
          <w:t>https://www.zeffy.com/en-US/peer-to-peer/sleep-out-for-homelessness</w:t>
        </w:r>
      </w:hyperlink>
    </w:p>
    <w:p w14:paraId="360875C0" w14:textId="77777777" w:rsidR="00AD361C" w:rsidRDefault="00AD361C" w:rsidP="00D32F43">
      <w:pPr>
        <w:pStyle w:val="ListNumber"/>
        <w:numPr>
          <w:ilvl w:val="0"/>
          <w:numId w:val="0"/>
        </w:numPr>
        <w:ind w:left="360"/>
      </w:pPr>
    </w:p>
    <w:p w14:paraId="75C4139A" w14:textId="1E372042" w:rsidR="00C93E6B" w:rsidRDefault="00000000">
      <w:pPr>
        <w:pStyle w:val="ListNumber"/>
      </w:pPr>
      <w:r>
        <w:t xml:space="preserve">Step 3: </w:t>
      </w:r>
      <w:r w:rsidR="00963A6A">
        <w:t>Find sponsors to help us r</w:t>
      </w:r>
      <w:r w:rsidR="00D938D9">
        <w:t xml:space="preserve">aise funds </w:t>
      </w:r>
      <w:r w:rsidR="00963A6A">
        <w:t>for</w:t>
      </w:r>
      <w:r>
        <w:t xml:space="preserve"> </w:t>
      </w:r>
      <w:r w:rsidR="004D257A">
        <w:t>BVES</w:t>
      </w:r>
      <w:r w:rsidR="00963A6A">
        <w:t xml:space="preserve">. Once you register, we will send you the sponsorship sheet. You will be responsible for </w:t>
      </w:r>
      <w:r w:rsidR="00AD361C">
        <w:t xml:space="preserve">mailing the funds to us </w:t>
      </w:r>
      <w:r>
        <w:t>or us</w:t>
      </w:r>
      <w:r w:rsidR="00963A6A">
        <w:t>ing</w:t>
      </w:r>
      <w:r>
        <w:t xml:space="preserve"> the donation link below. Please indicate </w:t>
      </w:r>
      <w:r w:rsidR="00454F88">
        <w:t>“</w:t>
      </w:r>
      <w:r>
        <w:t>Sleep Out</w:t>
      </w:r>
      <w:r w:rsidR="00454F88">
        <w:t>”</w:t>
      </w:r>
      <w:r>
        <w:t xml:space="preserve"> on the memo line.</w:t>
      </w:r>
    </w:p>
    <w:p w14:paraId="4A56A846" w14:textId="114A3E67" w:rsidR="001D4CAE" w:rsidRDefault="00AD361C" w:rsidP="00D32F43">
      <w:pPr>
        <w:pStyle w:val="ListNumber"/>
        <w:numPr>
          <w:ilvl w:val="0"/>
          <w:numId w:val="0"/>
        </w:numPr>
        <w:ind w:left="360" w:hanging="360"/>
      </w:pPr>
      <w:hyperlink r:id="rId8" w:history="1">
        <w:r w:rsidRPr="00D559D2">
          <w:rPr>
            <w:rStyle w:val="Hyperlink"/>
          </w:rPr>
          <w:t>https://www.zeffy.com/en-US/peer-to-peer/sleep-out-for-homelessness</w:t>
        </w:r>
      </w:hyperlink>
    </w:p>
    <w:p w14:paraId="6D147F55" w14:textId="77777777" w:rsidR="00AD361C" w:rsidRDefault="00AD361C" w:rsidP="00D32F43">
      <w:pPr>
        <w:pStyle w:val="ListNumber"/>
        <w:numPr>
          <w:ilvl w:val="0"/>
          <w:numId w:val="0"/>
        </w:numPr>
        <w:ind w:left="360" w:hanging="360"/>
      </w:pPr>
    </w:p>
    <w:p w14:paraId="37DD9574" w14:textId="5B8CF9C4" w:rsidR="00C93E6B" w:rsidRDefault="0001405D" w:rsidP="00D32F43">
      <w:pPr>
        <w:pStyle w:val="ListNumber"/>
        <w:numPr>
          <w:ilvl w:val="0"/>
          <w:numId w:val="0"/>
        </w:numPr>
        <w:ind w:left="360" w:hanging="360"/>
      </w:pPr>
      <w:r>
        <w:t>4</w:t>
      </w:r>
      <w:r w:rsidR="00107D3E">
        <w:t>: Share your experience with others.</w:t>
      </w:r>
    </w:p>
    <w:p w14:paraId="4ABB484D" w14:textId="719DF2F3" w:rsidR="00C93E6B" w:rsidRDefault="00000000">
      <w:r>
        <w:t xml:space="preserve">Unable to sleep out? No worries - support our organization by making a donation and </w:t>
      </w:r>
      <w:r w:rsidR="0001405D">
        <w:t>participating,</w:t>
      </w:r>
      <w:r>
        <w:t xml:space="preserve"> </w:t>
      </w:r>
      <w:r w:rsidR="0001405D">
        <w:t>and watching others</w:t>
      </w:r>
      <w:r>
        <w:t xml:space="preserve"> through </w:t>
      </w:r>
      <w:r w:rsidR="00D32F43">
        <w:t>our</w:t>
      </w:r>
      <w:r>
        <w:t xml:space="preserve"> </w:t>
      </w:r>
      <w:hyperlink r:id="rId9" w:history="1">
        <w:r w:rsidR="00C93E6B" w:rsidRPr="00D32F43">
          <w:rPr>
            <w:rStyle w:val="Hyperlink"/>
          </w:rPr>
          <w:t>website</w:t>
        </w:r>
      </w:hyperlink>
      <w:r>
        <w:t xml:space="preserve"> </w:t>
      </w:r>
      <w:r w:rsidR="00963A6A">
        <w:t>(</w:t>
      </w:r>
      <w:hyperlink r:id="rId10" w:history="1">
        <w:r w:rsidR="00963A6A" w:rsidRPr="00D559D2">
          <w:rPr>
            <w:rStyle w:val="Hyperlink"/>
          </w:rPr>
          <w:t>www.bvemergencyshelter.org</w:t>
        </w:r>
      </w:hyperlink>
      <w:r w:rsidR="00963A6A">
        <w:t xml:space="preserve">) </w:t>
      </w:r>
      <w:r>
        <w:t xml:space="preserve">or </w:t>
      </w:r>
      <w:hyperlink r:id="rId11" w:history="1">
        <w:r w:rsidR="00C93E6B" w:rsidRPr="00D32F43">
          <w:rPr>
            <w:rStyle w:val="Hyperlink"/>
          </w:rPr>
          <w:t>Facebook page</w:t>
        </w:r>
      </w:hyperlink>
      <w:r w:rsidR="00963A6A">
        <w:t xml:space="preserve"> (@bvemergencyshelter).</w:t>
      </w:r>
    </w:p>
    <w:sectPr w:rsidR="00C93E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043843">
    <w:abstractNumId w:val="8"/>
  </w:num>
  <w:num w:numId="2" w16cid:durableId="386224557">
    <w:abstractNumId w:val="6"/>
  </w:num>
  <w:num w:numId="3" w16cid:durableId="1327397970">
    <w:abstractNumId w:val="5"/>
  </w:num>
  <w:num w:numId="4" w16cid:durableId="1174538976">
    <w:abstractNumId w:val="4"/>
  </w:num>
  <w:num w:numId="5" w16cid:durableId="756901006">
    <w:abstractNumId w:val="7"/>
  </w:num>
  <w:num w:numId="6" w16cid:durableId="454367541">
    <w:abstractNumId w:val="3"/>
  </w:num>
  <w:num w:numId="7" w16cid:durableId="1683627639">
    <w:abstractNumId w:val="2"/>
  </w:num>
  <w:num w:numId="8" w16cid:durableId="1997026255">
    <w:abstractNumId w:val="1"/>
  </w:num>
  <w:num w:numId="9" w16cid:durableId="83973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05D"/>
    <w:rsid w:val="00034616"/>
    <w:rsid w:val="0006063C"/>
    <w:rsid w:val="000D35E9"/>
    <w:rsid w:val="00107D3E"/>
    <w:rsid w:val="0015074B"/>
    <w:rsid w:val="001D4CAE"/>
    <w:rsid w:val="0029639D"/>
    <w:rsid w:val="00326F90"/>
    <w:rsid w:val="00432A5C"/>
    <w:rsid w:val="00454F88"/>
    <w:rsid w:val="004D257A"/>
    <w:rsid w:val="004F7D60"/>
    <w:rsid w:val="005A2F39"/>
    <w:rsid w:val="00695E13"/>
    <w:rsid w:val="00963A6A"/>
    <w:rsid w:val="009F1E7F"/>
    <w:rsid w:val="00A971AC"/>
    <w:rsid w:val="00AA1D8D"/>
    <w:rsid w:val="00AD361C"/>
    <w:rsid w:val="00B4306E"/>
    <w:rsid w:val="00B47730"/>
    <w:rsid w:val="00C93E6B"/>
    <w:rsid w:val="00CB0664"/>
    <w:rsid w:val="00D32F43"/>
    <w:rsid w:val="00D938D9"/>
    <w:rsid w:val="00F953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2C02C7"/>
  <w14:defaultImageDpi w14:val="300"/>
  <w15:docId w15:val="{83FD4AA8-D4CF-4EA5-AA5C-9DCC956A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32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2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ffy.com/en-US/peer-to-peer/sleep-out-for-homelessnes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zeffy.com/en-US/peer-to-peer/sleep-out-for-homelessness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://www.facebook.com/bvemergencyshelt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vemergencyshelter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vemergencyshelt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1290</Characters>
  <Application>Microsoft Office Word</Application>
  <DocSecurity>0</DocSecurity>
  <Lines>29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JL Reichert</cp:lastModifiedBy>
  <cp:revision>2</cp:revision>
  <dcterms:created xsi:type="dcterms:W3CDTF">2025-09-04T16:16:00Z</dcterms:created>
  <dcterms:modified xsi:type="dcterms:W3CDTF">2025-09-04T16:16:00Z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056c6692-07be-4ad9-87ad-8aca8b9f0bbe</vt:lpwstr>
  </property>
</Properties>
</file>