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AFF3" w14:textId="28CCA15F" w:rsidR="00D32F43" w:rsidRDefault="00D32F4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5786EA" wp14:editId="7B200BC5">
            <wp:simplePos x="0" y="0"/>
            <wp:positionH relativeFrom="column">
              <wp:align>center</wp:align>
            </wp:positionH>
            <wp:positionV relativeFrom="page">
              <wp:posOffset>1216025</wp:posOffset>
            </wp:positionV>
            <wp:extent cx="2679192" cy="1216152"/>
            <wp:effectExtent l="0" t="0" r="6985" b="3175"/>
            <wp:wrapTight wrapText="bothSides">
              <wp:wrapPolygon edited="0">
                <wp:start x="0" y="0"/>
                <wp:lineTo x="0" y="21318"/>
                <wp:lineTo x="21503" y="21318"/>
                <wp:lineTo x="21503" y="0"/>
                <wp:lineTo x="0" y="0"/>
              </wp:wrapPolygon>
            </wp:wrapTight>
            <wp:docPr id="983819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19365" name="Picture 98381936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9192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8B71F" w14:textId="77777777" w:rsidR="00D32F43" w:rsidRDefault="00D32F43">
      <w:pPr>
        <w:pStyle w:val="Heading1"/>
      </w:pPr>
    </w:p>
    <w:p w14:paraId="584CD9DF" w14:textId="77777777" w:rsidR="00D32F43" w:rsidRDefault="00D32F43">
      <w:pPr>
        <w:pStyle w:val="Heading1"/>
      </w:pPr>
    </w:p>
    <w:p w14:paraId="4F1FF30D" w14:textId="266B38A8" w:rsidR="00C93E6B" w:rsidRDefault="00000000">
      <w:pPr>
        <w:pStyle w:val="Heading1"/>
      </w:pPr>
      <w:r>
        <w:t>202</w:t>
      </w:r>
      <w:r w:rsidR="0070401F">
        <w:t>6</w:t>
      </w:r>
      <w:r>
        <w:t xml:space="preserve"> Sleep Out for Homelessness</w:t>
      </w:r>
    </w:p>
    <w:p w14:paraId="17BC2519" w14:textId="4A572F4D" w:rsidR="00C93E6B" w:rsidRDefault="00000000">
      <w:r>
        <w:t xml:space="preserve">Join us </w:t>
      </w:r>
      <w:r w:rsidR="005A2F39">
        <w:t>as we kick off the National Week of Hunger and Homelessness Awareness and show our</w:t>
      </w:r>
      <w:r>
        <w:t xml:space="preserve"> support </w:t>
      </w:r>
      <w:r w:rsidR="005A2F39">
        <w:t xml:space="preserve">for </w:t>
      </w:r>
      <w:r w:rsidR="004D257A">
        <w:t>the Blackstone Valley Emergency Shelter</w:t>
      </w:r>
      <w:r>
        <w:t xml:space="preserve"> by participating in the Sleep Out for Homelessness on </w:t>
      </w:r>
      <w:r w:rsidR="0070401F">
        <w:t>6, 7, or 8, 2026</w:t>
      </w:r>
      <w:r>
        <w:t>.</w:t>
      </w:r>
    </w:p>
    <w:p w14:paraId="7377A65F" w14:textId="48B89503" w:rsidR="0001405D" w:rsidRDefault="0001405D">
      <w:r>
        <w:t xml:space="preserve">How does it work? </w:t>
      </w:r>
    </w:p>
    <w:p w14:paraId="07BE035B" w14:textId="0474974A" w:rsidR="00C93E6B" w:rsidRDefault="00000000">
      <w:pPr>
        <w:pStyle w:val="ListNumber"/>
      </w:pPr>
      <w:r>
        <w:t xml:space="preserve">Step 1: Plan a </w:t>
      </w:r>
      <w:r w:rsidR="0001405D">
        <w:t>Sleep</w:t>
      </w:r>
      <w:r w:rsidR="00D32F43">
        <w:t xml:space="preserve"> O</w:t>
      </w:r>
      <w:r w:rsidR="0001405D">
        <w:t xml:space="preserve">ut Event on November </w:t>
      </w:r>
      <w:r w:rsidR="0070401F">
        <w:t>6</w:t>
      </w:r>
      <w:r w:rsidR="0001405D">
        <w:t>,</w:t>
      </w:r>
      <w:r w:rsidR="0070401F">
        <w:t xml:space="preserve"> 7, or 8</w:t>
      </w:r>
      <w:r w:rsidR="0001405D">
        <w:t xml:space="preserve"> in your backyard, campground, organization,</w:t>
      </w:r>
      <w:r>
        <w:t xml:space="preserve"> or other safe space.</w:t>
      </w:r>
    </w:p>
    <w:p w14:paraId="401EBA4F" w14:textId="54B31D96" w:rsidR="00D32F43" w:rsidRDefault="00D32F43">
      <w:pPr>
        <w:pStyle w:val="ListNumber"/>
      </w:pPr>
      <w:r>
        <w:t xml:space="preserve">Step 2: Sign up for your Sleep Out with the Blackstone Valley Emergency Shelter using the registration link below. </w:t>
      </w:r>
    </w:p>
    <w:p w14:paraId="0697418A" w14:textId="037587A4" w:rsidR="00D32F43" w:rsidRDefault="0070401F" w:rsidP="00D32F43">
      <w:pPr>
        <w:pStyle w:val="ListNumber"/>
        <w:numPr>
          <w:ilvl w:val="0"/>
          <w:numId w:val="0"/>
        </w:numPr>
        <w:ind w:left="360"/>
      </w:pPr>
      <w:hyperlink r:id="rId7" w:history="1">
        <w:r w:rsidRPr="0070401F">
          <w:rPr>
            <w:rStyle w:val="Hyperlink"/>
          </w:rPr>
          <w:t>https://www.bvemergencyshelter.org/event-details/bves-sleepout-2026-10-years-of-hope-in-action-1</w:t>
        </w:r>
      </w:hyperlink>
    </w:p>
    <w:p w14:paraId="75C4139A" w14:textId="55FCD6D9" w:rsidR="00C93E6B" w:rsidRDefault="00000000">
      <w:pPr>
        <w:pStyle w:val="ListNumber"/>
      </w:pPr>
      <w:r>
        <w:t xml:space="preserve">Step 3: Donate a monetary gift to </w:t>
      </w:r>
      <w:r w:rsidR="004D257A">
        <w:t>BVES</w:t>
      </w:r>
      <w:r>
        <w:t xml:space="preserve"> by mailing a check to </w:t>
      </w:r>
      <w:r w:rsidR="004D257A">
        <w:t xml:space="preserve">Box #332, Whitinsville, MA  01588, </w:t>
      </w:r>
      <w:r>
        <w:t>or use the donation link below. Please indicate Sleep Out on the memo line.</w:t>
      </w:r>
    </w:p>
    <w:p w14:paraId="3BBF067C" w14:textId="69F8F8B2" w:rsidR="00107D3E" w:rsidRPr="00107D3E" w:rsidRDefault="00107D3E" w:rsidP="005A2F39">
      <w:pPr>
        <w:pStyle w:val="ListNumber"/>
        <w:numPr>
          <w:ilvl w:val="0"/>
          <w:numId w:val="0"/>
        </w:numPr>
        <w:ind w:left="360"/>
        <w:rPr>
          <w:rStyle w:val="Hyperlink"/>
        </w:rPr>
      </w:pPr>
      <w:r>
        <w:fldChar w:fldCharType="begin"/>
      </w:r>
      <w:r>
        <w:instrText>HYPERLINK "https://checkout.square.site/merchant/MLAVZ6XK0T19Q/checkout/JQIPWI2XC2PK473ZF7P5O7FE"</w:instrText>
      </w:r>
      <w:r>
        <w:fldChar w:fldCharType="separate"/>
      </w:r>
      <w:r w:rsidRPr="00107D3E">
        <w:rPr>
          <w:rStyle w:val="Hyperlink"/>
        </w:rPr>
        <w:t>https://checkout.square.site/merchant/MLAVZ6XK0T19Q/checkout/JQIPWI2XC2PK473ZF7P5O7FE</w:t>
      </w:r>
    </w:p>
    <w:p w14:paraId="37DD9574" w14:textId="5CC1C221" w:rsidR="00C93E6B" w:rsidRDefault="00107D3E" w:rsidP="00D32F43">
      <w:pPr>
        <w:pStyle w:val="ListNumber"/>
        <w:numPr>
          <w:ilvl w:val="0"/>
          <w:numId w:val="0"/>
        </w:numPr>
        <w:ind w:left="360" w:hanging="360"/>
      </w:pPr>
      <w:r>
        <w:fldChar w:fldCharType="end"/>
      </w:r>
      <w:r w:rsidR="0001405D">
        <w:t>4</w:t>
      </w:r>
      <w:r>
        <w:t>: Share your experience with others.</w:t>
      </w:r>
    </w:p>
    <w:p w14:paraId="4ABB484D" w14:textId="62BDDE6F" w:rsidR="00C93E6B" w:rsidRDefault="00000000">
      <w:r>
        <w:t xml:space="preserve">Unable to sleep out? No worries - support our organization by making a donation and </w:t>
      </w:r>
      <w:r w:rsidR="0001405D">
        <w:t>participating,</w:t>
      </w:r>
      <w:r>
        <w:t xml:space="preserve"> </w:t>
      </w:r>
      <w:r w:rsidR="0001405D">
        <w:t>and watching others</w:t>
      </w:r>
      <w:r>
        <w:t xml:space="preserve"> through </w:t>
      </w:r>
      <w:r w:rsidR="00D32F43">
        <w:t>our</w:t>
      </w:r>
      <w:r>
        <w:t xml:space="preserve"> </w:t>
      </w:r>
      <w:hyperlink r:id="rId8" w:history="1">
        <w:r w:rsidR="00C93E6B" w:rsidRPr="00D32F43">
          <w:rPr>
            <w:rStyle w:val="Hyperlink"/>
          </w:rPr>
          <w:t>website</w:t>
        </w:r>
      </w:hyperlink>
      <w:r>
        <w:t xml:space="preserve"> or </w:t>
      </w:r>
      <w:hyperlink r:id="rId9" w:history="1">
        <w:r w:rsidR="00C93E6B" w:rsidRPr="00D32F43">
          <w:rPr>
            <w:rStyle w:val="Hyperlink"/>
          </w:rPr>
          <w:t>Facebook page</w:t>
        </w:r>
      </w:hyperlink>
      <w:r>
        <w:t>!</w:t>
      </w:r>
    </w:p>
    <w:sectPr w:rsidR="00C93E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9043843">
    <w:abstractNumId w:val="8"/>
  </w:num>
  <w:num w:numId="2" w16cid:durableId="386224557">
    <w:abstractNumId w:val="6"/>
  </w:num>
  <w:num w:numId="3" w16cid:durableId="1327397970">
    <w:abstractNumId w:val="5"/>
  </w:num>
  <w:num w:numId="4" w16cid:durableId="1174538976">
    <w:abstractNumId w:val="4"/>
  </w:num>
  <w:num w:numId="5" w16cid:durableId="756901006">
    <w:abstractNumId w:val="7"/>
  </w:num>
  <w:num w:numId="6" w16cid:durableId="454367541">
    <w:abstractNumId w:val="3"/>
  </w:num>
  <w:num w:numId="7" w16cid:durableId="1683627639">
    <w:abstractNumId w:val="2"/>
  </w:num>
  <w:num w:numId="8" w16cid:durableId="1997026255">
    <w:abstractNumId w:val="1"/>
  </w:num>
  <w:num w:numId="9" w16cid:durableId="83973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05D"/>
    <w:rsid w:val="00034616"/>
    <w:rsid w:val="0006063C"/>
    <w:rsid w:val="00107D3E"/>
    <w:rsid w:val="0015074B"/>
    <w:rsid w:val="0029639D"/>
    <w:rsid w:val="00326F90"/>
    <w:rsid w:val="004A7515"/>
    <w:rsid w:val="004D257A"/>
    <w:rsid w:val="005A2F39"/>
    <w:rsid w:val="0070401F"/>
    <w:rsid w:val="00A971AC"/>
    <w:rsid w:val="00AA1D8D"/>
    <w:rsid w:val="00B47730"/>
    <w:rsid w:val="00C93E6B"/>
    <w:rsid w:val="00CB0664"/>
    <w:rsid w:val="00D32F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2C02C7"/>
  <w14:defaultImageDpi w14:val="300"/>
  <w15:docId w15:val="{83FD4AA8-D4CF-4EA5-AA5C-9DCC956A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32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2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vemergencyshelter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bvemergencyshelter.org/event-details/bves-sleepout-2026-10-years-of-hope-in-action-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acebook.com/bvemergencyshel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JL Reichert</cp:lastModifiedBy>
  <cp:revision>2</cp:revision>
  <dcterms:created xsi:type="dcterms:W3CDTF">2026-07-29T14:09:00Z</dcterms:created>
  <dcterms:modified xsi:type="dcterms:W3CDTF">2026-07-29T14:09:00Z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056c6692-07be-4ad9-87ad-8aca8b9f0bbe</vt:lpwstr>
  </property>
</Properties>
</file>