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C7BB3" w14:textId="77777777" w:rsidR="008E05FF" w:rsidRDefault="00000000">
      <w:pPr>
        <w:pStyle w:val="Heading1"/>
      </w:pPr>
      <w:r>
        <w:t>Find Your Community</w:t>
      </w:r>
    </w:p>
    <w:p w14:paraId="3F526828" w14:textId="77777777" w:rsidR="008E05FF" w:rsidRDefault="00000000">
      <w:pPr>
        <w:pStyle w:val="Heading2"/>
      </w:pPr>
      <w:r>
        <w:t>There's a Place for You</w:t>
      </w:r>
    </w:p>
    <w:p w14:paraId="5772901C" w14:textId="77777777" w:rsidR="008E05FF" w:rsidRDefault="00000000">
      <w:r>
        <w:t>Life is better when we do it together.</w:t>
      </w:r>
      <w:r>
        <w:br/>
      </w:r>
      <w:r>
        <w:br/>
        <w:t>At First Baptist Church Fairview, Community Groups are where friendships are formed, faith is strengthened, and lives are changed through God's Word and authentic community.</w:t>
      </w:r>
      <w:r>
        <w:br/>
      </w:r>
      <w:r>
        <w:br/>
        <w:t>Whether you're new to our church, have been attending for years, or are simply looking for a place to connect, we'd love to help you find a group that feels like home. Our groups meet throughout the week in homes and at the church, creating opportunities to learn from God's Word, encourage one another, pray together, and simply do life together.</w:t>
      </w:r>
      <w:r>
        <w:br/>
      </w:r>
      <w:r>
        <w:br/>
        <w:t>No matter your age or stage of life, there's a place for you. We hope you'll join us as we continue to know Christ more deeply, grow together in faith, and go share His love with our community.</w:t>
      </w:r>
    </w:p>
    <w:p w14:paraId="610F6A3F" w14:textId="77777777" w:rsidR="008E05FF" w:rsidRDefault="00000000">
      <w:pPr>
        <w:pStyle w:val="Heading2"/>
      </w:pPr>
      <w:r>
        <w:t>Sunday Community Groups</w:t>
      </w:r>
    </w:p>
    <w:p w14:paraId="276BD831" w14:textId="77777777" w:rsidR="008E05FF" w:rsidRDefault="00000000">
      <w:pPr>
        <w:pStyle w:val="Heading3"/>
      </w:pPr>
      <w:r>
        <w:t>Wilderness Way Community Group</w:t>
      </w:r>
    </w:p>
    <w:p w14:paraId="6F519974" w14:textId="598F888C" w:rsidR="008E05FF" w:rsidRDefault="00BE3B9D">
      <w:pPr>
        <w:pStyle w:val="ListBullet"/>
      </w:pPr>
      <w:r>
        <w:t>Leader</w:t>
      </w:r>
      <w:r w:rsidR="00000000">
        <w:t>s: DeWayne &amp; Tesha Goodgine</w:t>
      </w:r>
    </w:p>
    <w:p w14:paraId="2878E630" w14:textId="77777777" w:rsidR="008E05FF" w:rsidRDefault="00000000">
      <w:pPr>
        <w:pStyle w:val="ListBullet"/>
      </w:pPr>
      <w:r>
        <w:t>Meets: Weekly • Sundays at 6:00 PM</w:t>
      </w:r>
    </w:p>
    <w:p w14:paraId="41237A68" w14:textId="77777777" w:rsidR="008E05FF" w:rsidRDefault="00000000">
      <w:pPr>
        <w:pStyle w:val="ListBullet"/>
      </w:pPr>
      <w:r>
        <w:t>Location: Fellowship Hall</w:t>
      </w:r>
    </w:p>
    <w:p w14:paraId="091BBFC0" w14:textId="77777777" w:rsidR="008E05FF" w:rsidRDefault="00000000">
      <w:pPr>
        <w:pStyle w:val="ListBullet"/>
      </w:pPr>
      <w:r>
        <w:t>Study: Wilderness Way – A 12-week book study</w:t>
      </w:r>
    </w:p>
    <w:p w14:paraId="0897E5AC" w14:textId="77777777" w:rsidR="008E05FF" w:rsidRDefault="00000000">
      <w:pPr>
        <w:pStyle w:val="ListBullet"/>
      </w:pPr>
      <w:r>
        <w:t>Who Can Attend: All ages (coed)</w:t>
      </w:r>
    </w:p>
    <w:p w14:paraId="46529E72" w14:textId="77777777" w:rsidR="008E05FF" w:rsidRDefault="00000000">
      <w:pPr>
        <w:pStyle w:val="ListBullet"/>
      </w:pPr>
      <w:r>
        <w:t>Childcare: Provided</w:t>
      </w:r>
    </w:p>
    <w:p w14:paraId="6A9566A2" w14:textId="77777777" w:rsidR="008E05FF" w:rsidRDefault="00000000">
      <w:pPr>
        <w:pStyle w:val="ListBullet"/>
      </w:pPr>
      <w:r>
        <w:t>Contact: 731-434-9210</w:t>
      </w:r>
    </w:p>
    <w:p w14:paraId="008F5249" w14:textId="77777777" w:rsidR="008E05FF" w:rsidRDefault="00000000">
      <w:r>
        <w:t>Come walk through Wilderness Way with us as we grow in God's Word, encourage one another, and build meaningful friendships. Everyone is welcome, and childcare is provided.</w:t>
      </w:r>
    </w:p>
    <w:p w14:paraId="1554708C" w14:textId="77777777" w:rsidR="008E05FF" w:rsidRDefault="00000000">
      <w:pPr>
        <w:pStyle w:val="Heading3"/>
      </w:pPr>
      <w:r>
        <w:t>Dean &amp; Lois Shelton and John New Community Group</w:t>
      </w:r>
    </w:p>
    <w:p w14:paraId="636E5CE9" w14:textId="1713809F" w:rsidR="008E05FF" w:rsidRDefault="00BE3B9D">
      <w:pPr>
        <w:pStyle w:val="ListBullet"/>
      </w:pPr>
      <w:r>
        <w:t>Leader</w:t>
      </w:r>
      <w:r w:rsidR="00000000">
        <w:t>s: Dean &amp; Lois Shelton and John New</w:t>
      </w:r>
    </w:p>
    <w:p w14:paraId="1BEF48E0" w14:textId="77777777" w:rsidR="008E05FF" w:rsidRDefault="00000000">
      <w:pPr>
        <w:pStyle w:val="ListBullet"/>
      </w:pPr>
      <w:r>
        <w:t>Meets: Weekly • Sundays at 6:00 PM</w:t>
      </w:r>
    </w:p>
    <w:p w14:paraId="45CB7CA9" w14:textId="77777777" w:rsidR="008E05FF" w:rsidRDefault="00000000">
      <w:pPr>
        <w:pStyle w:val="ListBullet"/>
      </w:pPr>
      <w:r>
        <w:t>Location: FBC Parsonage, 7308 Overbey Rd.</w:t>
      </w:r>
    </w:p>
    <w:p w14:paraId="2A7A3D95" w14:textId="77777777" w:rsidR="008E05FF" w:rsidRDefault="00000000">
      <w:pPr>
        <w:pStyle w:val="ListBullet"/>
      </w:pPr>
      <w:r>
        <w:t>Study: Bible Study &amp; Discussion</w:t>
      </w:r>
    </w:p>
    <w:p w14:paraId="2E993CF8" w14:textId="77777777" w:rsidR="008E05FF" w:rsidRDefault="00000000">
      <w:pPr>
        <w:pStyle w:val="ListBullet"/>
      </w:pPr>
      <w:r>
        <w:t>Who Can Attend: Mixed adults</w:t>
      </w:r>
    </w:p>
    <w:p w14:paraId="47C4C6A4" w14:textId="77777777" w:rsidR="008E05FF" w:rsidRDefault="00000000">
      <w:pPr>
        <w:pStyle w:val="ListBullet"/>
      </w:pPr>
      <w:r>
        <w:t>Childcare: Contact leaders for information</w:t>
      </w:r>
    </w:p>
    <w:p w14:paraId="63056588" w14:textId="77777777" w:rsidR="008E05FF" w:rsidRDefault="00000000">
      <w:pPr>
        <w:pStyle w:val="ListBullet"/>
      </w:pPr>
      <w:r>
        <w:t>Contact: 615-948-5540</w:t>
      </w:r>
    </w:p>
    <w:p w14:paraId="6114F815" w14:textId="77777777" w:rsidR="008E05FF" w:rsidRDefault="00000000">
      <w:r>
        <w:lastRenderedPageBreak/>
        <w:t>Join us for Bible study, prayer, discussion, and genuine fellowship in a relaxed, welcoming environment.</w:t>
      </w:r>
    </w:p>
    <w:p w14:paraId="7C7E2A1F" w14:textId="77777777" w:rsidR="008E05FF" w:rsidRDefault="00000000">
      <w:pPr>
        <w:pStyle w:val="Heading3"/>
      </w:pPr>
      <w:r>
        <w:t>Bob Hammer Community Group</w:t>
      </w:r>
    </w:p>
    <w:p w14:paraId="0F22E811" w14:textId="37BA3D33" w:rsidR="008E05FF" w:rsidRDefault="00BE3B9D">
      <w:pPr>
        <w:pStyle w:val="ListBullet"/>
      </w:pPr>
      <w:r>
        <w:t>Leader</w:t>
      </w:r>
      <w:r w:rsidR="00000000">
        <w:t>: Bob Hammer</w:t>
      </w:r>
    </w:p>
    <w:p w14:paraId="492D90F1" w14:textId="77777777" w:rsidR="008E05FF" w:rsidRDefault="00000000">
      <w:pPr>
        <w:pStyle w:val="ListBullet"/>
      </w:pPr>
      <w:r>
        <w:t>Meets: First &amp; Third Sundays • 5:30 PM</w:t>
      </w:r>
    </w:p>
    <w:p w14:paraId="741E534D" w14:textId="77777777" w:rsidR="008E05FF" w:rsidRDefault="00000000">
      <w:pPr>
        <w:pStyle w:val="ListBullet"/>
      </w:pPr>
      <w:r>
        <w:t>Location: FBC Overbey House, 7305 Overbey Rd.</w:t>
      </w:r>
    </w:p>
    <w:p w14:paraId="4A6EA470" w14:textId="77777777" w:rsidR="008E05FF" w:rsidRDefault="00000000">
      <w:pPr>
        <w:pStyle w:val="ListBullet"/>
      </w:pPr>
      <w:r>
        <w:t>Study: Topic-Based Bible Study</w:t>
      </w:r>
    </w:p>
    <w:p w14:paraId="11A73315" w14:textId="77777777" w:rsidR="008E05FF" w:rsidRDefault="00000000">
      <w:pPr>
        <w:pStyle w:val="ListBullet"/>
      </w:pPr>
      <w:r>
        <w:t>Who Can Attend: Mixed adults</w:t>
      </w:r>
    </w:p>
    <w:p w14:paraId="565F70AA" w14:textId="77777777" w:rsidR="008E05FF" w:rsidRDefault="00000000">
      <w:pPr>
        <w:pStyle w:val="ListBullet"/>
      </w:pPr>
      <w:r>
        <w:t>Childcare: Not provided</w:t>
      </w:r>
    </w:p>
    <w:p w14:paraId="267200E7" w14:textId="77777777" w:rsidR="008E05FF" w:rsidRDefault="00000000">
      <w:pPr>
        <w:pStyle w:val="ListBullet"/>
      </w:pPr>
      <w:r>
        <w:t>Bring: A favorite finger food to share</w:t>
      </w:r>
    </w:p>
    <w:p w14:paraId="7E995AE8" w14:textId="77777777" w:rsidR="008E05FF" w:rsidRDefault="00000000">
      <w:pPr>
        <w:pStyle w:val="ListBullet"/>
      </w:pPr>
      <w:r>
        <w:t>Contact: 615-714-6696</w:t>
      </w:r>
    </w:p>
    <w:p w14:paraId="5C4170F0" w14:textId="77777777" w:rsidR="008E05FF" w:rsidRDefault="00000000">
      <w:r>
        <w:t>Enjoy meaningful conversation, Bible study, and fellowship while sharing a favorite finger food together.</w:t>
      </w:r>
    </w:p>
    <w:p w14:paraId="55968E5D" w14:textId="77777777" w:rsidR="008E05FF" w:rsidRDefault="00000000">
      <w:pPr>
        <w:pStyle w:val="Heading2"/>
      </w:pPr>
      <w:r>
        <w:t>Monday Community Groups</w:t>
      </w:r>
    </w:p>
    <w:p w14:paraId="0BE06433" w14:textId="77777777" w:rsidR="008E05FF" w:rsidRDefault="00000000">
      <w:pPr>
        <w:pStyle w:val="Heading3"/>
      </w:pPr>
      <w:r>
        <w:t>Dave &amp; Wendy Wallace Community Group</w:t>
      </w:r>
    </w:p>
    <w:p w14:paraId="3A70A6E9" w14:textId="4F628600" w:rsidR="008E05FF" w:rsidRDefault="00BE3B9D">
      <w:pPr>
        <w:pStyle w:val="ListBullet"/>
      </w:pPr>
      <w:r>
        <w:t>Leaders:</w:t>
      </w:r>
      <w:r w:rsidR="00000000">
        <w:t xml:space="preserve"> Dave &amp; Wendy Wallace</w:t>
      </w:r>
    </w:p>
    <w:p w14:paraId="0EBFFCD5" w14:textId="77777777" w:rsidR="008E05FF" w:rsidRDefault="00000000">
      <w:pPr>
        <w:pStyle w:val="ListBullet"/>
      </w:pPr>
      <w:r>
        <w:t>Meets: Every Other Monday • 6:30 PM</w:t>
      </w:r>
    </w:p>
    <w:p w14:paraId="76533617" w14:textId="77777777" w:rsidR="008E05FF" w:rsidRDefault="00000000">
      <w:pPr>
        <w:pStyle w:val="ListBullet"/>
      </w:pPr>
      <w:r>
        <w:t>Location: 7216 Little John Lane</w:t>
      </w:r>
    </w:p>
    <w:p w14:paraId="714F11D4" w14:textId="77777777" w:rsidR="008E05FF" w:rsidRDefault="00000000">
      <w:pPr>
        <w:pStyle w:val="ListBullet"/>
      </w:pPr>
      <w:r>
        <w:t>Study: Coming soon</w:t>
      </w:r>
    </w:p>
    <w:p w14:paraId="016BED6D" w14:textId="77777777" w:rsidR="008E05FF" w:rsidRDefault="00000000">
      <w:pPr>
        <w:pStyle w:val="ListBullet"/>
      </w:pPr>
      <w:r>
        <w:t>Who Can Attend: Coming soon</w:t>
      </w:r>
    </w:p>
    <w:p w14:paraId="2480285F" w14:textId="77777777" w:rsidR="008E05FF" w:rsidRDefault="00000000">
      <w:pPr>
        <w:pStyle w:val="ListBullet"/>
      </w:pPr>
      <w:r>
        <w:t>Childcare: Coming soon</w:t>
      </w:r>
    </w:p>
    <w:p w14:paraId="639979B6" w14:textId="77777777" w:rsidR="008E05FF" w:rsidRDefault="00000000">
      <w:pPr>
        <w:pStyle w:val="ListBullet"/>
      </w:pPr>
      <w:r>
        <w:t>Contact: 615-973-2835</w:t>
      </w:r>
    </w:p>
    <w:p w14:paraId="11DF1F1D" w14:textId="77777777" w:rsidR="008E05FF" w:rsidRDefault="00000000">
      <w:r>
        <w:t>Dave and Wendy welcome you into their home every other Monday evening for fellowship, encouragement, and growing together in Christ.</w:t>
      </w:r>
    </w:p>
    <w:p w14:paraId="37B94B31" w14:textId="77777777" w:rsidR="008E05FF" w:rsidRDefault="00000000">
      <w:pPr>
        <w:pStyle w:val="Heading2"/>
      </w:pPr>
      <w:r>
        <w:t>Wednesday Community Groups</w:t>
      </w:r>
    </w:p>
    <w:p w14:paraId="5A865E5B" w14:textId="77777777" w:rsidR="008E05FF" w:rsidRDefault="00000000">
      <w:pPr>
        <w:pStyle w:val="Heading3"/>
      </w:pPr>
      <w:r>
        <w:t>Bob Hammer Wednesday Morning Community Group</w:t>
      </w:r>
    </w:p>
    <w:p w14:paraId="6FDEB4CE" w14:textId="1DD54F0A" w:rsidR="008E05FF" w:rsidRDefault="00BE3B9D">
      <w:pPr>
        <w:pStyle w:val="ListBullet"/>
      </w:pPr>
      <w:r>
        <w:t>Leader:</w:t>
      </w:r>
      <w:r w:rsidR="00000000">
        <w:t xml:space="preserve"> Bob Hammer</w:t>
      </w:r>
    </w:p>
    <w:p w14:paraId="4DCB2451" w14:textId="77777777" w:rsidR="008E05FF" w:rsidRDefault="00000000">
      <w:pPr>
        <w:pStyle w:val="ListBullet"/>
      </w:pPr>
      <w:r>
        <w:t>Meets: Weekly • Wednesdays at 10:00 AM</w:t>
      </w:r>
    </w:p>
    <w:p w14:paraId="053D1D68" w14:textId="77777777" w:rsidR="008E05FF" w:rsidRDefault="00000000">
      <w:pPr>
        <w:pStyle w:val="ListBullet"/>
      </w:pPr>
      <w:r>
        <w:t>Location: FBC Overbey House, 7305 Overbey Rd.</w:t>
      </w:r>
    </w:p>
    <w:p w14:paraId="149DDA6D" w14:textId="77777777" w:rsidR="008E05FF" w:rsidRDefault="00000000">
      <w:pPr>
        <w:pStyle w:val="ListBullet"/>
      </w:pPr>
      <w:r>
        <w:t>Study: The Holy Spirit — Exploring the basics while answering questions and diving deeper into God's Word</w:t>
      </w:r>
    </w:p>
    <w:p w14:paraId="06D1518E" w14:textId="77777777" w:rsidR="008E05FF" w:rsidRDefault="00000000">
      <w:pPr>
        <w:pStyle w:val="ListBullet"/>
      </w:pPr>
      <w:r>
        <w:t>Who Can Attend: Mixed adults — everyone is welcome</w:t>
      </w:r>
    </w:p>
    <w:p w14:paraId="273272C7" w14:textId="77777777" w:rsidR="008E05FF" w:rsidRDefault="00000000">
      <w:pPr>
        <w:pStyle w:val="ListBullet"/>
      </w:pPr>
      <w:r>
        <w:t>Childcare: Not provided</w:t>
      </w:r>
    </w:p>
    <w:p w14:paraId="556A0CFD" w14:textId="77777777" w:rsidR="008E05FF" w:rsidRDefault="00000000">
      <w:pPr>
        <w:pStyle w:val="ListBullet"/>
      </w:pPr>
      <w:r>
        <w:t>Contact: 615-714-6696</w:t>
      </w:r>
    </w:p>
    <w:p w14:paraId="608137CD" w14:textId="77777777" w:rsidR="008E05FF" w:rsidRDefault="00000000">
      <w:r>
        <w:lastRenderedPageBreak/>
        <w:t>Explore the basics of the Holy Spirit, ask questions, and dive deeper into Scripture in a welcoming setting.</w:t>
      </w:r>
    </w:p>
    <w:p w14:paraId="584690E8" w14:textId="77777777" w:rsidR="008E05FF" w:rsidRDefault="00000000">
      <w:pPr>
        <w:pStyle w:val="Heading3"/>
      </w:pPr>
      <w:r>
        <w:t>Visser &amp; Williams Bible Study</w:t>
      </w:r>
    </w:p>
    <w:p w14:paraId="26320187" w14:textId="1E95A253" w:rsidR="008E05FF" w:rsidRDefault="00BE3B9D">
      <w:pPr>
        <w:pStyle w:val="ListBullet"/>
      </w:pPr>
      <w:r>
        <w:t>Leaders</w:t>
      </w:r>
      <w:r w:rsidR="00000000">
        <w:t>: Mitchell &amp; Leah Williams and Jon &amp; Carla Visser</w:t>
      </w:r>
    </w:p>
    <w:p w14:paraId="67716B70" w14:textId="77777777" w:rsidR="008E05FF" w:rsidRDefault="00000000">
      <w:pPr>
        <w:pStyle w:val="ListBullet"/>
      </w:pPr>
      <w:r>
        <w:t>Meets: Weekly • Wednesdays at 6:30 PM</w:t>
      </w:r>
    </w:p>
    <w:p w14:paraId="053387E6" w14:textId="77777777" w:rsidR="008E05FF" w:rsidRDefault="00000000">
      <w:pPr>
        <w:pStyle w:val="ListBullet"/>
      </w:pPr>
      <w:r>
        <w:t>Location: FBC Parsonage, 7308 Overbey Rd.</w:t>
      </w:r>
    </w:p>
    <w:p w14:paraId="24F13EB9" w14:textId="77777777" w:rsidR="008E05FF" w:rsidRDefault="00000000">
      <w:pPr>
        <w:pStyle w:val="ListBullet"/>
      </w:pPr>
      <w:r>
        <w:t>Study: Visser &amp; Williams Bible Study</w:t>
      </w:r>
    </w:p>
    <w:p w14:paraId="56001393" w14:textId="77777777" w:rsidR="008E05FF" w:rsidRDefault="00000000">
      <w:pPr>
        <w:pStyle w:val="ListBullet"/>
      </w:pPr>
      <w:r>
        <w:t>Who Can Attend: All ages (coed)</w:t>
      </w:r>
    </w:p>
    <w:p w14:paraId="5BFBDC78" w14:textId="77777777" w:rsidR="008E05FF" w:rsidRDefault="00000000">
      <w:pPr>
        <w:pStyle w:val="ListBullet"/>
      </w:pPr>
      <w:r>
        <w:t>Childcare: Provided</w:t>
      </w:r>
    </w:p>
    <w:p w14:paraId="6845E146" w14:textId="77777777" w:rsidR="008E05FF" w:rsidRDefault="00000000">
      <w:pPr>
        <w:pStyle w:val="ListBullet"/>
      </w:pPr>
      <w:r>
        <w:t>Contacts: Mitchell &amp; Leah Williams – 615-478-5083; Jon &amp; Carla Visser – 615-881-3594</w:t>
      </w:r>
    </w:p>
    <w:p w14:paraId="5BE03A08" w14:textId="77777777" w:rsidR="008E05FF" w:rsidRDefault="00000000">
      <w:r>
        <w:t>Join us each week for Bible study, prayer, conversation, and authentic Christian community.</w:t>
      </w:r>
    </w:p>
    <w:p w14:paraId="441F2B8F" w14:textId="77777777" w:rsidR="008E05FF" w:rsidRDefault="00000000">
      <w:pPr>
        <w:pStyle w:val="Heading2"/>
      </w:pPr>
      <w:r>
        <w:t>We'd Love to Help You Get Connected</w:t>
      </w:r>
    </w:p>
    <w:p w14:paraId="7AD6E0F1" w14:textId="77777777" w:rsidR="008E05FF" w:rsidRDefault="00000000">
      <w:r>
        <w:t>Finding the right Community Group can make a big church feel like family. If you're not sure which group is the best fit, contact the church office—we'd love to help you find your place.</w:t>
      </w:r>
    </w:p>
    <w:p w14:paraId="20806F25" w14:textId="01CACAD7" w:rsidR="008E05FF" w:rsidRDefault="00000000">
      <w:pPr>
        <w:pStyle w:val="Heading2"/>
      </w:pPr>
      <w:r>
        <w:t xml:space="preserve">Interested in </w:t>
      </w:r>
      <w:r w:rsidR="00BE3B9D">
        <w:t>Leadin</w:t>
      </w:r>
      <w:r>
        <w:t>g a Community Group?</w:t>
      </w:r>
    </w:p>
    <w:p w14:paraId="7A34A000" w14:textId="77777777" w:rsidR="008E05FF" w:rsidRDefault="00000000">
      <w:r>
        <w:t>Hospitality is one of the many ways God uses His people to encourage and care for others. If you have a heart for opening your home, leading a discussion, or simply helping people connect, we'd love to talk with you.</w:t>
      </w:r>
      <w:r>
        <w:br/>
      </w:r>
      <w:r>
        <w:br/>
        <w:t>Visit the church office or email connect@fbcfairview.org to learn more about becoming a Community Group host.</w:t>
      </w:r>
    </w:p>
    <w:sectPr w:rsidR="008E05F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3102168">
    <w:abstractNumId w:val="8"/>
  </w:num>
  <w:num w:numId="2" w16cid:durableId="672608130">
    <w:abstractNumId w:val="6"/>
  </w:num>
  <w:num w:numId="3" w16cid:durableId="1536037777">
    <w:abstractNumId w:val="5"/>
  </w:num>
  <w:num w:numId="4" w16cid:durableId="682518136">
    <w:abstractNumId w:val="4"/>
  </w:num>
  <w:num w:numId="5" w16cid:durableId="1064061687">
    <w:abstractNumId w:val="7"/>
  </w:num>
  <w:num w:numId="6" w16cid:durableId="1017318435">
    <w:abstractNumId w:val="3"/>
  </w:num>
  <w:num w:numId="7" w16cid:durableId="556474941">
    <w:abstractNumId w:val="2"/>
  </w:num>
  <w:num w:numId="8" w16cid:durableId="1476483679">
    <w:abstractNumId w:val="1"/>
  </w:num>
  <w:num w:numId="9" w16cid:durableId="385372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6220"/>
    <w:rsid w:val="003F16D9"/>
    <w:rsid w:val="00643BA1"/>
    <w:rsid w:val="008E05FF"/>
    <w:rsid w:val="00AA1D8D"/>
    <w:rsid w:val="00B47730"/>
    <w:rsid w:val="00BE3B9D"/>
    <w:rsid w:val="00CB0664"/>
    <w:rsid w:val="00F537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FF9B6"/>
  <w14:defaultImageDpi w14:val="300"/>
  <w15:docId w15:val="{5C10E99E-C860-4014-88E1-F2EE32CE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E3B9D"/>
    <w:rPr>
      <w:color w:val="0000FF" w:themeColor="hyperlink"/>
      <w:u w:val="single"/>
    </w:rPr>
  </w:style>
  <w:style w:type="character" w:styleId="UnresolvedMention">
    <w:name w:val="Unresolved Mention"/>
    <w:basedOn w:val="DefaultParagraphFont"/>
    <w:uiPriority w:val="99"/>
    <w:semiHidden/>
    <w:unhideWhenUsed/>
    <w:rsid w:val="00BE3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Annessa Jean</cp:lastModifiedBy>
  <cp:revision>1</cp:revision>
  <cp:lastPrinted>2026-07-27T18:15:00Z</cp:lastPrinted>
  <dcterms:created xsi:type="dcterms:W3CDTF">2013-12-23T23:15:00Z</dcterms:created>
  <dcterms:modified xsi:type="dcterms:W3CDTF">2026-07-28T14:26:00Z</dcterms:modified>
  <cp:category/>
</cp:coreProperties>
</file>