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EF973" w14:textId="1889F124" w:rsidR="00101B1F" w:rsidRPr="00EF1574" w:rsidRDefault="00BA20A8" w:rsidP="003E622F">
      <w:pPr>
        <w:pStyle w:val="Heading1"/>
        <w:spacing w:before="0"/>
        <w:jc w:val="center"/>
        <w:rPr>
          <w:color w:val="auto"/>
        </w:rPr>
      </w:pPr>
      <w:r w:rsidRPr="00EF1574">
        <w:rPr>
          <w:color w:val="auto"/>
        </w:rPr>
        <w:t>Creating Accessible Meetings</w:t>
      </w:r>
    </w:p>
    <w:p w14:paraId="3DE4A4FE" w14:textId="0D266BBE" w:rsidR="00101B1F" w:rsidRPr="00EF1574" w:rsidRDefault="00BA20A8">
      <w:pPr>
        <w:jc w:val="center"/>
      </w:pPr>
      <w:r w:rsidRPr="00EF1574">
        <w:t>ADA-Aligned Checklist</w:t>
      </w:r>
    </w:p>
    <w:p w14:paraId="079A73A0" w14:textId="77777777" w:rsidR="00101B1F" w:rsidRPr="00EF1574" w:rsidRDefault="00BA20A8">
      <w:pPr>
        <w:pStyle w:val="Heading2"/>
        <w:rPr>
          <w:color w:val="auto"/>
        </w:rPr>
      </w:pPr>
      <w:r w:rsidRPr="00EF1574">
        <w:rPr>
          <w:color w:val="auto"/>
        </w:rPr>
        <w:t>Arrival, Parking &amp; Wayfinding</w:t>
      </w:r>
    </w:p>
    <w:p w14:paraId="4B528250" w14:textId="10FF8D98" w:rsidR="00101B1F" w:rsidRPr="00EF1574" w:rsidRDefault="00BA20A8" w:rsidP="003E622F">
      <w:pPr>
        <w:pStyle w:val="ListBullet"/>
      </w:pPr>
      <w:r w:rsidRPr="00EF1574">
        <w:t>Accessible parking provided, including van-accessible spaces (8 ft space + 8 ft access aisle)</w:t>
      </w:r>
    </w:p>
    <w:p w14:paraId="375E11F4" w14:textId="71293DCE" w:rsidR="00101B1F" w:rsidRPr="00EF1574" w:rsidRDefault="00BA20A8" w:rsidP="003E622F">
      <w:pPr>
        <w:pStyle w:val="ListBullet"/>
      </w:pPr>
      <w:r w:rsidRPr="00EF1574">
        <w:t>Accessible spaces clearly marked with signage</w:t>
      </w:r>
    </w:p>
    <w:p w14:paraId="2EE37DC8" w14:textId="48C7B8BB" w:rsidR="00101B1F" w:rsidRPr="00EF1574" w:rsidRDefault="00BA20A8" w:rsidP="003E622F">
      <w:pPr>
        <w:pStyle w:val="ListBullet"/>
      </w:pPr>
      <w:r w:rsidRPr="00EF1574">
        <w:t>Curb cuts connect parking to sidewalks or paths</w:t>
      </w:r>
    </w:p>
    <w:p w14:paraId="685D27B6" w14:textId="6A4C1285" w:rsidR="00101B1F" w:rsidRPr="00EF1574" w:rsidRDefault="00BA20A8" w:rsidP="003E622F">
      <w:pPr>
        <w:pStyle w:val="ListBullet"/>
      </w:pPr>
      <w:r w:rsidRPr="00EF1574">
        <w:t>Clear, level path of travel from parking to entrance</w:t>
      </w:r>
    </w:p>
    <w:p w14:paraId="58C96AF3" w14:textId="77777777" w:rsidR="00101B1F" w:rsidRPr="00EF1574" w:rsidRDefault="00BA20A8">
      <w:pPr>
        <w:pStyle w:val="Heading2"/>
        <w:rPr>
          <w:color w:val="auto"/>
        </w:rPr>
      </w:pPr>
      <w:r w:rsidRPr="00EF1574">
        <w:rPr>
          <w:color w:val="auto"/>
        </w:rPr>
        <w:t>Building Entrance</w:t>
      </w:r>
    </w:p>
    <w:p w14:paraId="4218D374" w14:textId="66163BFF" w:rsidR="00101B1F" w:rsidRPr="00EF1574" w:rsidRDefault="00BA20A8">
      <w:pPr>
        <w:pStyle w:val="ListBullet"/>
      </w:pPr>
      <w:r w:rsidRPr="00EF1574">
        <w:t>Zero-step entrance or ramp available</w:t>
      </w:r>
    </w:p>
    <w:p w14:paraId="4D74E78D" w14:textId="28E3C7EA" w:rsidR="00101B1F" w:rsidRPr="00EF1574" w:rsidRDefault="00BA20A8">
      <w:pPr>
        <w:pStyle w:val="ListBullet"/>
      </w:pPr>
      <w:r w:rsidRPr="00EF1574">
        <w:t>Doorways provide at least 32 inches of clear width</w:t>
      </w:r>
    </w:p>
    <w:p w14:paraId="18E3E0F8" w14:textId="5316F9E7" w:rsidR="00101B1F" w:rsidRPr="00EF1574" w:rsidRDefault="00BA20A8">
      <w:pPr>
        <w:pStyle w:val="ListBullet"/>
      </w:pPr>
      <w:r w:rsidRPr="00EF1574">
        <w:t>Doors easy to open or automatic</w:t>
      </w:r>
    </w:p>
    <w:p w14:paraId="793A4E46" w14:textId="042C7AE8" w:rsidR="00101B1F" w:rsidRPr="00EF1574" w:rsidRDefault="00BA20A8">
      <w:pPr>
        <w:pStyle w:val="ListBullet"/>
      </w:pPr>
      <w:r w:rsidRPr="00EF1574">
        <w:t>Thresholds do not create tripping hazards</w:t>
      </w:r>
    </w:p>
    <w:p w14:paraId="4CD9DEDF" w14:textId="77777777" w:rsidR="00101B1F" w:rsidRPr="00EF1574" w:rsidRDefault="00BA20A8">
      <w:pPr>
        <w:pStyle w:val="Heading2"/>
        <w:rPr>
          <w:color w:val="auto"/>
        </w:rPr>
      </w:pPr>
      <w:r w:rsidRPr="00EF1574">
        <w:rPr>
          <w:color w:val="auto"/>
        </w:rPr>
        <w:t>Path of Travel (Inside)</w:t>
      </w:r>
    </w:p>
    <w:p w14:paraId="5D47EC33" w14:textId="2A5AA5CA" w:rsidR="00101B1F" w:rsidRPr="00EF1574" w:rsidRDefault="00BA20A8">
      <w:pPr>
        <w:pStyle w:val="ListBullet"/>
      </w:pPr>
      <w:r w:rsidRPr="00EF1574">
        <w:t>Continuous 32-inch minimum clear path of travel throughout space</w:t>
      </w:r>
    </w:p>
    <w:p w14:paraId="2B3D3C8A" w14:textId="23B5E1AA" w:rsidR="00101B1F" w:rsidRPr="00EF1574" w:rsidRDefault="00BA20A8">
      <w:pPr>
        <w:pStyle w:val="ListBullet"/>
      </w:pPr>
      <w:r w:rsidRPr="00EF1574">
        <w:t>Walkways free of cords, rugs, or obstructions</w:t>
      </w:r>
    </w:p>
    <w:p w14:paraId="67485611" w14:textId="53FCC0EA" w:rsidR="00101B1F" w:rsidRPr="00EF1574" w:rsidRDefault="00BA20A8">
      <w:pPr>
        <w:pStyle w:val="ListBullet"/>
      </w:pPr>
      <w:r w:rsidRPr="00EF1574">
        <w:t>Elevators or lifts available if meeting is not on ground level</w:t>
      </w:r>
    </w:p>
    <w:p w14:paraId="5D1AC582" w14:textId="77777777" w:rsidR="00101B1F" w:rsidRPr="00EF1574" w:rsidRDefault="00BA20A8">
      <w:pPr>
        <w:pStyle w:val="Heading2"/>
        <w:rPr>
          <w:color w:val="auto"/>
        </w:rPr>
      </w:pPr>
      <w:r w:rsidRPr="00EF1574">
        <w:rPr>
          <w:color w:val="auto"/>
        </w:rPr>
        <w:t>Seating &amp; Tables</w:t>
      </w:r>
    </w:p>
    <w:p w14:paraId="6717E550" w14:textId="64E2C8B9" w:rsidR="00101B1F" w:rsidRPr="00EF1574" w:rsidRDefault="00BA20A8">
      <w:pPr>
        <w:pStyle w:val="ListBullet"/>
      </w:pPr>
      <w:r w:rsidRPr="00EF1574">
        <w:t>Wheelchair-accessible seating integrated throughout the room</w:t>
      </w:r>
    </w:p>
    <w:p w14:paraId="1AC52D25" w14:textId="5F685293" w:rsidR="00101B1F" w:rsidRDefault="00BA20A8">
      <w:pPr>
        <w:pStyle w:val="ListBullet"/>
      </w:pPr>
      <w:r w:rsidRPr="00EF1574">
        <w:t>Tables provide knee clearance (approximately 27 inches high)</w:t>
      </w:r>
    </w:p>
    <w:p w14:paraId="0BCD867A" w14:textId="041A460C" w:rsidR="00AB20B4" w:rsidRPr="00EF1574" w:rsidRDefault="00AB20B4">
      <w:pPr>
        <w:pStyle w:val="ListBullet"/>
      </w:pPr>
      <w:r>
        <w:t>Tables and chairs are not crowded</w:t>
      </w:r>
    </w:p>
    <w:p w14:paraId="19619A51" w14:textId="77777777" w:rsidR="00101B1F" w:rsidRPr="00EF1574" w:rsidRDefault="00BA20A8">
      <w:pPr>
        <w:pStyle w:val="Heading2"/>
        <w:rPr>
          <w:color w:val="auto"/>
        </w:rPr>
      </w:pPr>
      <w:r w:rsidRPr="00EF1574">
        <w:rPr>
          <w:color w:val="auto"/>
        </w:rPr>
        <w:t>Communication &amp; Program Accessibility</w:t>
      </w:r>
    </w:p>
    <w:p w14:paraId="5069DFE7" w14:textId="421E1E3A" w:rsidR="00101B1F" w:rsidRDefault="00BA20A8">
      <w:pPr>
        <w:pStyle w:val="ListBullet"/>
      </w:pPr>
      <w:r w:rsidRPr="00EF1574">
        <w:t>Microphone used consistently for speakers and announcements</w:t>
      </w:r>
    </w:p>
    <w:p w14:paraId="707CE6AF" w14:textId="2910064E" w:rsidR="00AB20B4" w:rsidRPr="00EF1574" w:rsidRDefault="00AB20B4">
      <w:pPr>
        <w:pStyle w:val="ListBullet"/>
      </w:pPr>
      <w:r>
        <w:t>Speakers are introduced so that participants with vision loss know who is speaking</w:t>
      </w:r>
    </w:p>
    <w:p w14:paraId="08BF8FE4" w14:textId="2BDD313B" w:rsidR="00101B1F" w:rsidRDefault="00BA20A8">
      <w:pPr>
        <w:pStyle w:val="ListBullet"/>
      </w:pPr>
      <w:r w:rsidRPr="00EF1574">
        <w:t>Visual materials are high-contrast and easy to read</w:t>
      </w:r>
    </w:p>
    <w:p w14:paraId="2109C437" w14:textId="7409FF92" w:rsidR="00AB20B4" w:rsidRPr="00EF1574" w:rsidRDefault="00AB20B4">
      <w:pPr>
        <w:pStyle w:val="ListBullet"/>
      </w:pPr>
      <w:r>
        <w:t>Interpreters or captioning are provided if requested ahead of the meeting</w:t>
      </w:r>
    </w:p>
    <w:p w14:paraId="37FFD1AE" w14:textId="77777777" w:rsidR="00101B1F" w:rsidRPr="00EF1574" w:rsidRDefault="00BA20A8">
      <w:pPr>
        <w:pStyle w:val="Heading2"/>
        <w:rPr>
          <w:color w:val="auto"/>
        </w:rPr>
      </w:pPr>
      <w:r w:rsidRPr="00EF1574">
        <w:rPr>
          <w:color w:val="auto"/>
        </w:rPr>
        <w:t>Food, Beverage &amp; Social Areas</w:t>
      </w:r>
    </w:p>
    <w:p w14:paraId="6C1BCE5C" w14:textId="4EF0A184" w:rsidR="00101B1F" w:rsidRPr="00EF1574" w:rsidRDefault="00BA20A8">
      <w:pPr>
        <w:pStyle w:val="ListBullet"/>
      </w:pPr>
      <w:r w:rsidRPr="00EF1574">
        <w:t>Buffet and beverage stations within reach range</w:t>
      </w:r>
      <w:r w:rsidR="00AB20B4">
        <w:t xml:space="preserve"> &amp; assistance is available for carrying items</w:t>
      </w:r>
    </w:p>
    <w:p w14:paraId="01C88A93" w14:textId="19D1AA58" w:rsidR="00101B1F" w:rsidRDefault="00BA20A8">
      <w:pPr>
        <w:pStyle w:val="ListBullet"/>
      </w:pPr>
      <w:r w:rsidRPr="00EF1574">
        <w:t>Clear paths maintained around food areas</w:t>
      </w:r>
    </w:p>
    <w:p w14:paraId="26C9396F" w14:textId="39489393" w:rsidR="00CD2BCD" w:rsidRPr="00EF1574" w:rsidRDefault="00CD2BCD">
      <w:pPr>
        <w:pStyle w:val="ListBullet"/>
      </w:pPr>
      <w:r>
        <w:t xml:space="preserve">A range of options are present for those with </w:t>
      </w:r>
      <w:r w:rsidR="003044B1">
        <w:t xml:space="preserve">specific </w:t>
      </w:r>
      <w:r>
        <w:t>dietary</w:t>
      </w:r>
      <w:r w:rsidR="003044B1">
        <w:t xml:space="preserve"> needs</w:t>
      </w:r>
    </w:p>
    <w:p w14:paraId="0578D34B" w14:textId="34461655" w:rsidR="00101B1F" w:rsidRPr="00EF1574" w:rsidRDefault="00BA20A8">
      <w:pPr>
        <w:pStyle w:val="ListBullet"/>
      </w:pPr>
      <w:r w:rsidRPr="00EF1574">
        <w:t>If a bar is present, a lowered or drop-down accessible section is available</w:t>
      </w:r>
    </w:p>
    <w:p w14:paraId="074E85F8" w14:textId="78D088ED" w:rsidR="00101B1F" w:rsidRPr="00EF1574" w:rsidRDefault="00BA20A8">
      <w:pPr>
        <w:pStyle w:val="Heading2"/>
        <w:rPr>
          <w:color w:val="auto"/>
        </w:rPr>
      </w:pPr>
      <w:r w:rsidRPr="00EF1574">
        <w:rPr>
          <w:color w:val="auto"/>
        </w:rPr>
        <w:lastRenderedPageBreak/>
        <w:t>Inclusive Practices</w:t>
      </w:r>
    </w:p>
    <w:p w14:paraId="6A763B85" w14:textId="74681AB0" w:rsidR="00101B1F" w:rsidRPr="00EF1574" w:rsidRDefault="00BA20A8">
      <w:pPr>
        <w:pStyle w:val="ListBullet"/>
      </w:pPr>
      <w:r w:rsidRPr="00EF1574">
        <w:t>Accessibility information included in meeting or event announcements</w:t>
      </w:r>
    </w:p>
    <w:p w14:paraId="54D6565A" w14:textId="7823FA19" w:rsidR="00101B1F" w:rsidRPr="00EF1574" w:rsidRDefault="00BA20A8">
      <w:pPr>
        <w:pStyle w:val="ListBullet"/>
      </w:pPr>
      <w:r w:rsidRPr="00EF1574">
        <w:t>Attendees asked if accommodations are needed</w:t>
      </w:r>
    </w:p>
    <w:p w14:paraId="3DBBA95D" w14:textId="6F782C00" w:rsidR="00101B1F" w:rsidRPr="00EF1574" w:rsidRDefault="003E622F">
      <w:pPr>
        <w:pStyle w:val="ListBullet"/>
      </w:pPr>
      <w:r>
        <w:t>L</w:t>
      </w:r>
      <w:r w:rsidR="00BA20A8" w:rsidRPr="00EF1574">
        <w:t>eadership promotes a welcoming and inclusive environment</w:t>
      </w:r>
    </w:p>
    <w:p w14:paraId="635D397D" w14:textId="703D01BF" w:rsidR="00101B1F" w:rsidRPr="00EF1574" w:rsidRDefault="00BA20A8">
      <w:r w:rsidRPr="00EF1574">
        <w:rPr>
          <w:b/>
        </w:rPr>
        <w:br/>
        <w:t>ADA Accessibility Disclaimer:</w:t>
      </w:r>
    </w:p>
    <w:p w14:paraId="0A734F0C" w14:textId="3F66BFD2" w:rsidR="00101B1F" w:rsidRPr="00EF1574" w:rsidRDefault="00BA20A8">
      <w:r w:rsidRPr="00EF1574">
        <w:t xml:space="preserve">This checklist is provided as a practical guide to support </w:t>
      </w:r>
      <w:r w:rsidR="003E622F">
        <w:t>a</w:t>
      </w:r>
      <w:r w:rsidRPr="00EF1574">
        <w:t xml:space="preserve"> commitment to inclusion and accessibility. It reflects widely recognized ADA best practices but is not intended as legal advice or a formal accessibility inspection. </w:t>
      </w:r>
      <w:r w:rsidR="003E622F">
        <w:t>Meeting planners</w:t>
      </w:r>
      <w:r w:rsidRPr="00EF1574">
        <w:t xml:space="preserve"> are encouraged to make reasonable efforts to improve access and to consult local resources when planning meetings and events. Developed in partnership with Valley Associates for Independent Living (VAIL).</w:t>
      </w:r>
    </w:p>
    <w:sectPr w:rsidR="00101B1F" w:rsidRPr="00EF1574" w:rsidSect="003E622F">
      <w:headerReference w:type="default" r:id="rId11"/>
      <w:pgSz w:w="12240" w:h="15840"/>
      <w:pgMar w:top="306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A783B" w14:textId="77777777" w:rsidR="0084475C" w:rsidRDefault="0084475C">
      <w:pPr>
        <w:spacing w:after="0" w:line="240" w:lineRule="auto"/>
      </w:pPr>
      <w:r>
        <w:separator/>
      </w:r>
    </w:p>
  </w:endnote>
  <w:endnote w:type="continuationSeparator" w:id="0">
    <w:p w14:paraId="5C28E2C6" w14:textId="77777777" w:rsidR="0084475C" w:rsidRDefault="00844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92771" w14:textId="77777777" w:rsidR="0084475C" w:rsidRDefault="0084475C">
      <w:pPr>
        <w:spacing w:after="0" w:line="240" w:lineRule="auto"/>
      </w:pPr>
      <w:r>
        <w:separator/>
      </w:r>
    </w:p>
  </w:footnote>
  <w:footnote w:type="continuationSeparator" w:id="0">
    <w:p w14:paraId="2F55DF08" w14:textId="77777777" w:rsidR="0084475C" w:rsidRDefault="00844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09F6D" w14:textId="474640B7" w:rsidR="00101B1F" w:rsidRDefault="00BA20A8">
    <w:pPr>
      <w:pStyle w:val="Header"/>
      <w:jc w:val="center"/>
    </w:pPr>
    <w:r>
      <w:rPr>
        <w:noProof/>
      </w:rPr>
      <w:drawing>
        <wp:inline distT="0" distB="0" distL="0" distR="0" wp14:anchorId="7687E949" wp14:editId="570D9D83">
          <wp:extent cx="1463040" cy="1463040"/>
          <wp:effectExtent l="0" t="0" r="0" b="0"/>
          <wp:docPr id="1326163690" name="Picture 1326163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ng VAIL_Logo_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3040" cy="14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AD9CC3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0A678B9"/>
    <w:multiLevelType w:val="hybridMultilevel"/>
    <w:tmpl w:val="2D347A96"/>
    <w:lvl w:ilvl="0" w:tplc="5D0C0596">
      <w:start w:val="1"/>
      <w:numFmt w:val="bullet"/>
      <w:pStyle w:val="List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452984">
    <w:abstractNumId w:val="8"/>
  </w:num>
  <w:num w:numId="2" w16cid:durableId="1525242197">
    <w:abstractNumId w:val="6"/>
  </w:num>
  <w:num w:numId="3" w16cid:durableId="1864858376">
    <w:abstractNumId w:val="5"/>
  </w:num>
  <w:num w:numId="4" w16cid:durableId="1750467433">
    <w:abstractNumId w:val="4"/>
  </w:num>
  <w:num w:numId="5" w16cid:durableId="1409381342">
    <w:abstractNumId w:val="7"/>
  </w:num>
  <w:num w:numId="6" w16cid:durableId="25640215">
    <w:abstractNumId w:val="3"/>
  </w:num>
  <w:num w:numId="7" w16cid:durableId="2083865507">
    <w:abstractNumId w:val="2"/>
  </w:num>
  <w:num w:numId="8" w16cid:durableId="1146437340">
    <w:abstractNumId w:val="1"/>
  </w:num>
  <w:num w:numId="9" w16cid:durableId="201787926">
    <w:abstractNumId w:val="0"/>
  </w:num>
  <w:num w:numId="10" w16cid:durableId="14732101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697F"/>
    <w:rsid w:val="00101B1F"/>
    <w:rsid w:val="0015074B"/>
    <w:rsid w:val="001C71AE"/>
    <w:rsid w:val="001D0E1F"/>
    <w:rsid w:val="0029639D"/>
    <w:rsid w:val="003044B1"/>
    <w:rsid w:val="00326F90"/>
    <w:rsid w:val="003E622F"/>
    <w:rsid w:val="00451B38"/>
    <w:rsid w:val="007869FD"/>
    <w:rsid w:val="007A4765"/>
    <w:rsid w:val="0084475C"/>
    <w:rsid w:val="00AA1D8D"/>
    <w:rsid w:val="00AB20B4"/>
    <w:rsid w:val="00B47730"/>
    <w:rsid w:val="00BA20A8"/>
    <w:rsid w:val="00CB0664"/>
    <w:rsid w:val="00CD2BCD"/>
    <w:rsid w:val="00D93B01"/>
    <w:rsid w:val="00E04937"/>
    <w:rsid w:val="00EF1574"/>
    <w:rsid w:val="00F30352"/>
    <w:rsid w:val="00F661C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AD94A0"/>
  <w14:defaultImageDpi w14:val="300"/>
  <w15:docId w15:val="{1205571A-6A03-4DC6-A927-94B5C9694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46905e-4a60-40fd-8bc3-55b8fdc9a8e5" xsi:nil="true"/>
    <lcf76f155ced4ddcb4097134ff3c332f xmlns="cd9fb0ce-cc5e-4069-a635-474c35d56436">
      <Terms xmlns="http://schemas.microsoft.com/office/infopath/2007/PartnerControls"/>
    </lcf76f155ced4ddcb4097134ff3c332f>
    <Canva_x0020_link xmlns="cd9fb0ce-cc5e-4069-a635-474c35d56436">
      <Url xsi:nil="true"/>
      <Description xsi:nil="true"/>
    </Canva_x0020_link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4A14DBBA55DC48809AFC08C18A0C39" ma:contentTypeVersion="14" ma:contentTypeDescription="Create a new document." ma:contentTypeScope="" ma:versionID="49f3955f8be39cc4925dc5ea0044f02e">
  <xsd:schema xmlns:xsd="http://www.w3.org/2001/XMLSchema" xmlns:xs="http://www.w3.org/2001/XMLSchema" xmlns:p="http://schemas.microsoft.com/office/2006/metadata/properties" xmlns:ns2="cd9fb0ce-cc5e-4069-a635-474c35d56436" xmlns:ns3="5546905e-4a60-40fd-8bc3-55b8fdc9a8e5" targetNamespace="http://schemas.microsoft.com/office/2006/metadata/properties" ma:root="true" ma:fieldsID="b04f6b29729840dd7f7c7c76ae8f14ca" ns2:_="" ns3:_="">
    <xsd:import namespace="cd9fb0ce-cc5e-4069-a635-474c35d56436"/>
    <xsd:import namespace="5546905e-4a60-40fd-8bc3-55b8fdc9a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Canva_x0020_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fb0ce-cc5e-4069-a635-474c35d564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Canva_x0020_link" ma:index="21" nillable="true" ma:displayName="Canva link" ma:format="Hyperlink" ma:internalName="Canva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6905e-4a60-40fd-8bc3-55b8fdc9a8e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98577a-4332-4ac1-ae5c-2c9210ee0568}" ma:internalName="TaxCatchAll" ma:showField="CatchAllData" ma:web="5546905e-4a60-40fd-8bc3-55b8fdc9a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2BD505-7D44-47A4-AF28-9113016881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9C120C-2CD3-42F6-A9A2-2BF9041F5AF3}">
  <ds:schemaRefs>
    <ds:schemaRef ds:uri="http://schemas.microsoft.com/office/2006/metadata/properties"/>
    <ds:schemaRef ds:uri="http://schemas.microsoft.com/office/infopath/2007/PartnerControls"/>
    <ds:schemaRef ds:uri="a0824102-bf21-4724-8845-68e090feb254"/>
    <ds:schemaRef ds:uri="19aba0e1-0f2b-4acf-b644-ef6fb3cae5dc"/>
  </ds:schemaRefs>
</ds:datastoreItem>
</file>

<file path=customXml/itemProps4.xml><?xml version="1.0" encoding="utf-8"?>
<ds:datastoreItem xmlns:ds="http://schemas.openxmlformats.org/officeDocument/2006/customXml" ds:itemID="{C043DC62-A691-4E46-8212-DB8305E97E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2</Pages>
  <Words>322</Words>
  <Characters>1839</Characters>
  <Application>Microsoft Office Word</Application>
  <DocSecurity>0</DocSecurity>
  <Lines>40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Holly Prochaska</cp:lastModifiedBy>
  <cp:revision>8</cp:revision>
  <dcterms:created xsi:type="dcterms:W3CDTF">2026-03-25T19:17:00Z</dcterms:created>
  <dcterms:modified xsi:type="dcterms:W3CDTF">2026-03-26T16:39:00Z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0x010100764A14DBBA55DC48809AFC08C18A0C39</vt:lpwstr>
  </property>
  <property fmtid="{D5CDD505-2E9C-101B-9397-08002B2CF9AE}" pid="3" name="MediaServiceImageTags">
    <vt:lpwstr/>
  </property>
</Properties>
</file>