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5F0C" w:rsidRPr="0027568E" w:rsidRDefault="00795F0C">
      <w:pPr>
        <w:pStyle w:val="Title"/>
        <w:rPr>
          <w:rFonts w:ascii="Times New Roman" w:hAnsi="Times New Roman" w:cs="Times New Roman"/>
          <w:color w:val="C00000"/>
        </w:rPr>
      </w:pPr>
      <w:bookmarkStart w:id="0" w:name="_Hlk204857678"/>
      <w:bookmarkEnd w:id="0"/>
      <w:r w:rsidRPr="0027568E">
        <w:rPr>
          <w:rFonts w:ascii="Times New Roman" w:hAnsi="Times New Roman" w:cs="Times New Roman"/>
          <w:color w:val="C00000"/>
        </w:rPr>
        <w:t>Resilient Living</w:t>
      </w:r>
      <w:bookmarkStart w:id="1" w:name="_GoBack"/>
      <w:bookmarkEnd w:id="1"/>
    </w:p>
    <w:p w:rsidR="00560F4C" w:rsidRPr="0027568E" w:rsidRDefault="0027568E">
      <w:pPr>
        <w:pStyle w:val="Title"/>
        <w:rPr>
          <w:rFonts w:cstheme="majorHAnsi"/>
          <w:sz w:val="32"/>
        </w:rPr>
      </w:pPr>
      <w:r w:rsidRPr="0027568E">
        <w:rPr>
          <w:rFonts w:cstheme="majorHAnsi"/>
          <w:sz w:val="32"/>
        </w:rPr>
        <w:t>One Ingredient, Five Meals: Lentils &amp; Chickpeas</w:t>
      </w:r>
    </w:p>
    <w:p w:rsidR="00560F4C" w:rsidRPr="00795F0C" w:rsidRDefault="0027568E">
      <w:pPr>
        <w:pStyle w:val="Heading1"/>
        <w:rPr>
          <w:rFonts w:ascii="Times New Roman" w:hAnsi="Times New Roman" w:cs="Times New Roman"/>
          <w:sz w:val="36"/>
        </w:rPr>
      </w:pPr>
      <w:r w:rsidRPr="00795F0C">
        <w:rPr>
          <w:rFonts w:ascii="Times New Roman" w:hAnsi="Times New Roman" w:cs="Times New Roman"/>
          <w:sz w:val="36"/>
        </w:rPr>
        <w:t>Lentil Curry</w:t>
      </w:r>
    </w:p>
    <w:p w:rsidR="00560F4C" w:rsidRPr="00795F0C" w:rsidRDefault="0027568E">
      <w:pPr>
        <w:rPr>
          <w:rFonts w:ascii="Times New Roman" w:hAnsi="Times New Roman" w:cs="Times New Roman"/>
          <w:sz w:val="28"/>
        </w:rPr>
      </w:pPr>
      <w:r w:rsidRPr="00795F0C">
        <w:rPr>
          <w:rFonts w:ascii="Times New Roman" w:hAnsi="Times New Roman" w:cs="Times New Roman"/>
          <w:sz w:val="28"/>
        </w:rPr>
        <w:t>Main Ingredient: Lentils</w:t>
      </w:r>
    </w:p>
    <w:p w:rsidR="00795F0C" w:rsidRPr="00795F0C" w:rsidRDefault="00795F0C">
      <w:pPr>
        <w:rPr>
          <w:rFonts w:ascii="Times New Roman" w:hAnsi="Times New Roman" w:cs="Times New Roman"/>
          <w:sz w:val="28"/>
        </w:rPr>
      </w:pPr>
      <w:r w:rsidRPr="00795F0C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637731" cy="2047164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d2Blentil2Bcurry2Bangled2B-2B20202Bupdated2B2812Bof2B1292812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50359" cy="2062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F4C" w:rsidRPr="00795F0C" w:rsidRDefault="0027568E">
      <w:pPr>
        <w:pStyle w:val="Heading2"/>
        <w:rPr>
          <w:rFonts w:ascii="Times New Roman" w:hAnsi="Times New Roman" w:cs="Times New Roman"/>
          <w:sz w:val="36"/>
        </w:rPr>
      </w:pPr>
      <w:r w:rsidRPr="00795F0C">
        <w:rPr>
          <w:rFonts w:ascii="Times New Roman" w:hAnsi="Times New Roman" w:cs="Times New Roman"/>
          <w:sz w:val="36"/>
        </w:rPr>
        <w:t>Ingredients</w:t>
      </w:r>
    </w:p>
    <w:p w:rsidR="00560F4C" w:rsidRPr="00795F0C" w:rsidRDefault="0027568E">
      <w:pPr>
        <w:pStyle w:val="ListBullet"/>
        <w:rPr>
          <w:rFonts w:ascii="Times New Roman" w:hAnsi="Times New Roman" w:cs="Times New Roman"/>
          <w:sz w:val="28"/>
        </w:rPr>
      </w:pPr>
      <w:r w:rsidRPr="00795F0C">
        <w:rPr>
          <w:rFonts w:ascii="Times New Roman" w:hAnsi="Times New Roman" w:cs="Times New Roman"/>
          <w:sz w:val="28"/>
        </w:rPr>
        <w:t>1 tbsp coconut oil</w:t>
      </w:r>
    </w:p>
    <w:p w:rsidR="00560F4C" w:rsidRPr="00795F0C" w:rsidRDefault="0027568E">
      <w:pPr>
        <w:pStyle w:val="ListBullet"/>
        <w:rPr>
          <w:rFonts w:ascii="Times New Roman" w:hAnsi="Times New Roman" w:cs="Times New Roman"/>
          <w:sz w:val="28"/>
        </w:rPr>
      </w:pPr>
      <w:r w:rsidRPr="00795F0C">
        <w:rPr>
          <w:rFonts w:ascii="Times New Roman" w:hAnsi="Times New Roman" w:cs="Times New Roman"/>
          <w:sz w:val="28"/>
        </w:rPr>
        <w:t>1 small onion, diced</w:t>
      </w:r>
    </w:p>
    <w:p w:rsidR="00560F4C" w:rsidRPr="00795F0C" w:rsidRDefault="0027568E">
      <w:pPr>
        <w:pStyle w:val="ListBullet"/>
        <w:rPr>
          <w:rFonts w:ascii="Times New Roman" w:hAnsi="Times New Roman" w:cs="Times New Roman"/>
          <w:sz w:val="28"/>
        </w:rPr>
      </w:pPr>
      <w:r w:rsidRPr="00795F0C">
        <w:rPr>
          <w:rFonts w:ascii="Times New Roman" w:hAnsi="Times New Roman" w:cs="Times New Roman"/>
          <w:sz w:val="28"/>
        </w:rPr>
        <w:t>2 cloves garlic, minced</w:t>
      </w:r>
    </w:p>
    <w:p w:rsidR="00560F4C" w:rsidRPr="00795F0C" w:rsidRDefault="0027568E">
      <w:pPr>
        <w:pStyle w:val="ListBullet"/>
        <w:rPr>
          <w:rFonts w:ascii="Times New Roman" w:hAnsi="Times New Roman" w:cs="Times New Roman"/>
          <w:sz w:val="28"/>
        </w:rPr>
      </w:pPr>
      <w:r w:rsidRPr="00795F0C">
        <w:rPr>
          <w:rFonts w:ascii="Times New Roman" w:hAnsi="Times New Roman" w:cs="Times New Roman"/>
          <w:sz w:val="28"/>
        </w:rPr>
        <w:t>1 inch ginger, grated</w:t>
      </w:r>
    </w:p>
    <w:p w:rsidR="00560F4C" w:rsidRPr="00795F0C" w:rsidRDefault="0027568E">
      <w:pPr>
        <w:pStyle w:val="ListBullet"/>
        <w:rPr>
          <w:rFonts w:ascii="Times New Roman" w:hAnsi="Times New Roman" w:cs="Times New Roman"/>
          <w:sz w:val="28"/>
        </w:rPr>
      </w:pPr>
      <w:r w:rsidRPr="00795F0C">
        <w:rPr>
          <w:rFonts w:ascii="Times New Roman" w:hAnsi="Times New Roman" w:cs="Times New Roman"/>
          <w:sz w:val="28"/>
        </w:rPr>
        <w:t>2 tbsp curry powder or paste</w:t>
      </w:r>
    </w:p>
    <w:p w:rsidR="00560F4C" w:rsidRPr="00795F0C" w:rsidRDefault="0027568E">
      <w:pPr>
        <w:pStyle w:val="ListBullet"/>
        <w:rPr>
          <w:rFonts w:ascii="Times New Roman" w:hAnsi="Times New Roman" w:cs="Times New Roman"/>
          <w:sz w:val="28"/>
        </w:rPr>
      </w:pPr>
      <w:r w:rsidRPr="00795F0C">
        <w:rPr>
          <w:rFonts w:ascii="Times New Roman" w:hAnsi="Times New Roman" w:cs="Times New Roman"/>
          <w:sz w:val="28"/>
        </w:rPr>
        <w:t>1 cup cooked lentils</w:t>
      </w:r>
    </w:p>
    <w:p w:rsidR="00560F4C" w:rsidRPr="00795F0C" w:rsidRDefault="0027568E">
      <w:pPr>
        <w:pStyle w:val="ListBullet"/>
        <w:rPr>
          <w:rFonts w:ascii="Times New Roman" w:hAnsi="Times New Roman" w:cs="Times New Roman"/>
          <w:sz w:val="28"/>
        </w:rPr>
      </w:pPr>
      <w:r w:rsidRPr="00795F0C">
        <w:rPr>
          <w:rFonts w:ascii="Times New Roman" w:hAnsi="Times New Roman" w:cs="Times New Roman"/>
          <w:sz w:val="28"/>
        </w:rPr>
        <w:t>1 can (14 oz) coconut</w:t>
      </w:r>
      <w:r w:rsidRPr="00795F0C">
        <w:rPr>
          <w:rFonts w:ascii="Times New Roman" w:hAnsi="Times New Roman" w:cs="Times New Roman"/>
          <w:sz w:val="28"/>
        </w:rPr>
        <w:t xml:space="preserve"> milk</w:t>
      </w:r>
    </w:p>
    <w:p w:rsidR="00560F4C" w:rsidRPr="00795F0C" w:rsidRDefault="0027568E">
      <w:pPr>
        <w:pStyle w:val="ListBullet"/>
        <w:rPr>
          <w:rFonts w:ascii="Times New Roman" w:hAnsi="Times New Roman" w:cs="Times New Roman"/>
          <w:sz w:val="28"/>
        </w:rPr>
      </w:pPr>
      <w:r w:rsidRPr="00795F0C">
        <w:rPr>
          <w:rFonts w:ascii="Times New Roman" w:hAnsi="Times New Roman" w:cs="Times New Roman"/>
          <w:sz w:val="28"/>
        </w:rPr>
        <w:t>1 can (14 oz) diced tomatoes</w:t>
      </w:r>
    </w:p>
    <w:p w:rsidR="00560F4C" w:rsidRPr="00795F0C" w:rsidRDefault="0027568E">
      <w:pPr>
        <w:pStyle w:val="ListBullet"/>
        <w:rPr>
          <w:rFonts w:ascii="Times New Roman" w:hAnsi="Times New Roman" w:cs="Times New Roman"/>
          <w:sz w:val="28"/>
        </w:rPr>
      </w:pPr>
      <w:r w:rsidRPr="00795F0C">
        <w:rPr>
          <w:rFonts w:ascii="Times New Roman" w:hAnsi="Times New Roman" w:cs="Times New Roman"/>
          <w:sz w:val="28"/>
        </w:rPr>
        <w:t>Salt to taste</w:t>
      </w:r>
    </w:p>
    <w:p w:rsidR="00560F4C" w:rsidRPr="00795F0C" w:rsidRDefault="0027568E">
      <w:pPr>
        <w:pStyle w:val="Heading2"/>
        <w:rPr>
          <w:rFonts w:ascii="Times New Roman" w:hAnsi="Times New Roman" w:cs="Times New Roman"/>
          <w:sz w:val="36"/>
        </w:rPr>
      </w:pPr>
      <w:r w:rsidRPr="00795F0C">
        <w:rPr>
          <w:rFonts w:ascii="Times New Roman" w:hAnsi="Times New Roman" w:cs="Times New Roman"/>
          <w:sz w:val="36"/>
        </w:rPr>
        <w:t>Instructions</w:t>
      </w:r>
    </w:p>
    <w:p w:rsidR="00560F4C" w:rsidRPr="00795F0C" w:rsidRDefault="0027568E">
      <w:pPr>
        <w:rPr>
          <w:rFonts w:ascii="Times New Roman" w:hAnsi="Times New Roman" w:cs="Times New Roman"/>
          <w:sz w:val="28"/>
        </w:rPr>
      </w:pPr>
      <w:r w:rsidRPr="00795F0C">
        <w:rPr>
          <w:rFonts w:ascii="Times New Roman" w:hAnsi="Times New Roman" w:cs="Times New Roman"/>
          <w:sz w:val="28"/>
        </w:rPr>
        <w:t>1. Heat coconut oil in a pan over medium heat. Add onion, garlic, and ginger, and sauté until fragrant.</w:t>
      </w:r>
      <w:r w:rsidRPr="00795F0C">
        <w:rPr>
          <w:rFonts w:ascii="Times New Roman" w:hAnsi="Times New Roman" w:cs="Times New Roman"/>
          <w:sz w:val="28"/>
        </w:rPr>
        <w:br/>
        <w:t>2. Stir in curry powder or paste and cook for another minute.</w:t>
      </w:r>
      <w:r w:rsidRPr="00795F0C">
        <w:rPr>
          <w:rFonts w:ascii="Times New Roman" w:hAnsi="Times New Roman" w:cs="Times New Roman"/>
          <w:sz w:val="28"/>
        </w:rPr>
        <w:br/>
        <w:t>3. Add cooked lentils, cocon</w:t>
      </w:r>
      <w:r w:rsidRPr="00795F0C">
        <w:rPr>
          <w:rFonts w:ascii="Times New Roman" w:hAnsi="Times New Roman" w:cs="Times New Roman"/>
          <w:sz w:val="28"/>
        </w:rPr>
        <w:t>ut milk, and diced tomatoes.</w:t>
      </w:r>
      <w:r w:rsidRPr="00795F0C">
        <w:rPr>
          <w:rFonts w:ascii="Times New Roman" w:hAnsi="Times New Roman" w:cs="Times New Roman"/>
          <w:sz w:val="28"/>
        </w:rPr>
        <w:br/>
        <w:t>4. Simmer for 15-20 minutes until thickened. Season with salt to taste.</w:t>
      </w:r>
      <w:r w:rsidRPr="00795F0C">
        <w:rPr>
          <w:rFonts w:ascii="Times New Roman" w:hAnsi="Times New Roman" w:cs="Times New Roman"/>
          <w:sz w:val="28"/>
        </w:rPr>
        <w:br/>
        <w:t>5. Serve hot over rice or with naan.</w:t>
      </w:r>
    </w:p>
    <w:p w:rsidR="00560F4C" w:rsidRPr="00795F0C" w:rsidRDefault="0027568E">
      <w:pPr>
        <w:pStyle w:val="Heading1"/>
        <w:rPr>
          <w:rFonts w:ascii="Times New Roman" w:hAnsi="Times New Roman" w:cs="Times New Roman"/>
          <w:sz w:val="36"/>
        </w:rPr>
      </w:pPr>
      <w:r w:rsidRPr="00795F0C">
        <w:rPr>
          <w:rFonts w:ascii="Times New Roman" w:hAnsi="Times New Roman" w:cs="Times New Roman"/>
          <w:sz w:val="36"/>
        </w:rPr>
        <w:lastRenderedPageBreak/>
        <w:t>Chickpea Shawarma Wraps</w:t>
      </w:r>
    </w:p>
    <w:p w:rsidR="00560F4C" w:rsidRPr="00795F0C" w:rsidRDefault="0027568E">
      <w:pPr>
        <w:rPr>
          <w:rFonts w:ascii="Times New Roman" w:hAnsi="Times New Roman" w:cs="Times New Roman"/>
          <w:sz w:val="28"/>
        </w:rPr>
      </w:pPr>
      <w:r w:rsidRPr="00795F0C">
        <w:rPr>
          <w:rFonts w:ascii="Times New Roman" w:hAnsi="Times New Roman" w:cs="Times New Roman"/>
          <w:sz w:val="28"/>
        </w:rPr>
        <w:t>Main Ingredient: Chickpeas</w:t>
      </w:r>
    </w:p>
    <w:p w:rsidR="00795F0C" w:rsidRPr="00795F0C" w:rsidRDefault="00795F0C">
      <w:pPr>
        <w:pStyle w:val="Heading2"/>
        <w:rPr>
          <w:rFonts w:ascii="Times New Roman" w:hAnsi="Times New Roman" w:cs="Times New Roman"/>
          <w:sz w:val="36"/>
        </w:rPr>
      </w:pPr>
      <w:r w:rsidRPr="00795F0C">
        <w:rPr>
          <w:rFonts w:ascii="Times New Roman" w:hAnsi="Times New Roman" w:cs="Times New Roman"/>
          <w:noProof/>
          <w:sz w:val="36"/>
        </w:rPr>
        <w:drawing>
          <wp:inline distT="0" distB="0" distL="0" distR="0" wp14:anchorId="263C37A6" wp14:editId="6F2FA388">
            <wp:extent cx="4073860" cy="2715905"/>
            <wp:effectExtent l="0" t="0" r="3175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hickpea-shawarma-wraps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84219" cy="2722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F4C" w:rsidRPr="00795F0C" w:rsidRDefault="0027568E">
      <w:pPr>
        <w:pStyle w:val="Heading2"/>
        <w:rPr>
          <w:rFonts w:ascii="Times New Roman" w:hAnsi="Times New Roman" w:cs="Times New Roman"/>
          <w:sz w:val="36"/>
        </w:rPr>
      </w:pPr>
      <w:r w:rsidRPr="00795F0C">
        <w:rPr>
          <w:rFonts w:ascii="Times New Roman" w:hAnsi="Times New Roman" w:cs="Times New Roman"/>
          <w:sz w:val="36"/>
        </w:rPr>
        <w:t>Ingredients</w:t>
      </w:r>
    </w:p>
    <w:p w:rsidR="00560F4C" w:rsidRPr="00795F0C" w:rsidRDefault="0027568E">
      <w:pPr>
        <w:pStyle w:val="ListBullet"/>
        <w:rPr>
          <w:rFonts w:ascii="Times New Roman" w:hAnsi="Times New Roman" w:cs="Times New Roman"/>
          <w:sz w:val="28"/>
        </w:rPr>
      </w:pPr>
      <w:r w:rsidRPr="00795F0C">
        <w:rPr>
          <w:rFonts w:ascii="Times New Roman" w:hAnsi="Times New Roman" w:cs="Times New Roman"/>
          <w:sz w:val="28"/>
        </w:rPr>
        <w:t>1 can chickpeas, drained and rinsed</w:t>
      </w:r>
    </w:p>
    <w:p w:rsidR="00560F4C" w:rsidRPr="00795F0C" w:rsidRDefault="0027568E">
      <w:pPr>
        <w:pStyle w:val="ListBullet"/>
        <w:rPr>
          <w:rFonts w:ascii="Times New Roman" w:hAnsi="Times New Roman" w:cs="Times New Roman"/>
          <w:sz w:val="28"/>
        </w:rPr>
      </w:pPr>
      <w:r w:rsidRPr="00795F0C">
        <w:rPr>
          <w:rFonts w:ascii="Times New Roman" w:hAnsi="Times New Roman" w:cs="Times New Roman"/>
          <w:sz w:val="28"/>
        </w:rPr>
        <w:t>1 tbsp olive oil</w:t>
      </w:r>
    </w:p>
    <w:p w:rsidR="00560F4C" w:rsidRPr="00795F0C" w:rsidRDefault="0027568E">
      <w:pPr>
        <w:pStyle w:val="ListBullet"/>
        <w:rPr>
          <w:rFonts w:ascii="Times New Roman" w:hAnsi="Times New Roman" w:cs="Times New Roman"/>
          <w:sz w:val="28"/>
        </w:rPr>
      </w:pPr>
      <w:r w:rsidRPr="00795F0C">
        <w:rPr>
          <w:rFonts w:ascii="Times New Roman" w:hAnsi="Times New Roman" w:cs="Times New Roman"/>
          <w:sz w:val="28"/>
        </w:rPr>
        <w:t>1</w:t>
      </w:r>
      <w:r w:rsidRPr="00795F0C">
        <w:rPr>
          <w:rFonts w:ascii="Times New Roman" w:hAnsi="Times New Roman" w:cs="Times New Roman"/>
          <w:sz w:val="28"/>
        </w:rPr>
        <w:t xml:space="preserve"> tsp cumin</w:t>
      </w:r>
    </w:p>
    <w:p w:rsidR="00560F4C" w:rsidRPr="00795F0C" w:rsidRDefault="0027568E">
      <w:pPr>
        <w:pStyle w:val="ListBullet"/>
        <w:rPr>
          <w:rFonts w:ascii="Times New Roman" w:hAnsi="Times New Roman" w:cs="Times New Roman"/>
          <w:sz w:val="28"/>
        </w:rPr>
      </w:pPr>
      <w:r w:rsidRPr="00795F0C">
        <w:rPr>
          <w:rFonts w:ascii="Times New Roman" w:hAnsi="Times New Roman" w:cs="Times New Roman"/>
          <w:sz w:val="28"/>
        </w:rPr>
        <w:t>1 tsp paprika</w:t>
      </w:r>
    </w:p>
    <w:p w:rsidR="00560F4C" w:rsidRPr="00795F0C" w:rsidRDefault="0027568E">
      <w:pPr>
        <w:pStyle w:val="ListBullet"/>
        <w:rPr>
          <w:rFonts w:ascii="Times New Roman" w:hAnsi="Times New Roman" w:cs="Times New Roman"/>
          <w:sz w:val="28"/>
        </w:rPr>
      </w:pPr>
      <w:r w:rsidRPr="00795F0C">
        <w:rPr>
          <w:rFonts w:ascii="Times New Roman" w:hAnsi="Times New Roman" w:cs="Times New Roman"/>
          <w:sz w:val="28"/>
        </w:rPr>
        <w:t>1/2 tsp garlic powder</w:t>
      </w:r>
    </w:p>
    <w:p w:rsidR="00560F4C" w:rsidRPr="00795F0C" w:rsidRDefault="0027568E">
      <w:pPr>
        <w:pStyle w:val="ListBullet"/>
        <w:rPr>
          <w:rFonts w:ascii="Times New Roman" w:hAnsi="Times New Roman" w:cs="Times New Roman"/>
          <w:sz w:val="28"/>
        </w:rPr>
      </w:pPr>
      <w:r w:rsidRPr="00795F0C">
        <w:rPr>
          <w:rFonts w:ascii="Times New Roman" w:hAnsi="Times New Roman" w:cs="Times New Roman"/>
          <w:sz w:val="28"/>
        </w:rPr>
        <w:t>1 tbsp lemon juice</w:t>
      </w:r>
    </w:p>
    <w:p w:rsidR="00560F4C" w:rsidRPr="00795F0C" w:rsidRDefault="0027568E">
      <w:pPr>
        <w:pStyle w:val="ListBullet"/>
        <w:rPr>
          <w:rFonts w:ascii="Times New Roman" w:hAnsi="Times New Roman" w:cs="Times New Roman"/>
          <w:sz w:val="28"/>
        </w:rPr>
      </w:pPr>
      <w:r w:rsidRPr="00795F0C">
        <w:rPr>
          <w:rFonts w:ascii="Times New Roman" w:hAnsi="Times New Roman" w:cs="Times New Roman"/>
          <w:sz w:val="28"/>
        </w:rPr>
        <w:t>Pita bread</w:t>
      </w:r>
    </w:p>
    <w:p w:rsidR="00560F4C" w:rsidRPr="00795F0C" w:rsidRDefault="0027568E">
      <w:pPr>
        <w:pStyle w:val="ListBullet"/>
        <w:rPr>
          <w:rFonts w:ascii="Times New Roman" w:hAnsi="Times New Roman" w:cs="Times New Roman"/>
          <w:sz w:val="28"/>
        </w:rPr>
      </w:pPr>
      <w:r w:rsidRPr="00795F0C">
        <w:rPr>
          <w:rFonts w:ascii="Times New Roman" w:hAnsi="Times New Roman" w:cs="Times New Roman"/>
          <w:sz w:val="28"/>
        </w:rPr>
        <w:t>Toppings: cucumber, tomato, red onion, tahini or yogurt sauce</w:t>
      </w:r>
    </w:p>
    <w:p w:rsidR="00560F4C" w:rsidRPr="00795F0C" w:rsidRDefault="0027568E">
      <w:pPr>
        <w:pStyle w:val="Heading2"/>
        <w:rPr>
          <w:rFonts w:ascii="Times New Roman" w:hAnsi="Times New Roman" w:cs="Times New Roman"/>
          <w:sz w:val="36"/>
        </w:rPr>
      </w:pPr>
      <w:r w:rsidRPr="00795F0C">
        <w:rPr>
          <w:rFonts w:ascii="Times New Roman" w:hAnsi="Times New Roman" w:cs="Times New Roman"/>
          <w:sz w:val="36"/>
        </w:rPr>
        <w:t>Instructions</w:t>
      </w:r>
    </w:p>
    <w:p w:rsidR="00560F4C" w:rsidRDefault="0027568E">
      <w:pPr>
        <w:rPr>
          <w:rFonts w:ascii="Times New Roman" w:hAnsi="Times New Roman" w:cs="Times New Roman"/>
          <w:sz w:val="28"/>
        </w:rPr>
      </w:pPr>
      <w:r w:rsidRPr="00795F0C">
        <w:rPr>
          <w:rFonts w:ascii="Times New Roman" w:hAnsi="Times New Roman" w:cs="Times New Roman"/>
          <w:sz w:val="28"/>
        </w:rPr>
        <w:t>1. Preheat oven to 400°F (200°C). Toss chickpeas with olive oil, spices, and lemon juice.</w:t>
      </w:r>
      <w:r w:rsidRPr="00795F0C">
        <w:rPr>
          <w:rFonts w:ascii="Times New Roman" w:hAnsi="Times New Roman" w:cs="Times New Roman"/>
          <w:sz w:val="28"/>
        </w:rPr>
        <w:br/>
        <w:t>2. Spread on a</w:t>
      </w:r>
      <w:r w:rsidRPr="00795F0C">
        <w:rPr>
          <w:rFonts w:ascii="Times New Roman" w:hAnsi="Times New Roman" w:cs="Times New Roman"/>
          <w:sz w:val="28"/>
        </w:rPr>
        <w:t xml:space="preserve"> baking sheet and roast for 25–30 minutes until crispy.</w:t>
      </w:r>
      <w:r w:rsidRPr="00795F0C">
        <w:rPr>
          <w:rFonts w:ascii="Times New Roman" w:hAnsi="Times New Roman" w:cs="Times New Roman"/>
          <w:sz w:val="28"/>
        </w:rPr>
        <w:br/>
        <w:t>3. Load into pita with desired toppings.</w:t>
      </w:r>
      <w:r w:rsidRPr="00795F0C">
        <w:rPr>
          <w:rFonts w:ascii="Times New Roman" w:hAnsi="Times New Roman" w:cs="Times New Roman"/>
          <w:sz w:val="28"/>
        </w:rPr>
        <w:br/>
        <w:t>4. Drizzle with tahini or yogurt sauce and serve.</w:t>
      </w:r>
    </w:p>
    <w:p w:rsidR="00795F0C" w:rsidRDefault="00795F0C" w:rsidP="00795F0C">
      <w:pPr>
        <w:pStyle w:val="NoSpacing"/>
      </w:pPr>
    </w:p>
    <w:p w:rsidR="00560F4C" w:rsidRPr="00795F0C" w:rsidRDefault="0027568E">
      <w:pPr>
        <w:pStyle w:val="Heading1"/>
        <w:rPr>
          <w:rFonts w:ascii="Times New Roman" w:hAnsi="Times New Roman" w:cs="Times New Roman"/>
          <w:sz w:val="36"/>
        </w:rPr>
      </w:pPr>
      <w:r w:rsidRPr="00795F0C">
        <w:rPr>
          <w:rFonts w:ascii="Times New Roman" w:hAnsi="Times New Roman" w:cs="Times New Roman"/>
          <w:sz w:val="36"/>
        </w:rPr>
        <w:lastRenderedPageBreak/>
        <w:t>Cold Lentil Salad</w:t>
      </w:r>
    </w:p>
    <w:p w:rsidR="00560F4C" w:rsidRPr="00795F0C" w:rsidRDefault="0027568E">
      <w:pPr>
        <w:rPr>
          <w:rFonts w:ascii="Times New Roman" w:hAnsi="Times New Roman" w:cs="Times New Roman"/>
          <w:sz w:val="28"/>
        </w:rPr>
      </w:pPr>
      <w:r w:rsidRPr="00795F0C">
        <w:rPr>
          <w:rFonts w:ascii="Times New Roman" w:hAnsi="Times New Roman" w:cs="Times New Roman"/>
          <w:sz w:val="28"/>
        </w:rPr>
        <w:t>Main Ingredient: Lentils</w:t>
      </w:r>
    </w:p>
    <w:p w:rsidR="00795F0C" w:rsidRPr="00795F0C" w:rsidRDefault="00795F0C">
      <w:pPr>
        <w:pStyle w:val="Heading2"/>
        <w:rPr>
          <w:rFonts w:ascii="Times New Roman" w:hAnsi="Times New Roman" w:cs="Times New Roman"/>
          <w:sz w:val="36"/>
        </w:rPr>
      </w:pPr>
      <w:r w:rsidRPr="00795F0C">
        <w:rPr>
          <w:rFonts w:ascii="Times New Roman" w:hAnsi="Times New Roman" w:cs="Times New Roman"/>
          <w:noProof/>
          <w:sz w:val="36"/>
        </w:rPr>
        <w:drawing>
          <wp:inline distT="0" distB="0" distL="0" distR="0" wp14:anchorId="728DFD83" wp14:editId="4C43918A">
            <wp:extent cx="2674961" cy="267496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ld-Lentil-Salad_1200x1200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81505" cy="268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F4C" w:rsidRPr="00795F0C" w:rsidRDefault="0027568E">
      <w:pPr>
        <w:pStyle w:val="Heading2"/>
        <w:rPr>
          <w:rFonts w:ascii="Times New Roman" w:hAnsi="Times New Roman" w:cs="Times New Roman"/>
          <w:sz w:val="36"/>
        </w:rPr>
      </w:pPr>
      <w:r w:rsidRPr="00795F0C">
        <w:rPr>
          <w:rFonts w:ascii="Times New Roman" w:hAnsi="Times New Roman" w:cs="Times New Roman"/>
          <w:sz w:val="36"/>
        </w:rPr>
        <w:t>Ingredients</w:t>
      </w:r>
    </w:p>
    <w:p w:rsidR="00560F4C" w:rsidRPr="00795F0C" w:rsidRDefault="0027568E">
      <w:pPr>
        <w:pStyle w:val="ListBullet"/>
        <w:rPr>
          <w:rFonts w:ascii="Times New Roman" w:hAnsi="Times New Roman" w:cs="Times New Roman"/>
          <w:sz w:val="28"/>
        </w:rPr>
      </w:pPr>
      <w:r w:rsidRPr="00795F0C">
        <w:rPr>
          <w:rFonts w:ascii="Times New Roman" w:hAnsi="Times New Roman" w:cs="Times New Roman"/>
          <w:sz w:val="28"/>
        </w:rPr>
        <w:t>1 cup cooked lentils, cooled</w:t>
      </w:r>
    </w:p>
    <w:p w:rsidR="00560F4C" w:rsidRPr="00795F0C" w:rsidRDefault="0027568E">
      <w:pPr>
        <w:pStyle w:val="ListBullet"/>
        <w:rPr>
          <w:rFonts w:ascii="Times New Roman" w:hAnsi="Times New Roman" w:cs="Times New Roman"/>
          <w:sz w:val="28"/>
        </w:rPr>
      </w:pPr>
      <w:r w:rsidRPr="00795F0C">
        <w:rPr>
          <w:rFonts w:ascii="Times New Roman" w:hAnsi="Times New Roman" w:cs="Times New Roman"/>
          <w:sz w:val="28"/>
        </w:rPr>
        <w:t>1/2 red bell pepper, dic</w:t>
      </w:r>
      <w:r w:rsidRPr="00795F0C">
        <w:rPr>
          <w:rFonts w:ascii="Times New Roman" w:hAnsi="Times New Roman" w:cs="Times New Roman"/>
          <w:sz w:val="28"/>
        </w:rPr>
        <w:t>ed</w:t>
      </w:r>
    </w:p>
    <w:p w:rsidR="00560F4C" w:rsidRPr="00795F0C" w:rsidRDefault="0027568E">
      <w:pPr>
        <w:pStyle w:val="ListBullet"/>
        <w:rPr>
          <w:rFonts w:ascii="Times New Roman" w:hAnsi="Times New Roman" w:cs="Times New Roman"/>
          <w:sz w:val="28"/>
        </w:rPr>
      </w:pPr>
      <w:r w:rsidRPr="00795F0C">
        <w:rPr>
          <w:rFonts w:ascii="Times New Roman" w:hAnsi="Times New Roman" w:cs="Times New Roman"/>
          <w:sz w:val="28"/>
        </w:rPr>
        <w:t>1/2 cucumber, diced</w:t>
      </w:r>
    </w:p>
    <w:p w:rsidR="00560F4C" w:rsidRPr="00795F0C" w:rsidRDefault="0027568E">
      <w:pPr>
        <w:pStyle w:val="ListBullet"/>
        <w:rPr>
          <w:rFonts w:ascii="Times New Roman" w:hAnsi="Times New Roman" w:cs="Times New Roman"/>
          <w:sz w:val="28"/>
        </w:rPr>
      </w:pPr>
      <w:r w:rsidRPr="00795F0C">
        <w:rPr>
          <w:rFonts w:ascii="Times New Roman" w:hAnsi="Times New Roman" w:cs="Times New Roman"/>
          <w:sz w:val="28"/>
        </w:rPr>
        <w:t>1/4 red onion, finely chopped</w:t>
      </w:r>
    </w:p>
    <w:p w:rsidR="00560F4C" w:rsidRPr="00795F0C" w:rsidRDefault="0027568E">
      <w:pPr>
        <w:pStyle w:val="ListBullet"/>
        <w:rPr>
          <w:rFonts w:ascii="Times New Roman" w:hAnsi="Times New Roman" w:cs="Times New Roman"/>
          <w:sz w:val="28"/>
        </w:rPr>
      </w:pPr>
      <w:r w:rsidRPr="00795F0C">
        <w:rPr>
          <w:rFonts w:ascii="Times New Roman" w:hAnsi="Times New Roman" w:cs="Times New Roman"/>
          <w:sz w:val="28"/>
        </w:rPr>
        <w:t>2 tbsp chopped parsley</w:t>
      </w:r>
    </w:p>
    <w:p w:rsidR="00560F4C" w:rsidRPr="00795F0C" w:rsidRDefault="0027568E">
      <w:pPr>
        <w:pStyle w:val="ListBullet"/>
        <w:rPr>
          <w:rFonts w:ascii="Times New Roman" w:hAnsi="Times New Roman" w:cs="Times New Roman"/>
          <w:sz w:val="28"/>
        </w:rPr>
      </w:pPr>
      <w:r w:rsidRPr="00795F0C">
        <w:rPr>
          <w:rFonts w:ascii="Times New Roman" w:hAnsi="Times New Roman" w:cs="Times New Roman"/>
          <w:sz w:val="28"/>
        </w:rPr>
        <w:t>1/4 cup crumbled feta</w:t>
      </w:r>
    </w:p>
    <w:p w:rsidR="00560F4C" w:rsidRPr="00795F0C" w:rsidRDefault="0027568E">
      <w:pPr>
        <w:pStyle w:val="ListBullet"/>
        <w:rPr>
          <w:rFonts w:ascii="Times New Roman" w:hAnsi="Times New Roman" w:cs="Times New Roman"/>
          <w:sz w:val="28"/>
        </w:rPr>
      </w:pPr>
      <w:r w:rsidRPr="00795F0C">
        <w:rPr>
          <w:rFonts w:ascii="Times New Roman" w:hAnsi="Times New Roman" w:cs="Times New Roman"/>
          <w:sz w:val="28"/>
        </w:rPr>
        <w:t>2 tbsp olive oil</w:t>
      </w:r>
    </w:p>
    <w:p w:rsidR="00560F4C" w:rsidRPr="00795F0C" w:rsidRDefault="0027568E">
      <w:pPr>
        <w:pStyle w:val="ListBullet"/>
        <w:rPr>
          <w:rFonts w:ascii="Times New Roman" w:hAnsi="Times New Roman" w:cs="Times New Roman"/>
          <w:sz w:val="28"/>
        </w:rPr>
      </w:pPr>
      <w:r w:rsidRPr="00795F0C">
        <w:rPr>
          <w:rFonts w:ascii="Times New Roman" w:hAnsi="Times New Roman" w:cs="Times New Roman"/>
          <w:sz w:val="28"/>
        </w:rPr>
        <w:t>1 tbsp lemon juice</w:t>
      </w:r>
    </w:p>
    <w:p w:rsidR="00560F4C" w:rsidRPr="00795F0C" w:rsidRDefault="0027568E">
      <w:pPr>
        <w:pStyle w:val="ListBullet"/>
        <w:rPr>
          <w:rFonts w:ascii="Times New Roman" w:hAnsi="Times New Roman" w:cs="Times New Roman"/>
          <w:sz w:val="28"/>
        </w:rPr>
      </w:pPr>
      <w:r w:rsidRPr="00795F0C">
        <w:rPr>
          <w:rFonts w:ascii="Times New Roman" w:hAnsi="Times New Roman" w:cs="Times New Roman"/>
          <w:sz w:val="28"/>
        </w:rPr>
        <w:t>Salt and pepper to taste</w:t>
      </w:r>
    </w:p>
    <w:p w:rsidR="00560F4C" w:rsidRPr="00795F0C" w:rsidRDefault="0027568E">
      <w:pPr>
        <w:pStyle w:val="Heading2"/>
        <w:rPr>
          <w:rFonts w:ascii="Times New Roman" w:hAnsi="Times New Roman" w:cs="Times New Roman"/>
          <w:sz w:val="36"/>
        </w:rPr>
      </w:pPr>
      <w:r w:rsidRPr="00795F0C">
        <w:rPr>
          <w:rFonts w:ascii="Times New Roman" w:hAnsi="Times New Roman" w:cs="Times New Roman"/>
          <w:sz w:val="36"/>
        </w:rPr>
        <w:t>Instructions</w:t>
      </w:r>
    </w:p>
    <w:p w:rsidR="00560F4C" w:rsidRPr="00795F0C" w:rsidRDefault="0027568E">
      <w:pPr>
        <w:rPr>
          <w:rFonts w:ascii="Times New Roman" w:hAnsi="Times New Roman" w:cs="Times New Roman"/>
          <w:sz w:val="28"/>
        </w:rPr>
      </w:pPr>
      <w:r w:rsidRPr="00795F0C">
        <w:rPr>
          <w:rFonts w:ascii="Times New Roman" w:hAnsi="Times New Roman" w:cs="Times New Roman"/>
          <w:sz w:val="28"/>
        </w:rPr>
        <w:t>1. In a large bowl, combine lentils, bell pepper, cucumber, onion, parsley, and feta</w:t>
      </w:r>
      <w:r w:rsidRPr="00795F0C">
        <w:rPr>
          <w:rFonts w:ascii="Times New Roman" w:hAnsi="Times New Roman" w:cs="Times New Roman"/>
          <w:sz w:val="28"/>
        </w:rPr>
        <w:t>.</w:t>
      </w:r>
      <w:r w:rsidRPr="00795F0C">
        <w:rPr>
          <w:rFonts w:ascii="Times New Roman" w:hAnsi="Times New Roman" w:cs="Times New Roman"/>
          <w:sz w:val="28"/>
        </w:rPr>
        <w:br/>
        <w:t>2. In a small bowl, whisk together olive oil, lemon juice, salt, and pepper.</w:t>
      </w:r>
      <w:r w:rsidRPr="00795F0C">
        <w:rPr>
          <w:rFonts w:ascii="Times New Roman" w:hAnsi="Times New Roman" w:cs="Times New Roman"/>
          <w:sz w:val="28"/>
        </w:rPr>
        <w:br/>
        <w:t>3. Pour dressing over salad and toss well.</w:t>
      </w:r>
      <w:r w:rsidRPr="00795F0C">
        <w:rPr>
          <w:rFonts w:ascii="Times New Roman" w:hAnsi="Times New Roman" w:cs="Times New Roman"/>
          <w:sz w:val="28"/>
        </w:rPr>
        <w:br/>
        <w:t>4. Chill before serving.</w:t>
      </w:r>
    </w:p>
    <w:p w:rsidR="00795F0C" w:rsidRDefault="00795F0C" w:rsidP="0027568E">
      <w:pPr>
        <w:pStyle w:val="NoSpacing"/>
      </w:pPr>
    </w:p>
    <w:p w:rsidR="00560F4C" w:rsidRPr="00795F0C" w:rsidRDefault="0027568E">
      <w:pPr>
        <w:pStyle w:val="Heading1"/>
        <w:rPr>
          <w:rFonts w:ascii="Times New Roman" w:hAnsi="Times New Roman" w:cs="Times New Roman"/>
          <w:sz w:val="36"/>
        </w:rPr>
      </w:pPr>
      <w:r w:rsidRPr="00795F0C">
        <w:rPr>
          <w:rFonts w:ascii="Times New Roman" w:hAnsi="Times New Roman" w:cs="Times New Roman"/>
          <w:sz w:val="36"/>
        </w:rPr>
        <w:lastRenderedPageBreak/>
        <w:t>Chickpea Veggie Burgers</w:t>
      </w:r>
    </w:p>
    <w:p w:rsidR="00560F4C" w:rsidRPr="00795F0C" w:rsidRDefault="0027568E">
      <w:pPr>
        <w:rPr>
          <w:rFonts w:ascii="Times New Roman" w:hAnsi="Times New Roman" w:cs="Times New Roman"/>
          <w:sz w:val="28"/>
        </w:rPr>
      </w:pPr>
      <w:r w:rsidRPr="00795F0C">
        <w:rPr>
          <w:rFonts w:ascii="Times New Roman" w:hAnsi="Times New Roman" w:cs="Times New Roman"/>
          <w:sz w:val="28"/>
        </w:rPr>
        <w:t>Main Ingredient: Chickpeas</w:t>
      </w:r>
    </w:p>
    <w:p w:rsidR="00795F0C" w:rsidRPr="00795F0C" w:rsidRDefault="00795F0C">
      <w:pPr>
        <w:pStyle w:val="Heading2"/>
        <w:rPr>
          <w:rFonts w:ascii="Times New Roman" w:hAnsi="Times New Roman" w:cs="Times New Roman"/>
          <w:sz w:val="36"/>
        </w:rPr>
      </w:pPr>
      <w:r w:rsidRPr="00795F0C">
        <w:rPr>
          <w:rFonts w:ascii="Times New Roman" w:hAnsi="Times New Roman" w:cs="Times New Roman"/>
          <w:noProof/>
          <w:sz w:val="36"/>
        </w:rPr>
        <w:drawing>
          <wp:inline distT="0" distB="0" distL="0" distR="0" wp14:anchorId="1E69EFCC" wp14:editId="61212B9D">
            <wp:extent cx="2161309" cy="324196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sala-Chickpea-Burgers_-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5366" cy="3248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F4C" w:rsidRPr="00795F0C" w:rsidRDefault="0027568E">
      <w:pPr>
        <w:pStyle w:val="Heading2"/>
        <w:rPr>
          <w:rFonts w:ascii="Times New Roman" w:hAnsi="Times New Roman" w:cs="Times New Roman"/>
          <w:sz w:val="36"/>
        </w:rPr>
      </w:pPr>
      <w:r w:rsidRPr="00795F0C">
        <w:rPr>
          <w:rFonts w:ascii="Times New Roman" w:hAnsi="Times New Roman" w:cs="Times New Roman"/>
          <w:sz w:val="36"/>
        </w:rPr>
        <w:t>Ingredients</w:t>
      </w:r>
    </w:p>
    <w:p w:rsidR="00560F4C" w:rsidRPr="00795F0C" w:rsidRDefault="0027568E">
      <w:pPr>
        <w:pStyle w:val="ListBullet"/>
        <w:rPr>
          <w:rFonts w:ascii="Times New Roman" w:hAnsi="Times New Roman" w:cs="Times New Roman"/>
          <w:sz w:val="28"/>
        </w:rPr>
      </w:pPr>
      <w:r w:rsidRPr="00795F0C">
        <w:rPr>
          <w:rFonts w:ascii="Times New Roman" w:hAnsi="Times New Roman" w:cs="Times New Roman"/>
          <w:sz w:val="28"/>
        </w:rPr>
        <w:t>1 can chickpeas, drained</w:t>
      </w:r>
    </w:p>
    <w:p w:rsidR="00560F4C" w:rsidRPr="00795F0C" w:rsidRDefault="0027568E">
      <w:pPr>
        <w:pStyle w:val="ListBullet"/>
        <w:rPr>
          <w:rFonts w:ascii="Times New Roman" w:hAnsi="Times New Roman" w:cs="Times New Roman"/>
          <w:sz w:val="28"/>
        </w:rPr>
      </w:pPr>
      <w:r w:rsidRPr="00795F0C">
        <w:rPr>
          <w:rFonts w:ascii="Times New Roman" w:hAnsi="Times New Roman" w:cs="Times New Roman"/>
          <w:sz w:val="28"/>
        </w:rPr>
        <w:t>1/2 carrot, grated</w:t>
      </w:r>
    </w:p>
    <w:p w:rsidR="00560F4C" w:rsidRPr="00795F0C" w:rsidRDefault="0027568E">
      <w:pPr>
        <w:pStyle w:val="ListBullet"/>
        <w:rPr>
          <w:rFonts w:ascii="Times New Roman" w:hAnsi="Times New Roman" w:cs="Times New Roman"/>
          <w:sz w:val="28"/>
        </w:rPr>
      </w:pPr>
      <w:r w:rsidRPr="00795F0C">
        <w:rPr>
          <w:rFonts w:ascii="Times New Roman" w:hAnsi="Times New Roman" w:cs="Times New Roman"/>
          <w:sz w:val="28"/>
        </w:rPr>
        <w:t>1</w:t>
      </w:r>
      <w:r w:rsidRPr="00795F0C">
        <w:rPr>
          <w:rFonts w:ascii="Times New Roman" w:hAnsi="Times New Roman" w:cs="Times New Roman"/>
          <w:sz w:val="28"/>
        </w:rPr>
        <w:t>/4 onion, finely chopped</w:t>
      </w:r>
    </w:p>
    <w:p w:rsidR="00560F4C" w:rsidRPr="00795F0C" w:rsidRDefault="0027568E">
      <w:pPr>
        <w:pStyle w:val="ListBullet"/>
        <w:rPr>
          <w:rFonts w:ascii="Times New Roman" w:hAnsi="Times New Roman" w:cs="Times New Roman"/>
          <w:sz w:val="28"/>
        </w:rPr>
      </w:pPr>
      <w:r w:rsidRPr="00795F0C">
        <w:rPr>
          <w:rFonts w:ascii="Times New Roman" w:hAnsi="Times New Roman" w:cs="Times New Roman"/>
          <w:sz w:val="28"/>
        </w:rPr>
        <w:t>1 clove garlic, minced</w:t>
      </w:r>
    </w:p>
    <w:p w:rsidR="00560F4C" w:rsidRPr="00795F0C" w:rsidRDefault="0027568E">
      <w:pPr>
        <w:pStyle w:val="ListBullet"/>
        <w:rPr>
          <w:rFonts w:ascii="Times New Roman" w:hAnsi="Times New Roman" w:cs="Times New Roman"/>
          <w:sz w:val="28"/>
        </w:rPr>
      </w:pPr>
      <w:r w:rsidRPr="00795F0C">
        <w:rPr>
          <w:rFonts w:ascii="Times New Roman" w:hAnsi="Times New Roman" w:cs="Times New Roman"/>
          <w:sz w:val="28"/>
        </w:rPr>
        <w:t>1/2 cup breadcrumbs</w:t>
      </w:r>
    </w:p>
    <w:p w:rsidR="00560F4C" w:rsidRPr="00795F0C" w:rsidRDefault="0027568E">
      <w:pPr>
        <w:pStyle w:val="ListBullet"/>
        <w:rPr>
          <w:rFonts w:ascii="Times New Roman" w:hAnsi="Times New Roman" w:cs="Times New Roman"/>
          <w:sz w:val="28"/>
        </w:rPr>
      </w:pPr>
      <w:r w:rsidRPr="00795F0C">
        <w:rPr>
          <w:rFonts w:ascii="Times New Roman" w:hAnsi="Times New Roman" w:cs="Times New Roman"/>
          <w:sz w:val="28"/>
        </w:rPr>
        <w:t>1 egg or flax egg</w:t>
      </w:r>
    </w:p>
    <w:p w:rsidR="00560F4C" w:rsidRPr="00795F0C" w:rsidRDefault="0027568E">
      <w:pPr>
        <w:pStyle w:val="ListBullet"/>
        <w:rPr>
          <w:rFonts w:ascii="Times New Roman" w:hAnsi="Times New Roman" w:cs="Times New Roman"/>
          <w:sz w:val="28"/>
        </w:rPr>
      </w:pPr>
      <w:r w:rsidRPr="00795F0C">
        <w:rPr>
          <w:rFonts w:ascii="Times New Roman" w:hAnsi="Times New Roman" w:cs="Times New Roman"/>
          <w:sz w:val="28"/>
        </w:rPr>
        <w:t>Salt and pepper to taste</w:t>
      </w:r>
    </w:p>
    <w:p w:rsidR="00560F4C" w:rsidRPr="00795F0C" w:rsidRDefault="0027568E">
      <w:pPr>
        <w:pStyle w:val="ListBullet"/>
        <w:rPr>
          <w:rFonts w:ascii="Times New Roman" w:hAnsi="Times New Roman" w:cs="Times New Roman"/>
          <w:sz w:val="28"/>
        </w:rPr>
      </w:pPr>
      <w:r w:rsidRPr="00795F0C">
        <w:rPr>
          <w:rFonts w:ascii="Times New Roman" w:hAnsi="Times New Roman" w:cs="Times New Roman"/>
          <w:sz w:val="28"/>
        </w:rPr>
        <w:t>Olive oil for frying</w:t>
      </w:r>
    </w:p>
    <w:p w:rsidR="00560F4C" w:rsidRPr="00795F0C" w:rsidRDefault="0027568E">
      <w:pPr>
        <w:pStyle w:val="Heading2"/>
        <w:rPr>
          <w:rFonts w:ascii="Times New Roman" w:hAnsi="Times New Roman" w:cs="Times New Roman"/>
          <w:sz w:val="36"/>
        </w:rPr>
      </w:pPr>
      <w:r w:rsidRPr="00795F0C">
        <w:rPr>
          <w:rFonts w:ascii="Times New Roman" w:hAnsi="Times New Roman" w:cs="Times New Roman"/>
          <w:sz w:val="36"/>
        </w:rPr>
        <w:t>Instructions</w:t>
      </w:r>
    </w:p>
    <w:p w:rsidR="00560F4C" w:rsidRPr="00795F0C" w:rsidRDefault="0027568E">
      <w:pPr>
        <w:rPr>
          <w:rFonts w:ascii="Times New Roman" w:hAnsi="Times New Roman" w:cs="Times New Roman"/>
          <w:sz w:val="28"/>
        </w:rPr>
      </w:pPr>
      <w:r w:rsidRPr="00795F0C">
        <w:rPr>
          <w:rFonts w:ascii="Times New Roman" w:hAnsi="Times New Roman" w:cs="Times New Roman"/>
          <w:sz w:val="28"/>
        </w:rPr>
        <w:t>1. In a bowl, mash chickpeas with a fork.</w:t>
      </w:r>
      <w:r w:rsidRPr="00795F0C">
        <w:rPr>
          <w:rFonts w:ascii="Times New Roman" w:hAnsi="Times New Roman" w:cs="Times New Roman"/>
          <w:sz w:val="28"/>
        </w:rPr>
        <w:br/>
        <w:t xml:space="preserve">2. Add grated carrot, onion, garlic, breadcrumbs, and egg. Mix until </w:t>
      </w:r>
      <w:r w:rsidRPr="00795F0C">
        <w:rPr>
          <w:rFonts w:ascii="Times New Roman" w:hAnsi="Times New Roman" w:cs="Times New Roman"/>
          <w:sz w:val="28"/>
        </w:rPr>
        <w:t>well combined.</w:t>
      </w:r>
      <w:r w:rsidRPr="00795F0C">
        <w:rPr>
          <w:rFonts w:ascii="Times New Roman" w:hAnsi="Times New Roman" w:cs="Times New Roman"/>
          <w:sz w:val="28"/>
        </w:rPr>
        <w:br/>
        <w:t>3. Form mixture into patties.</w:t>
      </w:r>
      <w:r w:rsidRPr="00795F0C">
        <w:rPr>
          <w:rFonts w:ascii="Times New Roman" w:hAnsi="Times New Roman" w:cs="Times New Roman"/>
          <w:sz w:val="28"/>
        </w:rPr>
        <w:br/>
        <w:t>4. Heat oil in a pan and cook patties for 3–4 minutes on each side, until golden.</w:t>
      </w:r>
      <w:r w:rsidRPr="00795F0C">
        <w:rPr>
          <w:rFonts w:ascii="Times New Roman" w:hAnsi="Times New Roman" w:cs="Times New Roman"/>
          <w:sz w:val="28"/>
        </w:rPr>
        <w:br/>
        <w:t>5. Serve on buns or lettuce wraps with desired toppings.</w:t>
      </w:r>
    </w:p>
    <w:p w:rsidR="00560F4C" w:rsidRPr="00795F0C" w:rsidRDefault="0027568E">
      <w:pPr>
        <w:pStyle w:val="Heading1"/>
        <w:rPr>
          <w:rFonts w:ascii="Times New Roman" w:hAnsi="Times New Roman" w:cs="Times New Roman"/>
          <w:sz w:val="36"/>
        </w:rPr>
      </w:pPr>
      <w:r w:rsidRPr="00795F0C">
        <w:rPr>
          <w:rFonts w:ascii="Times New Roman" w:hAnsi="Times New Roman" w:cs="Times New Roman"/>
          <w:sz w:val="36"/>
        </w:rPr>
        <w:lastRenderedPageBreak/>
        <w:t>Lentil &amp; Chickpea Soup</w:t>
      </w:r>
    </w:p>
    <w:p w:rsidR="00560F4C" w:rsidRPr="00795F0C" w:rsidRDefault="0027568E">
      <w:pPr>
        <w:rPr>
          <w:rFonts w:ascii="Times New Roman" w:hAnsi="Times New Roman" w:cs="Times New Roman"/>
          <w:sz w:val="28"/>
        </w:rPr>
      </w:pPr>
      <w:r w:rsidRPr="00795F0C">
        <w:rPr>
          <w:rFonts w:ascii="Times New Roman" w:hAnsi="Times New Roman" w:cs="Times New Roman"/>
          <w:sz w:val="28"/>
        </w:rPr>
        <w:t>Main Ingredient: Lentils &amp; Chickpeas</w:t>
      </w:r>
    </w:p>
    <w:p w:rsidR="00795F0C" w:rsidRPr="00795F0C" w:rsidRDefault="00795F0C">
      <w:pPr>
        <w:rPr>
          <w:rFonts w:ascii="Times New Roman" w:hAnsi="Times New Roman" w:cs="Times New Roman"/>
          <w:sz w:val="28"/>
        </w:rPr>
      </w:pPr>
      <w:r w:rsidRPr="00795F0C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401690" cy="2268187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entil-and-Chickpea-Soup-scaled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20524" cy="228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F4C" w:rsidRPr="00795F0C" w:rsidRDefault="0027568E">
      <w:pPr>
        <w:pStyle w:val="Heading2"/>
        <w:rPr>
          <w:rFonts w:ascii="Times New Roman" w:hAnsi="Times New Roman" w:cs="Times New Roman"/>
          <w:sz w:val="36"/>
        </w:rPr>
      </w:pPr>
      <w:r w:rsidRPr="00795F0C">
        <w:rPr>
          <w:rFonts w:ascii="Times New Roman" w:hAnsi="Times New Roman" w:cs="Times New Roman"/>
          <w:sz w:val="36"/>
        </w:rPr>
        <w:t>Ingredients</w:t>
      </w:r>
    </w:p>
    <w:p w:rsidR="00560F4C" w:rsidRPr="00795F0C" w:rsidRDefault="0027568E">
      <w:pPr>
        <w:pStyle w:val="ListBullet"/>
        <w:rPr>
          <w:rFonts w:ascii="Times New Roman" w:hAnsi="Times New Roman" w:cs="Times New Roman"/>
          <w:sz w:val="28"/>
        </w:rPr>
      </w:pPr>
      <w:r w:rsidRPr="00795F0C">
        <w:rPr>
          <w:rFonts w:ascii="Times New Roman" w:hAnsi="Times New Roman" w:cs="Times New Roman"/>
          <w:sz w:val="28"/>
        </w:rPr>
        <w:t>1 tbsp olive oil</w:t>
      </w:r>
    </w:p>
    <w:p w:rsidR="00560F4C" w:rsidRPr="00795F0C" w:rsidRDefault="0027568E">
      <w:pPr>
        <w:pStyle w:val="ListBullet"/>
        <w:rPr>
          <w:rFonts w:ascii="Times New Roman" w:hAnsi="Times New Roman" w:cs="Times New Roman"/>
          <w:sz w:val="28"/>
        </w:rPr>
      </w:pPr>
      <w:r w:rsidRPr="00795F0C">
        <w:rPr>
          <w:rFonts w:ascii="Times New Roman" w:hAnsi="Times New Roman" w:cs="Times New Roman"/>
          <w:sz w:val="28"/>
        </w:rPr>
        <w:t>1 onion, diced</w:t>
      </w:r>
    </w:p>
    <w:p w:rsidR="00560F4C" w:rsidRPr="00795F0C" w:rsidRDefault="0027568E">
      <w:pPr>
        <w:pStyle w:val="ListBullet"/>
        <w:rPr>
          <w:rFonts w:ascii="Times New Roman" w:hAnsi="Times New Roman" w:cs="Times New Roman"/>
          <w:sz w:val="28"/>
        </w:rPr>
      </w:pPr>
      <w:r w:rsidRPr="00795F0C">
        <w:rPr>
          <w:rFonts w:ascii="Times New Roman" w:hAnsi="Times New Roman" w:cs="Times New Roman"/>
          <w:sz w:val="28"/>
        </w:rPr>
        <w:t>1 carrot, diced</w:t>
      </w:r>
    </w:p>
    <w:p w:rsidR="00560F4C" w:rsidRPr="00795F0C" w:rsidRDefault="0027568E">
      <w:pPr>
        <w:pStyle w:val="ListBullet"/>
        <w:rPr>
          <w:rFonts w:ascii="Times New Roman" w:hAnsi="Times New Roman" w:cs="Times New Roman"/>
          <w:sz w:val="28"/>
        </w:rPr>
      </w:pPr>
      <w:r w:rsidRPr="00795F0C">
        <w:rPr>
          <w:rFonts w:ascii="Times New Roman" w:hAnsi="Times New Roman" w:cs="Times New Roman"/>
          <w:sz w:val="28"/>
        </w:rPr>
        <w:t>1 celery stalk, diced</w:t>
      </w:r>
    </w:p>
    <w:p w:rsidR="00560F4C" w:rsidRPr="00795F0C" w:rsidRDefault="0027568E">
      <w:pPr>
        <w:pStyle w:val="ListBullet"/>
        <w:rPr>
          <w:rFonts w:ascii="Times New Roman" w:hAnsi="Times New Roman" w:cs="Times New Roman"/>
          <w:sz w:val="28"/>
        </w:rPr>
      </w:pPr>
      <w:r w:rsidRPr="00795F0C">
        <w:rPr>
          <w:rFonts w:ascii="Times New Roman" w:hAnsi="Times New Roman" w:cs="Times New Roman"/>
          <w:sz w:val="28"/>
        </w:rPr>
        <w:t>2 cloves garlic, minced</w:t>
      </w:r>
    </w:p>
    <w:p w:rsidR="00560F4C" w:rsidRPr="00795F0C" w:rsidRDefault="0027568E">
      <w:pPr>
        <w:pStyle w:val="ListBullet"/>
        <w:rPr>
          <w:rFonts w:ascii="Times New Roman" w:hAnsi="Times New Roman" w:cs="Times New Roman"/>
          <w:sz w:val="28"/>
        </w:rPr>
      </w:pPr>
      <w:r w:rsidRPr="00795F0C">
        <w:rPr>
          <w:rFonts w:ascii="Times New Roman" w:hAnsi="Times New Roman" w:cs="Times New Roman"/>
          <w:sz w:val="28"/>
        </w:rPr>
        <w:t>1/2 cup cooked lentils</w:t>
      </w:r>
    </w:p>
    <w:p w:rsidR="00560F4C" w:rsidRPr="00795F0C" w:rsidRDefault="0027568E">
      <w:pPr>
        <w:pStyle w:val="ListBullet"/>
        <w:rPr>
          <w:rFonts w:ascii="Times New Roman" w:hAnsi="Times New Roman" w:cs="Times New Roman"/>
          <w:sz w:val="28"/>
        </w:rPr>
      </w:pPr>
      <w:r w:rsidRPr="00795F0C">
        <w:rPr>
          <w:rFonts w:ascii="Times New Roman" w:hAnsi="Times New Roman" w:cs="Times New Roman"/>
          <w:sz w:val="28"/>
        </w:rPr>
        <w:t>1/2 cup chickpeas</w:t>
      </w:r>
    </w:p>
    <w:p w:rsidR="00560F4C" w:rsidRPr="00795F0C" w:rsidRDefault="0027568E">
      <w:pPr>
        <w:pStyle w:val="ListBullet"/>
        <w:rPr>
          <w:rFonts w:ascii="Times New Roman" w:hAnsi="Times New Roman" w:cs="Times New Roman"/>
          <w:sz w:val="28"/>
        </w:rPr>
      </w:pPr>
      <w:r w:rsidRPr="00795F0C">
        <w:rPr>
          <w:rFonts w:ascii="Times New Roman" w:hAnsi="Times New Roman" w:cs="Times New Roman"/>
          <w:sz w:val="28"/>
        </w:rPr>
        <w:t>4 cups vegetable broth</w:t>
      </w:r>
    </w:p>
    <w:p w:rsidR="00560F4C" w:rsidRPr="00795F0C" w:rsidRDefault="0027568E">
      <w:pPr>
        <w:pStyle w:val="ListBullet"/>
        <w:rPr>
          <w:rFonts w:ascii="Times New Roman" w:hAnsi="Times New Roman" w:cs="Times New Roman"/>
          <w:sz w:val="28"/>
        </w:rPr>
      </w:pPr>
      <w:r w:rsidRPr="00795F0C">
        <w:rPr>
          <w:rFonts w:ascii="Times New Roman" w:hAnsi="Times New Roman" w:cs="Times New Roman"/>
          <w:sz w:val="28"/>
        </w:rPr>
        <w:t>1 tsp Italian seasoning</w:t>
      </w:r>
    </w:p>
    <w:p w:rsidR="00560F4C" w:rsidRPr="00795F0C" w:rsidRDefault="0027568E">
      <w:pPr>
        <w:pStyle w:val="ListBullet"/>
        <w:rPr>
          <w:rFonts w:ascii="Times New Roman" w:hAnsi="Times New Roman" w:cs="Times New Roman"/>
          <w:sz w:val="28"/>
        </w:rPr>
      </w:pPr>
      <w:r w:rsidRPr="00795F0C">
        <w:rPr>
          <w:rFonts w:ascii="Times New Roman" w:hAnsi="Times New Roman" w:cs="Times New Roman"/>
          <w:sz w:val="28"/>
        </w:rPr>
        <w:t>Salt and pepper to taste</w:t>
      </w:r>
    </w:p>
    <w:p w:rsidR="00560F4C" w:rsidRPr="00795F0C" w:rsidRDefault="0027568E">
      <w:pPr>
        <w:pStyle w:val="ListBullet"/>
        <w:rPr>
          <w:rFonts w:ascii="Times New Roman" w:hAnsi="Times New Roman" w:cs="Times New Roman"/>
          <w:sz w:val="28"/>
        </w:rPr>
      </w:pPr>
      <w:r w:rsidRPr="00795F0C">
        <w:rPr>
          <w:rFonts w:ascii="Times New Roman" w:hAnsi="Times New Roman" w:cs="Times New Roman"/>
          <w:sz w:val="28"/>
        </w:rPr>
        <w:t>Lemon juice for garnish</w:t>
      </w:r>
    </w:p>
    <w:p w:rsidR="00560F4C" w:rsidRPr="00795F0C" w:rsidRDefault="0027568E">
      <w:pPr>
        <w:pStyle w:val="Heading2"/>
        <w:rPr>
          <w:rFonts w:ascii="Times New Roman" w:hAnsi="Times New Roman" w:cs="Times New Roman"/>
          <w:sz w:val="36"/>
        </w:rPr>
      </w:pPr>
      <w:r w:rsidRPr="00795F0C">
        <w:rPr>
          <w:rFonts w:ascii="Times New Roman" w:hAnsi="Times New Roman" w:cs="Times New Roman"/>
          <w:sz w:val="36"/>
        </w:rPr>
        <w:t>Instructions</w:t>
      </w:r>
    </w:p>
    <w:p w:rsidR="00560F4C" w:rsidRPr="00795F0C" w:rsidRDefault="0027568E">
      <w:pPr>
        <w:rPr>
          <w:rFonts w:ascii="Times New Roman" w:hAnsi="Times New Roman" w:cs="Times New Roman"/>
          <w:sz w:val="28"/>
        </w:rPr>
      </w:pPr>
      <w:r w:rsidRPr="00795F0C">
        <w:rPr>
          <w:rFonts w:ascii="Times New Roman" w:hAnsi="Times New Roman" w:cs="Times New Roman"/>
          <w:sz w:val="28"/>
        </w:rPr>
        <w:t>1. Heat oli</w:t>
      </w:r>
      <w:r w:rsidRPr="00795F0C">
        <w:rPr>
          <w:rFonts w:ascii="Times New Roman" w:hAnsi="Times New Roman" w:cs="Times New Roman"/>
          <w:sz w:val="28"/>
        </w:rPr>
        <w:t>ve oil in a pot and sauté onion, carrot, celery, and garlic until soft.</w:t>
      </w:r>
      <w:r w:rsidRPr="00795F0C">
        <w:rPr>
          <w:rFonts w:ascii="Times New Roman" w:hAnsi="Times New Roman" w:cs="Times New Roman"/>
          <w:sz w:val="28"/>
        </w:rPr>
        <w:br/>
        <w:t>2. Add lentils, chickpeas, broth, and seasoning.</w:t>
      </w:r>
      <w:r w:rsidRPr="00795F0C">
        <w:rPr>
          <w:rFonts w:ascii="Times New Roman" w:hAnsi="Times New Roman" w:cs="Times New Roman"/>
          <w:sz w:val="28"/>
        </w:rPr>
        <w:br/>
        <w:t>3. Bring to a boil, then reduce heat and simmer for 20–25 minutes.</w:t>
      </w:r>
      <w:r w:rsidRPr="00795F0C">
        <w:rPr>
          <w:rFonts w:ascii="Times New Roman" w:hAnsi="Times New Roman" w:cs="Times New Roman"/>
          <w:sz w:val="28"/>
        </w:rPr>
        <w:br/>
        <w:t>4. Season with salt and pepper, and finish with a squeeze of lemon j</w:t>
      </w:r>
      <w:r w:rsidRPr="00795F0C">
        <w:rPr>
          <w:rFonts w:ascii="Times New Roman" w:hAnsi="Times New Roman" w:cs="Times New Roman"/>
          <w:sz w:val="28"/>
        </w:rPr>
        <w:t>uice.</w:t>
      </w:r>
      <w:r w:rsidRPr="00795F0C">
        <w:rPr>
          <w:rFonts w:ascii="Times New Roman" w:hAnsi="Times New Roman" w:cs="Times New Roman"/>
          <w:sz w:val="28"/>
        </w:rPr>
        <w:br/>
        <w:t>5. Serve warm with crusty bread.</w:t>
      </w:r>
    </w:p>
    <w:p w:rsidR="00560F4C" w:rsidRDefault="00560F4C"/>
    <w:sectPr w:rsidR="00560F4C" w:rsidSect="00795F0C">
      <w:footerReference w:type="default" r:id="rId13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7568E" w:rsidRDefault="0027568E" w:rsidP="0027568E">
      <w:pPr>
        <w:spacing w:after="0" w:line="240" w:lineRule="auto"/>
      </w:pPr>
      <w:r>
        <w:separator/>
      </w:r>
    </w:p>
  </w:endnote>
  <w:endnote w:type="continuationSeparator" w:id="0">
    <w:p w:rsidR="0027568E" w:rsidRDefault="0027568E" w:rsidP="002756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00000287" w:usb1="08070000" w:usb2="00000010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4418052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27568E" w:rsidRDefault="0027568E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27568E" w:rsidRDefault="0027568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7568E" w:rsidRDefault="0027568E" w:rsidP="0027568E">
      <w:pPr>
        <w:spacing w:after="0" w:line="240" w:lineRule="auto"/>
      </w:pPr>
      <w:r>
        <w:separator/>
      </w:r>
    </w:p>
  </w:footnote>
  <w:footnote w:type="continuationSeparator" w:id="0">
    <w:p w:rsidR="0027568E" w:rsidRDefault="0027568E" w:rsidP="002756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7568E"/>
    <w:rsid w:val="0029639D"/>
    <w:rsid w:val="00326F90"/>
    <w:rsid w:val="00560F4C"/>
    <w:rsid w:val="00795F0C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0932351"/>
  <w14:defaultImageDpi w14:val="300"/>
  <w15:docId w15:val="{6F42EC2E-859D-4CB8-94FE-DC550A5A5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221B2E9-4604-422E-90FF-BACF5E50FE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429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2875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Jennifer Thomas</cp:lastModifiedBy>
  <cp:revision>2</cp:revision>
  <dcterms:created xsi:type="dcterms:W3CDTF">2025-07-31T17:44:00Z</dcterms:created>
  <dcterms:modified xsi:type="dcterms:W3CDTF">2025-07-31T17:44:00Z</dcterms:modified>
  <cp:category/>
</cp:coreProperties>
</file>