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81DE" w14:textId="50A0FDEE" w:rsidR="00C945C2" w:rsidRPr="00B74068" w:rsidRDefault="00FB3664" w:rsidP="00DB3BA7">
      <w:pPr>
        <w:shd w:val="clear" w:color="auto" w:fill="95B3D7" w:themeFill="accent1" w:themeFillTint="99"/>
        <w:spacing w:after="0"/>
        <w:jc w:val="center"/>
        <w:rPr>
          <w:rFonts w:ascii="Calibri" w:hAnsi="Calibri" w:cs="Calibri"/>
          <w:color w:val="000000" w:themeColor="text1"/>
          <w:sz w:val="24"/>
          <w:szCs w:val="24"/>
        </w:rPr>
      </w:pPr>
      <w:r w:rsidRPr="00B74068">
        <w:rPr>
          <w:rFonts w:ascii="Calibri" w:hAnsi="Calibri" w:cs="Calibri"/>
          <w:b/>
          <w:color w:val="000000" w:themeColor="text1"/>
          <w:sz w:val="24"/>
          <w:szCs w:val="24"/>
        </w:rPr>
        <w:t>FY</w:t>
      </w:r>
      <w:r w:rsidR="00E545B4">
        <w:rPr>
          <w:rFonts w:ascii="Calibri" w:hAnsi="Calibri" w:cs="Calibri"/>
          <w:b/>
          <w:color w:val="000000" w:themeColor="text1"/>
          <w:sz w:val="24"/>
          <w:szCs w:val="24"/>
        </w:rPr>
        <w:t>24/25 YHDP</w:t>
      </w:r>
      <w:r w:rsidRPr="00B74068">
        <w:rPr>
          <w:rFonts w:ascii="Calibri" w:hAnsi="Calibri" w:cs="Calibri"/>
          <w:b/>
          <w:color w:val="000000" w:themeColor="text1"/>
          <w:sz w:val="24"/>
          <w:szCs w:val="24"/>
        </w:rPr>
        <w:t xml:space="preserve"> New Project Local Application</w:t>
      </w:r>
    </w:p>
    <w:p w14:paraId="3666FF29" w14:textId="4250B206" w:rsidR="00C945C2" w:rsidRPr="00B74068" w:rsidRDefault="00541946" w:rsidP="00DB3BA7">
      <w:pPr>
        <w:shd w:val="clear" w:color="auto" w:fill="95B3D7" w:themeFill="accent1" w:themeFillTint="99"/>
        <w:spacing w:after="240"/>
        <w:jc w:val="center"/>
        <w:rPr>
          <w:rFonts w:ascii="Calibri" w:hAnsi="Calibri" w:cs="Calibri"/>
          <w:color w:val="000000" w:themeColor="text1"/>
          <w:sz w:val="24"/>
          <w:szCs w:val="24"/>
        </w:rPr>
      </w:pPr>
      <w:r>
        <w:rPr>
          <w:rFonts w:ascii="Calibri" w:hAnsi="Calibri" w:cs="Calibri"/>
          <w:color w:val="000000" w:themeColor="text1"/>
          <w:sz w:val="24"/>
          <w:szCs w:val="24"/>
        </w:rPr>
        <w:t xml:space="preserve">Springfield-Hampden County </w:t>
      </w:r>
      <w:r w:rsidR="00FB3664" w:rsidRPr="00B74068">
        <w:rPr>
          <w:rFonts w:ascii="Calibri" w:hAnsi="Calibri" w:cs="Calibri"/>
          <w:color w:val="000000" w:themeColor="text1"/>
          <w:sz w:val="24"/>
          <w:szCs w:val="24"/>
        </w:rPr>
        <w:t xml:space="preserve">Continuum of Care </w:t>
      </w:r>
      <w:r>
        <w:rPr>
          <w:rFonts w:ascii="Calibri" w:hAnsi="Calibri" w:cs="Calibri"/>
          <w:color w:val="000000" w:themeColor="text1"/>
          <w:sz w:val="24"/>
          <w:szCs w:val="24"/>
        </w:rPr>
        <w:t>–</w:t>
      </w:r>
      <w:r w:rsidR="00FB3664" w:rsidRPr="00B74068">
        <w:rPr>
          <w:rFonts w:ascii="Calibri" w:hAnsi="Calibri" w:cs="Calibri"/>
          <w:color w:val="000000" w:themeColor="text1"/>
          <w:sz w:val="24"/>
          <w:szCs w:val="24"/>
        </w:rPr>
        <w:t xml:space="preserve"> </w:t>
      </w:r>
      <w:r>
        <w:rPr>
          <w:rFonts w:ascii="Calibri" w:hAnsi="Calibri" w:cs="Calibri"/>
          <w:color w:val="000000" w:themeColor="text1"/>
          <w:sz w:val="24"/>
          <w:szCs w:val="24"/>
        </w:rPr>
        <w:t>MA-504</w:t>
      </w:r>
    </w:p>
    <w:tbl>
      <w:tblPr>
        <w:tblStyle w:val="TableGrid"/>
        <w:tblW w:w="10255" w:type="dxa"/>
        <w:jc w:val="center"/>
        <w:tblLook w:val="04A0" w:firstRow="1" w:lastRow="0" w:firstColumn="1" w:lastColumn="0" w:noHBand="0" w:noVBand="1"/>
      </w:tblPr>
      <w:tblGrid>
        <w:gridCol w:w="3943"/>
        <w:gridCol w:w="6312"/>
      </w:tblGrid>
      <w:tr w:rsidR="00C945C2" w:rsidRPr="00B74068" w14:paraId="204C26FB" w14:textId="77777777" w:rsidTr="00DB3BA7">
        <w:trPr>
          <w:jc w:val="center"/>
        </w:trPr>
        <w:tc>
          <w:tcPr>
            <w:tcW w:w="3943" w:type="dxa"/>
            <w:shd w:val="clear" w:color="auto" w:fill="DBE5F1" w:themeFill="accent1" w:themeFillTint="33"/>
          </w:tcPr>
          <w:p w14:paraId="285795BF" w14:textId="3FA620A9"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Application Type</w:t>
            </w:r>
            <w:r w:rsidR="005B1642">
              <w:rPr>
                <w:rFonts w:ascii="Calibri" w:hAnsi="Calibri" w:cs="Calibri"/>
                <w:b/>
                <w:color w:val="000000" w:themeColor="text1"/>
                <w:sz w:val="22"/>
              </w:rPr>
              <w:t xml:space="preserve"> </w:t>
            </w:r>
          </w:p>
        </w:tc>
        <w:tc>
          <w:tcPr>
            <w:tcW w:w="6312" w:type="dxa"/>
          </w:tcPr>
          <w:p w14:paraId="43188FA9" w14:textId="7BBC90EF" w:rsidR="00C945C2" w:rsidRPr="00B74068" w:rsidRDefault="00FB3664">
            <w:pPr>
              <w:rPr>
                <w:rFonts w:ascii="Calibri" w:hAnsi="Calibri" w:cs="Calibri"/>
                <w:color w:val="000000" w:themeColor="text1"/>
                <w:sz w:val="22"/>
              </w:rPr>
            </w:pPr>
            <w:r w:rsidRPr="00B74068">
              <w:rPr>
                <w:rFonts w:ascii="Calibri" w:hAnsi="Calibri" w:cs="Calibri"/>
                <w:color w:val="000000" w:themeColor="text1"/>
                <w:sz w:val="22"/>
              </w:rPr>
              <w:t xml:space="preserve">New Project </w:t>
            </w:r>
          </w:p>
        </w:tc>
      </w:tr>
      <w:tr w:rsidR="00C945C2" w:rsidRPr="00B74068" w14:paraId="7B20EF05" w14:textId="77777777" w:rsidTr="00DB3BA7">
        <w:trPr>
          <w:jc w:val="center"/>
        </w:trPr>
        <w:tc>
          <w:tcPr>
            <w:tcW w:w="3943" w:type="dxa"/>
            <w:shd w:val="clear" w:color="auto" w:fill="DBE5F1" w:themeFill="accent1" w:themeFillTint="33"/>
          </w:tcPr>
          <w:p w14:paraId="248023D5"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Local Application Due Date</w:t>
            </w:r>
          </w:p>
        </w:tc>
        <w:tc>
          <w:tcPr>
            <w:tcW w:w="6312" w:type="dxa"/>
          </w:tcPr>
          <w:p w14:paraId="62EB6224" w14:textId="78708117" w:rsidR="00C945C2" w:rsidRPr="00B74068" w:rsidRDefault="00EA4E5E">
            <w:pPr>
              <w:rPr>
                <w:rFonts w:ascii="Calibri" w:hAnsi="Calibri" w:cs="Calibri"/>
                <w:color w:val="000000" w:themeColor="text1"/>
                <w:sz w:val="22"/>
              </w:rPr>
            </w:pPr>
            <w:r>
              <w:rPr>
                <w:rFonts w:ascii="Calibri" w:hAnsi="Calibri" w:cs="Calibri"/>
                <w:color w:val="000000" w:themeColor="text1"/>
                <w:sz w:val="22"/>
              </w:rPr>
              <w:t>Wednes</w:t>
            </w:r>
            <w:r w:rsidR="00541946">
              <w:rPr>
                <w:rFonts w:ascii="Calibri" w:hAnsi="Calibri" w:cs="Calibri"/>
                <w:color w:val="000000" w:themeColor="text1"/>
                <w:sz w:val="22"/>
              </w:rPr>
              <w:t>day</w:t>
            </w:r>
            <w:r w:rsidR="00FB3664" w:rsidRPr="00B74068">
              <w:rPr>
                <w:rFonts w:ascii="Calibri" w:hAnsi="Calibri" w:cs="Calibri"/>
                <w:color w:val="000000" w:themeColor="text1"/>
                <w:sz w:val="22"/>
              </w:rPr>
              <w:t xml:space="preserve">, July </w:t>
            </w:r>
            <w:r w:rsidR="00541946">
              <w:rPr>
                <w:rFonts w:ascii="Calibri" w:hAnsi="Calibri" w:cs="Calibri"/>
                <w:color w:val="000000" w:themeColor="text1"/>
                <w:sz w:val="22"/>
              </w:rPr>
              <w:t>2</w:t>
            </w:r>
            <w:r>
              <w:rPr>
                <w:rFonts w:ascii="Calibri" w:hAnsi="Calibri" w:cs="Calibri"/>
                <w:color w:val="000000" w:themeColor="text1"/>
                <w:sz w:val="22"/>
              </w:rPr>
              <w:t>9</w:t>
            </w:r>
            <w:r w:rsidR="00FB3664" w:rsidRPr="00B74068">
              <w:rPr>
                <w:rFonts w:ascii="Calibri" w:hAnsi="Calibri" w:cs="Calibri"/>
                <w:color w:val="000000" w:themeColor="text1"/>
                <w:sz w:val="22"/>
              </w:rPr>
              <w:t xml:space="preserve">, 2026, by </w:t>
            </w:r>
            <w:r w:rsidR="008D7001">
              <w:rPr>
                <w:rFonts w:ascii="Calibri" w:hAnsi="Calibri" w:cs="Calibri"/>
                <w:color w:val="000000" w:themeColor="text1"/>
                <w:sz w:val="22"/>
              </w:rPr>
              <w:t>4</w:t>
            </w:r>
            <w:r w:rsidR="00FB3664" w:rsidRPr="00B74068">
              <w:rPr>
                <w:rFonts w:ascii="Calibri" w:hAnsi="Calibri" w:cs="Calibri"/>
                <w:color w:val="000000" w:themeColor="text1"/>
                <w:sz w:val="22"/>
              </w:rPr>
              <w:t>:00 PM</w:t>
            </w:r>
          </w:p>
        </w:tc>
      </w:tr>
      <w:tr w:rsidR="00C945C2" w:rsidRPr="00B74068" w14:paraId="33E88320" w14:textId="77777777" w:rsidTr="00DB3BA7">
        <w:trPr>
          <w:jc w:val="center"/>
        </w:trPr>
        <w:tc>
          <w:tcPr>
            <w:tcW w:w="3943" w:type="dxa"/>
            <w:shd w:val="clear" w:color="auto" w:fill="DBE5F1" w:themeFill="accent1" w:themeFillTint="33"/>
          </w:tcPr>
          <w:p w14:paraId="09EA8B4D"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Submit To</w:t>
            </w:r>
          </w:p>
        </w:tc>
        <w:tc>
          <w:tcPr>
            <w:tcW w:w="6312" w:type="dxa"/>
          </w:tcPr>
          <w:p w14:paraId="05EEC42C" w14:textId="12077E7D" w:rsidR="005B1642" w:rsidRPr="00EA4E5E" w:rsidRDefault="00721589" w:rsidP="005B1642">
            <w:pPr>
              <w:rPr>
                <w:rFonts w:ascii="Calibri" w:hAnsi="Calibri" w:cs="Calibri"/>
                <w:color w:val="000000" w:themeColor="text1"/>
                <w:sz w:val="22"/>
              </w:rPr>
            </w:pPr>
            <w:hyperlink r:id="rId8" w:history="1">
              <w:r w:rsidR="00EA4E5E" w:rsidRPr="00EA4E5E">
                <w:rPr>
                  <w:rStyle w:val="Hyperlink"/>
                  <w:rFonts w:ascii="Calibri" w:hAnsi="Calibri" w:cs="Calibri"/>
                  <w:sz w:val="22"/>
                </w:rPr>
                <w:t>hnelson@springfieldcityhall.com</w:t>
              </w:r>
            </w:hyperlink>
          </w:p>
        </w:tc>
      </w:tr>
      <w:tr w:rsidR="00C945C2" w:rsidRPr="00B74068" w14:paraId="64C014DF" w14:textId="77777777" w:rsidTr="00DB3BA7">
        <w:trPr>
          <w:jc w:val="center"/>
        </w:trPr>
        <w:tc>
          <w:tcPr>
            <w:tcW w:w="3943" w:type="dxa"/>
            <w:shd w:val="clear" w:color="auto" w:fill="DBE5F1" w:themeFill="accent1" w:themeFillTint="33"/>
          </w:tcPr>
          <w:p w14:paraId="79FB2137"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Email Subject Line</w:t>
            </w:r>
          </w:p>
        </w:tc>
        <w:tc>
          <w:tcPr>
            <w:tcW w:w="6312" w:type="dxa"/>
          </w:tcPr>
          <w:p w14:paraId="323635F0" w14:textId="30E62746" w:rsidR="00C945C2" w:rsidRPr="00B74068" w:rsidRDefault="00FB3664">
            <w:pPr>
              <w:rPr>
                <w:rFonts w:ascii="Calibri" w:hAnsi="Calibri" w:cs="Calibri"/>
                <w:color w:val="000000" w:themeColor="text1"/>
                <w:sz w:val="22"/>
              </w:rPr>
            </w:pPr>
            <w:bookmarkStart w:id="0" w:name="_Hlk234223502"/>
            <w:r w:rsidRPr="00B74068">
              <w:rPr>
                <w:rFonts w:ascii="Calibri" w:hAnsi="Calibri" w:cs="Calibri"/>
                <w:color w:val="000000" w:themeColor="text1"/>
                <w:sz w:val="22"/>
              </w:rPr>
              <w:t>FY2</w:t>
            </w:r>
            <w:r w:rsidR="00EA4E5E">
              <w:rPr>
                <w:rFonts w:ascii="Calibri" w:hAnsi="Calibri" w:cs="Calibri"/>
                <w:color w:val="000000" w:themeColor="text1"/>
                <w:sz w:val="22"/>
              </w:rPr>
              <w:t>4/25 YHDP</w:t>
            </w:r>
            <w:r w:rsidRPr="00B74068">
              <w:rPr>
                <w:rFonts w:ascii="Calibri" w:hAnsi="Calibri" w:cs="Calibri"/>
                <w:color w:val="000000" w:themeColor="text1"/>
                <w:sz w:val="22"/>
              </w:rPr>
              <w:t xml:space="preserve"> New Project Application - [Agency Name] - [Project Name]</w:t>
            </w:r>
            <w:bookmarkEnd w:id="0"/>
          </w:p>
        </w:tc>
      </w:tr>
    </w:tbl>
    <w:p w14:paraId="07A76B56" w14:textId="77777777" w:rsidR="00DB3BA7" w:rsidRDefault="00DB3BA7" w:rsidP="00DB3BA7">
      <w:pPr>
        <w:pStyle w:val="SmallNote"/>
        <w:spacing w:after="0"/>
        <w:jc w:val="both"/>
        <w:rPr>
          <w:rFonts w:ascii="Calibri" w:hAnsi="Calibri" w:cs="Calibri"/>
          <w:b/>
          <w:color w:val="000000" w:themeColor="text1"/>
          <w:sz w:val="22"/>
        </w:rPr>
      </w:pPr>
    </w:p>
    <w:p w14:paraId="5EF10F04" w14:textId="19D17AE6" w:rsidR="0011591F" w:rsidRPr="00B74068" w:rsidRDefault="00FB3664" w:rsidP="00B74068">
      <w:pPr>
        <w:pStyle w:val="SmallNote"/>
        <w:jc w:val="both"/>
        <w:rPr>
          <w:rFonts w:ascii="Calibri" w:hAnsi="Calibri" w:cs="Calibri"/>
          <w:color w:val="000000" w:themeColor="text1"/>
          <w:sz w:val="22"/>
        </w:rPr>
      </w:pPr>
      <w:r w:rsidRPr="00B74068">
        <w:rPr>
          <w:rFonts w:ascii="Calibri" w:hAnsi="Calibri" w:cs="Calibri"/>
          <w:b/>
          <w:color w:val="000000" w:themeColor="text1"/>
          <w:sz w:val="22"/>
        </w:rPr>
        <w:t xml:space="preserve">Funding availability planning note: </w:t>
      </w:r>
      <w:r w:rsidR="005E5E65" w:rsidRPr="005E5E65">
        <w:rPr>
          <w:rFonts w:ascii="Calibri" w:hAnsi="Calibri" w:cs="Calibri"/>
          <w:bCs/>
          <w:color w:val="000000" w:themeColor="text1"/>
          <w:sz w:val="22"/>
        </w:rPr>
        <w:t>The CoC’s</w:t>
      </w:r>
      <w:r w:rsidR="005E5E65">
        <w:rPr>
          <w:rFonts w:ascii="Calibri" w:hAnsi="Calibri" w:cs="Calibri"/>
          <w:b/>
          <w:color w:val="000000" w:themeColor="text1"/>
          <w:sz w:val="22"/>
        </w:rPr>
        <w:t xml:space="preserve"> </w:t>
      </w:r>
      <w:r w:rsidRPr="00B74068">
        <w:rPr>
          <w:rFonts w:ascii="Calibri" w:hAnsi="Calibri" w:cs="Calibri"/>
          <w:color w:val="000000" w:themeColor="text1"/>
          <w:sz w:val="22"/>
        </w:rPr>
        <w:t>estimate</w:t>
      </w:r>
      <w:r w:rsidR="005E5E65">
        <w:rPr>
          <w:rFonts w:ascii="Calibri" w:hAnsi="Calibri" w:cs="Calibri"/>
          <w:color w:val="000000" w:themeColor="text1"/>
          <w:sz w:val="22"/>
        </w:rPr>
        <w:t>s</w:t>
      </w:r>
      <w:r w:rsidRPr="00B74068">
        <w:rPr>
          <w:rFonts w:ascii="Calibri" w:hAnsi="Calibri" w:cs="Calibri"/>
          <w:color w:val="000000" w:themeColor="text1"/>
          <w:sz w:val="22"/>
        </w:rPr>
        <w:t xml:space="preserve"> </w:t>
      </w:r>
      <w:r w:rsidR="00541946">
        <w:rPr>
          <w:rFonts w:ascii="Calibri" w:hAnsi="Calibri" w:cs="Calibri"/>
          <w:color w:val="000000" w:themeColor="text1"/>
          <w:sz w:val="22"/>
        </w:rPr>
        <w:t xml:space="preserve">the following amounts available for </w:t>
      </w:r>
      <w:r w:rsidRPr="00B74068">
        <w:rPr>
          <w:rFonts w:ascii="Calibri" w:hAnsi="Calibri" w:cs="Calibri"/>
          <w:color w:val="000000" w:themeColor="text1"/>
          <w:sz w:val="22"/>
        </w:rPr>
        <w:t xml:space="preserve">new </w:t>
      </w:r>
      <w:r w:rsidR="00B03ACC">
        <w:rPr>
          <w:rFonts w:ascii="Calibri" w:hAnsi="Calibri" w:cs="Calibri"/>
          <w:color w:val="000000" w:themeColor="text1"/>
          <w:sz w:val="22"/>
        </w:rPr>
        <w:t xml:space="preserve">services-only </w:t>
      </w:r>
      <w:r w:rsidR="0042727B">
        <w:rPr>
          <w:rFonts w:ascii="Calibri" w:hAnsi="Calibri" w:cs="Calibri"/>
          <w:color w:val="000000" w:themeColor="text1"/>
          <w:sz w:val="22"/>
        </w:rPr>
        <w:t xml:space="preserve">YHDP </w:t>
      </w:r>
      <w:r w:rsidRPr="00B74068">
        <w:rPr>
          <w:rFonts w:ascii="Calibri" w:hAnsi="Calibri" w:cs="Calibri"/>
          <w:color w:val="000000" w:themeColor="text1"/>
          <w:sz w:val="22"/>
        </w:rPr>
        <w:t>projects</w:t>
      </w:r>
      <w:r w:rsidR="00B03ACC">
        <w:rPr>
          <w:rFonts w:ascii="Calibri" w:hAnsi="Calibri" w:cs="Calibri"/>
          <w:color w:val="000000" w:themeColor="text1"/>
          <w:sz w:val="22"/>
        </w:rPr>
        <w:t xml:space="preserve"> over a 24-month term</w:t>
      </w:r>
      <w:r w:rsidRPr="00B74068">
        <w:rPr>
          <w:rFonts w:ascii="Calibri" w:hAnsi="Calibri" w:cs="Calibri"/>
          <w:color w:val="000000" w:themeColor="text1"/>
          <w:sz w:val="22"/>
        </w:rPr>
        <w:t>, subject to final HUD</w:t>
      </w:r>
      <w:r w:rsidR="005E5E65">
        <w:rPr>
          <w:rFonts w:ascii="Calibri" w:hAnsi="Calibri" w:cs="Calibri"/>
          <w:color w:val="000000" w:themeColor="text1"/>
          <w:sz w:val="22"/>
        </w:rPr>
        <w:t xml:space="preserve"> </w:t>
      </w:r>
      <w:r w:rsidRPr="00B74068">
        <w:rPr>
          <w:rFonts w:ascii="Calibri" w:hAnsi="Calibri" w:cs="Calibri"/>
          <w:color w:val="000000" w:themeColor="text1"/>
          <w:sz w:val="22"/>
        </w:rPr>
        <w:t>confirmation, local competition decisions, and available funding. This estimate does not guarantee funding for any applicant or project.</w:t>
      </w:r>
    </w:p>
    <w:tbl>
      <w:tblPr>
        <w:tblStyle w:val="TableGrid"/>
        <w:tblW w:w="0" w:type="auto"/>
        <w:tblInd w:w="828" w:type="dxa"/>
        <w:tblLook w:val="04A0" w:firstRow="1" w:lastRow="0" w:firstColumn="1" w:lastColumn="0" w:noHBand="0" w:noVBand="1"/>
      </w:tblPr>
      <w:tblGrid>
        <w:gridCol w:w="3204"/>
        <w:gridCol w:w="2537"/>
        <w:gridCol w:w="2537"/>
      </w:tblGrid>
      <w:tr w:rsidR="00EA4E5E" w14:paraId="15FFD694" w14:textId="77777777" w:rsidTr="00EA4E5E">
        <w:trPr>
          <w:trHeight w:val="729"/>
        </w:trPr>
        <w:tc>
          <w:tcPr>
            <w:tcW w:w="3204" w:type="dxa"/>
          </w:tcPr>
          <w:p w14:paraId="22380F4D" w14:textId="7406B428" w:rsidR="00EA4E5E" w:rsidRDefault="00EA4E5E" w:rsidP="00B74068">
            <w:pPr>
              <w:pStyle w:val="SmallNote"/>
              <w:jc w:val="both"/>
              <w:rPr>
                <w:rFonts w:ascii="Calibri" w:hAnsi="Calibri" w:cs="Calibri"/>
                <w:color w:val="000000" w:themeColor="text1"/>
                <w:sz w:val="22"/>
              </w:rPr>
            </w:pPr>
            <w:r>
              <w:rPr>
                <w:rFonts w:ascii="Calibri" w:hAnsi="Calibri" w:cs="Calibri"/>
                <w:color w:val="000000" w:themeColor="text1"/>
                <w:sz w:val="22"/>
              </w:rPr>
              <w:t>Project</w:t>
            </w:r>
          </w:p>
        </w:tc>
        <w:tc>
          <w:tcPr>
            <w:tcW w:w="2537" w:type="dxa"/>
          </w:tcPr>
          <w:p w14:paraId="757ECC01" w14:textId="77777777" w:rsidR="00FD6D8E" w:rsidRDefault="00FD6D8E" w:rsidP="005B1642">
            <w:pPr>
              <w:pStyle w:val="SmallNote"/>
              <w:jc w:val="right"/>
              <w:rPr>
                <w:rFonts w:ascii="Calibri" w:hAnsi="Calibri" w:cs="Calibri"/>
                <w:color w:val="000000" w:themeColor="text1"/>
                <w:sz w:val="22"/>
              </w:rPr>
            </w:pPr>
            <w:r>
              <w:rPr>
                <w:rFonts w:ascii="Calibri" w:hAnsi="Calibri" w:cs="Calibri"/>
                <w:color w:val="000000" w:themeColor="text1"/>
                <w:sz w:val="22"/>
              </w:rPr>
              <w:t xml:space="preserve">Approximate </w:t>
            </w:r>
            <w:r w:rsidR="00EA4E5E">
              <w:rPr>
                <w:rFonts w:ascii="Calibri" w:hAnsi="Calibri" w:cs="Calibri"/>
                <w:color w:val="000000" w:themeColor="text1"/>
                <w:sz w:val="22"/>
              </w:rPr>
              <w:t xml:space="preserve">Total </w:t>
            </w:r>
          </w:p>
          <w:p w14:paraId="5BAFB864" w14:textId="70DD6745" w:rsidR="00EA4E5E" w:rsidRDefault="00EA4E5E" w:rsidP="00FD6D8E">
            <w:pPr>
              <w:pStyle w:val="SmallNote"/>
              <w:jc w:val="center"/>
              <w:rPr>
                <w:rFonts w:ascii="Calibri" w:hAnsi="Calibri" w:cs="Calibri"/>
                <w:color w:val="000000" w:themeColor="text1"/>
                <w:sz w:val="22"/>
              </w:rPr>
            </w:pPr>
            <w:proofErr w:type="gramStart"/>
            <w:r>
              <w:rPr>
                <w:rFonts w:ascii="Calibri" w:hAnsi="Calibri" w:cs="Calibri"/>
                <w:color w:val="000000" w:themeColor="text1"/>
                <w:sz w:val="22"/>
              </w:rPr>
              <w:t>24 month</w:t>
            </w:r>
            <w:proofErr w:type="gramEnd"/>
            <w:r w:rsidR="00FD6D8E">
              <w:rPr>
                <w:rFonts w:ascii="Calibri" w:hAnsi="Calibri" w:cs="Calibri"/>
                <w:color w:val="000000" w:themeColor="text1"/>
                <w:sz w:val="22"/>
              </w:rPr>
              <w:t xml:space="preserve"> YHDP</w:t>
            </w:r>
            <w:r>
              <w:rPr>
                <w:rFonts w:ascii="Calibri" w:hAnsi="Calibri" w:cs="Calibri"/>
                <w:color w:val="000000" w:themeColor="text1"/>
                <w:sz w:val="22"/>
              </w:rPr>
              <w:t xml:space="preserve"> funding</w:t>
            </w:r>
          </w:p>
        </w:tc>
        <w:tc>
          <w:tcPr>
            <w:tcW w:w="2537" w:type="dxa"/>
          </w:tcPr>
          <w:p w14:paraId="6E465095" w14:textId="77777777" w:rsidR="00FD6D8E" w:rsidRDefault="00FD6D8E" w:rsidP="005B1642">
            <w:pPr>
              <w:pStyle w:val="SmallNote"/>
              <w:jc w:val="right"/>
              <w:rPr>
                <w:rFonts w:ascii="Calibri" w:hAnsi="Calibri" w:cs="Calibri"/>
                <w:color w:val="000000" w:themeColor="text1"/>
                <w:sz w:val="22"/>
              </w:rPr>
            </w:pPr>
            <w:r>
              <w:rPr>
                <w:rFonts w:ascii="Calibri" w:hAnsi="Calibri" w:cs="Calibri"/>
                <w:color w:val="000000" w:themeColor="text1"/>
                <w:sz w:val="22"/>
              </w:rPr>
              <w:t>Approximate</w:t>
            </w:r>
          </w:p>
          <w:p w14:paraId="7F41AFBD" w14:textId="2B3368C0" w:rsidR="00EA4E5E" w:rsidRDefault="00EA4E5E" w:rsidP="005B1642">
            <w:pPr>
              <w:pStyle w:val="SmallNote"/>
              <w:jc w:val="right"/>
              <w:rPr>
                <w:rFonts w:ascii="Calibri" w:hAnsi="Calibri" w:cs="Calibri"/>
                <w:color w:val="000000" w:themeColor="text1"/>
                <w:sz w:val="22"/>
              </w:rPr>
            </w:pPr>
            <w:r>
              <w:rPr>
                <w:rFonts w:ascii="Calibri" w:hAnsi="Calibri" w:cs="Calibri"/>
                <w:color w:val="000000" w:themeColor="text1"/>
                <w:sz w:val="22"/>
              </w:rPr>
              <w:t>Funding per year</w:t>
            </w:r>
          </w:p>
        </w:tc>
      </w:tr>
      <w:tr w:rsidR="00B03ACC" w14:paraId="57664356" w14:textId="0A26EC07" w:rsidTr="00EA4E5E">
        <w:trPr>
          <w:trHeight w:val="495"/>
        </w:trPr>
        <w:tc>
          <w:tcPr>
            <w:tcW w:w="3204" w:type="dxa"/>
          </w:tcPr>
          <w:p w14:paraId="709CAEB5" w14:textId="26254FBD" w:rsidR="00B03ACC" w:rsidRDefault="00B03ACC" w:rsidP="00B74068">
            <w:pPr>
              <w:pStyle w:val="SmallNote"/>
              <w:jc w:val="both"/>
              <w:rPr>
                <w:rFonts w:ascii="Calibri" w:hAnsi="Calibri" w:cs="Calibri"/>
                <w:color w:val="000000" w:themeColor="text1"/>
                <w:sz w:val="22"/>
              </w:rPr>
            </w:pPr>
            <w:bookmarkStart w:id="1" w:name="_Hlk232860691"/>
            <w:r>
              <w:rPr>
                <w:rFonts w:ascii="Calibri" w:hAnsi="Calibri" w:cs="Calibri"/>
                <w:color w:val="000000" w:themeColor="text1"/>
                <w:sz w:val="22"/>
              </w:rPr>
              <w:t>YHDP CE Expansion</w:t>
            </w:r>
            <w:r>
              <w:rPr>
                <w:rFonts w:ascii="Calibri" w:hAnsi="Calibri" w:cs="Calibri"/>
                <w:color w:val="000000" w:themeColor="text1"/>
                <w:sz w:val="22"/>
              </w:rPr>
              <w:tab/>
            </w:r>
          </w:p>
        </w:tc>
        <w:tc>
          <w:tcPr>
            <w:tcW w:w="2537" w:type="dxa"/>
          </w:tcPr>
          <w:p w14:paraId="45E759A1" w14:textId="72CFA786" w:rsidR="00B03ACC" w:rsidRDefault="00B03ACC" w:rsidP="005B1642">
            <w:pPr>
              <w:pStyle w:val="SmallNote"/>
              <w:jc w:val="right"/>
              <w:rPr>
                <w:rFonts w:ascii="Calibri" w:hAnsi="Calibri" w:cs="Calibri"/>
                <w:color w:val="000000" w:themeColor="text1"/>
                <w:sz w:val="22"/>
              </w:rPr>
            </w:pPr>
            <w:r>
              <w:rPr>
                <w:rFonts w:ascii="Calibri" w:hAnsi="Calibri" w:cs="Calibri"/>
                <w:color w:val="000000" w:themeColor="text1"/>
                <w:sz w:val="22"/>
              </w:rPr>
              <w:t>$550,000</w:t>
            </w:r>
          </w:p>
        </w:tc>
        <w:tc>
          <w:tcPr>
            <w:tcW w:w="2537" w:type="dxa"/>
          </w:tcPr>
          <w:p w14:paraId="123982C4" w14:textId="02B0D038" w:rsidR="00B03ACC" w:rsidRDefault="00EA4E5E" w:rsidP="005B1642">
            <w:pPr>
              <w:pStyle w:val="SmallNote"/>
              <w:jc w:val="right"/>
              <w:rPr>
                <w:rFonts w:ascii="Calibri" w:hAnsi="Calibri" w:cs="Calibri"/>
                <w:color w:val="000000" w:themeColor="text1"/>
                <w:sz w:val="22"/>
              </w:rPr>
            </w:pPr>
            <w:r>
              <w:rPr>
                <w:rFonts w:ascii="Calibri" w:hAnsi="Calibri" w:cs="Calibri"/>
                <w:color w:val="000000" w:themeColor="text1"/>
                <w:sz w:val="22"/>
              </w:rPr>
              <w:t>$275,000</w:t>
            </w:r>
          </w:p>
        </w:tc>
      </w:tr>
      <w:tr w:rsidR="00B03ACC" w14:paraId="3BB047CC" w14:textId="435A51D9" w:rsidTr="00EA4E5E">
        <w:trPr>
          <w:trHeight w:val="481"/>
        </w:trPr>
        <w:tc>
          <w:tcPr>
            <w:tcW w:w="3204" w:type="dxa"/>
          </w:tcPr>
          <w:p w14:paraId="09322FE2" w14:textId="23B2BC67" w:rsidR="00B03ACC" w:rsidRDefault="00B03ACC" w:rsidP="005B1642">
            <w:pPr>
              <w:pStyle w:val="SmallNote"/>
              <w:jc w:val="both"/>
              <w:rPr>
                <w:rFonts w:ascii="Calibri" w:hAnsi="Calibri" w:cs="Calibri"/>
                <w:color w:val="000000" w:themeColor="text1"/>
                <w:sz w:val="22"/>
              </w:rPr>
            </w:pPr>
            <w:r>
              <w:rPr>
                <w:rFonts w:ascii="Calibri" w:hAnsi="Calibri" w:cs="Calibri"/>
                <w:color w:val="000000" w:themeColor="text1"/>
                <w:sz w:val="22"/>
              </w:rPr>
              <w:t>YHDP FYI Supportive Services</w:t>
            </w:r>
          </w:p>
        </w:tc>
        <w:tc>
          <w:tcPr>
            <w:tcW w:w="2537" w:type="dxa"/>
          </w:tcPr>
          <w:p w14:paraId="6563AB52" w14:textId="180F4D78" w:rsidR="00B03ACC" w:rsidRDefault="00B03ACC" w:rsidP="005B1642">
            <w:pPr>
              <w:pStyle w:val="SmallNote"/>
              <w:jc w:val="right"/>
              <w:rPr>
                <w:rFonts w:ascii="Calibri" w:hAnsi="Calibri" w:cs="Calibri"/>
                <w:color w:val="000000" w:themeColor="text1"/>
                <w:sz w:val="22"/>
              </w:rPr>
            </w:pPr>
            <w:r>
              <w:rPr>
                <w:rFonts w:ascii="Calibri" w:hAnsi="Calibri" w:cs="Calibri"/>
                <w:color w:val="000000" w:themeColor="text1"/>
                <w:sz w:val="22"/>
              </w:rPr>
              <w:t>$941,009</w:t>
            </w:r>
          </w:p>
        </w:tc>
        <w:tc>
          <w:tcPr>
            <w:tcW w:w="2537" w:type="dxa"/>
          </w:tcPr>
          <w:p w14:paraId="7B02D7F5" w14:textId="3D1FA95B" w:rsidR="00B03ACC" w:rsidRDefault="00EA4E5E" w:rsidP="005B1642">
            <w:pPr>
              <w:pStyle w:val="SmallNote"/>
              <w:jc w:val="right"/>
              <w:rPr>
                <w:rFonts w:ascii="Calibri" w:hAnsi="Calibri" w:cs="Calibri"/>
                <w:color w:val="000000" w:themeColor="text1"/>
                <w:sz w:val="22"/>
              </w:rPr>
            </w:pPr>
            <w:r>
              <w:rPr>
                <w:rFonts w:ascii="Calibri" w:hAnsi="Calibri" w:cs="Calibri"/>
                <w:color w:val="000000" w:themeColor="text1"/>
                <w:sz w:val="22"/>
              </w:rPr>
              <w:t>$470,505</w:t>
            </w:r>
          </w:p>
        </w:tc>
      </w:tr>
      <w:tr w:rsidR="00B03ACC" w14:paraId="6FD8345B" w14:textId="3723C1F3" w:rsidTr="00EA4E5E">
        <w:trPr>
          <w:trHeight w:val="247"/>
        </w:trPr>
        <w:tc>
          <w:tcPr>
            <w:tcW w:w="3204" w:type="dxa"/>
          </w:tcPr>
          <w:p w14:paraId="7FB7FE6D" w14:textId="28FA3563" w:rsidR="00B03ACC" w:rsidRPr="005B1642" w:rsidRDefault="00B03ACC" w:rsidP="00B74068">
            <w:pPr>
              <w:pStyle w:val="SmallNote"/>
              <w:jc w:val="both"/>
              <w:rPr>
                <w:rFonts w:ascii="Calibri" w:hAnsi="Calibri" w:cs="Calibri"/>
                <w:b/>
                <w:bCs/>
                <w:color w:val="auto"/>
                <w:sz w:val="22"/>
              </w:rPr>
            </w:pPr>
            <w:r w:rsidRPr="005B1642">
              <w:rPr>
                <w:rFonts w:ascii="Calibri" w:hAnsi="Calibri" w:cs="Calibri"/>
                <w:b/>
                <w:bCs/>
                <w:color w:val="auto"/>
                <w:sz w:val="22"/>
              </w:rPr>
              <w:t>TOTAL</w:t>
            </w:r>
          </w:p>
        </w:tc>
        <w:tc>
          <w:tcPr>
            <w:tcW w:w="2537" w:type="dxa"/>
          </w:tcPr>
          <w:p w14:paraId="50A89E92" w14:textId="3C34E3BE" w:rsidR="00B03ACC" w:rsidRPr="005B1642" w:rsidRDefault="00B03ACC" w:rsidP="0011591F">
            <w:pPr>
              <w:pStyle w:val="SmallNote"/>
              <w:jc w:val="right"/>
              <w:rPr>
                <w:rFonts w:ascii="Calibri" w:hAnsi="Calibri" w:cs="Calibri"/>
                <w:b/>
                <w:bCs/>
                <w:color w:val="auto"/>
                <w:sz w:val="22"/>
              </w:rPr>
            </w:pPr>
            <w:r>
              <w:rPr>
                <w:rFonts w:ascii="Calibri" w:hAnsi="Calibri" w:cs="Calibri"/>
                <w:b/>
                <w:bCs/>
                <w:color w:val="auto"/>
                <w:sz w:val="22"/>
              </w:rPr>
              <w:t>$1,491,009</w:t>
            </w:r>
          </w:p>
        </w:tc>
        <w:tc>
          <w:tcPr>
            <w:tcW w:w="2537" w:type="dxa"/>
          </w:tcPr>
          <w:p w14:paraId="71D44923" w14:textId="22C3C977" w:rsidR="00B03ACC" w:rsidRDefault="008D7001" w:rsidP="0011591F">
            <w:pPr>
              <w:pStyle w:val="SmallNote"/>
              <w:jc w:val="right"/>
              <w:rPr>
                <w:rFonts w:ascii="Calibri" w:hAnsi="Calibri" w:cs="Calibri"/>
                <w:b/>
                <w:bCs/>
                <w:color w:val="auto"/>
                <w:sz w:val="22"/>
              </w:rPr>
            </w:pPr>
            <w:r>
              <w:rPr>
                <w:rFonts w:ascii="Calibri" w:hAnsi="Calibri" w:cs="Calibri"/>
                <w:b/>
                <w:bCs/>
                <w:color w:val="auto"/>
                <w:sz w:val="22"/>
              </w:rPr>
              <w:t>$</w:t>
            </w:r>
            <w:r w:rsidR="00EA4E5E">
              <w:rPr>
                <w:rFonts w:ascii="Calibri" w:hAnsi="Calibri" w:cs="Calibri"/>
                <w:b/>
                <w:bCs/>
                <w:color w:val="auto"/>
                <w:sz w:val="22"/>
              </w:rPr>
              <w:t>745,505</w:t>
            </w:r>
          </w:p>
        </w:tc>
      </w:tr>
      <w:bookmarkEnd w:id="1"/>
    </w:tbl>
    <w:p w14:paraId="3235397D" w14:textId="77777777" w:rsidR="00DB3BA7" w:rsidRDefault="00DB3BA7" w:rsidP="005E5E65">
      <w:pPr>
        <w:pStyle w:val="SmallNote"/>
        <w:spacing w:after="0"/>
        <w:jc w:val="both"/>
        <w:rPr>
          <w:rFonts w:ascii="Calibri" w:hAnsi="Calibri" w:cs="Calibri"/>
          <w:color w:val="000000" w:themeColor="text1"/>
          <w:sz w:val="22"/>
        </w:rPr>
      </w:pPr>
    </w:p>
    <w:p w14:paraId="12713652" w14:textId="77777777" w:rsidR="005E5E65" w:rsidRPr="005E5E65" w:rsidRDefault="005E5E65" w:rsidP="005E5E65">
      <w:pPr>
        <w:pStyle w:val="SmallNote"/>
        <w:spacing w:after="0"/>
        <w:ind w:left="720"/>
        <w:jc w:val="both"/>
        <w:rPr>
          <w:rFonts w:ascii="Calibri" w:hAnsi="Calibri" w:cs="Calibri"/>
          <w:color w:val="000000" w:themeColor="text1"/>
          <w:sz w:val="22"/>
        </w:rPr>
      </w:pPr>
    </w:p>
    <w:p w14:paraId="5537819A" w14:textId="0F6D6C08" w:rsidR="00B74068" w:rsidRPr="00B74068" w:rsidRDefault="00FB3664" w:rsidP="00B74068">
      <w:pPr>
        <w:pStyle w:val="SmallNote"/>
        <w:jc w:val="both"/>
        <w:rPr>
          <w:rFonts w:ascii="Calibri" w:hAnsi="Calibri" w:cs="Calibri"/>
          <w:color w:val="000000" w:themeColor="text1"/>
          <w:sz w:val="22"/>
        </w:rPr>
      </w:pPr>
      <w:r w:rsidRPr="00B74068">
        <w:rPr>
          <w:rFonts w:ascii="Calibri" w:hAnsi="Calibri" w:cs="Calibri"/>
          <w:b/>
          <w:color w:val="000000" w:themeColor="text1"/>
          <w:sz w:val="22"/>
        </w:rPr>
        <w:t xml:space="preserve">Before you begin: </w:t>
      </w:r>
      <w:r w:rsidR="00B74068" w:rsidRPr="00B74068">
        <w:rPr>
          <w:rFonts w:ascii="Calibri" w:hAnsi="Calibri" w:cs="Calibri"/>
          <w:color w:val="000000" w:themeColor="text1"/>
          <w:sz w:val="22"/>
        </w:rPr>
        <w:t xml:space="preserve"> This Word application is the first required local application for </w:t>
      </w:r>
      <w:r w:rsidR="008D7001">
        <w:rPr>
          <w:rFonts w:ascii="Calibri" w:hAnsi="Calibri" w:cs="Calibri"/>
          <w:color w:val="000000" w:themeColor="text1"/>
          <w:sz w:val="22"/>
        </w:rPr>
        <w:t>new</w:t>
      </w:r>
      <w:r w:rsidR="00B74068" w:rsidRPr="00B74068">
        <w:rPr>
          <w:rFonts w:ascii="Calibri" w:hAnsi="Calibri" w:cs="Calibri"/>
          <w:color w:val="000000" w:themeColor="text1"/>
          <w:sz w:val="22"/>
        </w:rPr>
        <w:t xml:space="preserve"> </w:t>
      </w:r>
      <w:r w:rsidR="001A63D6">
        <w:rPr>
          <w:rFonts w:ascii="Calibri" w:hAnsi="Calibri" w:cs="Calibri"/>
          <w:color w:val="000000" w:themeColor="text1"/>
          <w:sz w:val="22"/>
        </w:rPr>
        <w:t>YHDP services only</w:t>
      </w:r>
      <w:r w:rsidR="00B74068" w:rsidRPr="00B74068">
        <w:rPr>
          <w:rFonts w:ascii="Calibri" w:hAnsi="Calibri" w:cs="Calibri"/>
          <w:color w:val="000000" w:themeColor="text1"/>
          <w:sz w:val="22"/>
        </w:rPr>
        <w:t xml:space="preserve"> projects. Please use plain language and answer each section as completely as possible. Submitting this application does not guarantee funding. Projects must meet HUD and local requirements, complete local review, be included on the </w:t>
      </w:r>
      <w:r w:rsidR="001A63D6">
        <w:rPr>
          <w:rFonts w:ascii="Calibri" w:hAnsi="Calibri" w:cs="Calibri"/>
          <w:color w:val="000000" w:themeColor="text1"/>
          <w:sz w:val="22"/>
        </w:rPr>
        <w:t>YHDP</w:t>
      </w:r>
      <w:r w:rsidR="00B74068" w:rsidRPr="00B74068">
        <w:rPr>
          <w:rFonts w:ascii="Calibri" w:hAnsi="Calibri" w:cs="Calibri"/>
          <w:color w:val="000000" w:themeColor="text1"/>
          <w:sz w:val="22"/>
        </w:rPr>
        <w:t xml:space="preserve"> Priority Listing, and ultimately be selected by HUD.</w:t>
      </w:r>
    </w:p>
    <w:p w14:paraId="329E9737" w14:textId="5CA98559" w:rsidR="00C945C2" w:rsidRPr="00B74068" w:rsidRDefault="00B74068" w:rsidP="00DB3BA7">
      <w:pPr>
        <w:pStyle w:val="SmallNote"/>
        <w:spacing w:after="0"/>
        <w:jc w:val="both"/>
        <w:rPr>
          <w:rFonts w:ascii="Calibri" w:hAnsi="Calibri" w:cs="Calibri"/>
          <w:color w:val="000000" w:themeColor="text1"/>
          <w:sz w:val="22"/>
        </w:rPr>
      </w:pPr>
      <w:r w:rsidRPr="00B74068">
        <w:rPr>
          <w:rFonts w:ascii="Calibri" w:hAnsi="Calibri" w:cs="Calibri"/>
          <w:color w:val="000000" w:themeColor="text1"/>
          <w:sz w:val="22"/>
        </w:rPr>
        <w:t xml:space="preserve">Projects that move forward in the local competition will also be required to enter and complete the project application in </w:t>
      </w:r>
      <w:r w:rsidRPr="00B74068">
        <w:rPr>
          <w:rFonts w:ascii="Calibri" w:hAnsi="Calibri" w:cs="Calibri"/>
          <w:b/>
          <w:bCs/>
          <w:color w:val="000000" w:themeColor="text1"/>
          <w:sz w:val="22"/>
        </w:rPr>
        <w:t>e-snaps</w:t>
      </w:r>
      <w:r w:rsidRPr="00B74068">
        <w:rPr>
          <w:rFonts w:ascii="Calibri" w:hAnsi="Calibri" w:cs="Calibri"/>
          <w:color w:val="000000" w:themeColor="text1"/>
          <w:sz w:val="22"/>
        </w:rPr>
        <w:t xml:space="preserve">, HUD’s online application system, by the local deadline set by </w:t>
      </w:r>
      <w:r w:rsidR="00541946">
        <w:rPr>
          <w:rFonts w:ascii="Calibri" w:hAnsi="Calibri" w:cs="Calibri"/>
          <w:color w:val="000000" w:themeColor="text1"/>
          <w:sz w:val="22"/>
        </w:rPr>
        <w:t>the Springfield-Hampden County CoC</w:t>
      </w:r>
      <w:r w:rsidRPr="00B74068">
        <w:rPr>
          <w:rFonts w:ascii="Calibri" w:hAnsi="Calibri" w:cs="Calibri"/>
          <w:color w:val="000000" w:themeColor="text1"/>
          <w:sz w:val="22"/>
        </w:rPr>
        <w:t>.</w:t>
      </w:r>
    </w:p>
    <w:p w14:paraId="091BF572" w14:textId="4A63B456" w:rsidR="00C945C2" w:rsidRDefault="00FB3664" w:rsidP="00DB3BA7">
      <w:pPr>
        <w:pStyle w:val="Heading1"/>
        <w:shd w:val="clear" w:color="auto" w:fill="C6D9F1" w:themeFill="text2" w:themeFillTint="33"/>
        <w:spacing w:before="240"/>
        <w:rPr>
          <w:rFonts w:ascii="Calibri" w:hAnsi="Calibri" w:cs="Calibri"/>
          <w:color w:val="000000" w:themeColor="text1"/>
          <w:sz w:val="22"/>
          <w:szCs w:val="22"/>
        </w:rPr>
      </w:pPr>
      <w:r w:rsidRPr="00B74068">
        <w:rPr>
          <w:rFonts w:ascii="Calibri" w:hAnsi="Calibri" w:cs="Calibri"/>
          <w:color w:val="000000" w:themeColor="text1"/>
          <w:sz w:val="22"/>
          <w:szCs w:val="22"/>
        </w:rPr>
        <w:t>Section 1 - Applicant Information</w:t>
      </w:r>
      <w:r w:rsidR="00FF7CE4">
        <w:rPr>
          <w:rFonts w:ascii="Calibri" w:hAnsi="Calibri" w:cs="Calibri"/>
          <w:color w:val="000000" w:themeColor="text1"/>
          <w:sz w:val="22"/>
          <w:szCs w:val="22"/>
        </w:rPr>
        <w:t xml:space="preserve"> </w:t>
      </w:r>
    </w:p>
    <w:p w14:paraId="33D64E2F" w14:textId="77777777" w:rsidR="00DB3BA7" w:rsidRPr="00DB3BA7" w:rsidRDefault="00DB3BA7" w:rsidP="00DB3BA7">
      <w:pPr>
        <w:spacing w:after="0"/>
      </w:pPr>
    </w:p>
    <w:tbl>
      <w:tblPr>
        <w:tblStyle w:val="TableGrid"/>
        <w:tblW w:w="0" w:type="auto"/>
        <w:jc w:val="center"/>
        <w:tblLook w:val="04A0" w:firstRow="1" w:lastRow="0" w:firstColumn="1" w:lastColumn="0" w:noHBand="0" w:noVBand="1"/>
      </w:tblPr>
      <w:tblGrid>
        <w:gridCol w:w="3000"/>
        <w:gridCol w:w="7000"/>
      </w:tblGrid>
      <w:tr w:rsidR="00C945C2" w:rsidRPr="00B74068" w14:paraId="47F200CC" w14:textId="77777777" w:rsidTr="00DB3BA7">
        <w:trPr>
          <w:jc w:val="center"/>
        </w:trPr>
        <w:tc>
          <w:tcPr>
            <w:tcW w:w="3000" w:type="dxa"/>
            <w:shd w:val="clear" w:color="auto" w:fill="DBE5F1" w:themeFill="accent1" w:themeFillTint="33"/>
          </w:tcPr>
          <w:p w14:paraId="10A3CF70"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Applicant Agency Name</w:t>
            </w:r>
          </w:p>
        </w:tc>
        <w:tc>
          <w:tcPr>
            <w:tcW w:w="7000" w:type="dxa"/>
          </w:tcPr>
          <w:p w14:paraId="7759B7ED"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Applicant Agency Name"/>
                <w:tag w:val="Applicant Agency Name"/>
                <w:id w:val="-901292362"/>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060F0E0E" w14:textId="77777777" w:rsidTr="00DB3BA7">
        <w:trPr>
          <w:jc w:val="center"/>
        </w:trPr>
        <w:tc>
          <w:tcPr>
            <w:tcW w:w="3000" w:type="dxa"/>
            <w:shd w:val="clear" w:color="auto" w:fill="DBE5F1" w:themeFill="accent1" w:themeFillTint="33"/>
          </w:tcPr>
          <w:p w14:paraId="2A157C22"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Project Name</w:t>
            </w:r>
          </w:p>
        </w:tc>
        <w:tc>
          <w:tcPr>
            <w:tcW w:w="7000" w:type="dxa"/>
          </w:tcPr>
          <w:p w14:paraId="1547FF05"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Project Name"/>
                <w:tag w:val="Project Name"/>
                <w:id w:val="-957016663"/>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36E9CCC3" w14:textId="77777777" w:rsidTr="00DB3BA7">
        <w:trPr>
          <w:jc w:val="center"/>
        </w:trPr>
        <w:tc>
          <w:tcPr>
            <w:tcW w:w="3000" w:type="dxa"/>
            <w:shd w:val="clear" w:color="auto" w:fill="DBE5F1" w:themeFill="accent1" w:themeFillTint="33"/>
          </w:tcPr>
          <w:p w14:paraId="0A9ADB26"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Primary Contact Name</w:t>
            </w:r>
          </w:p>
        </w:tc>
        <w:tc>
          <w:tcPr>
            <w:tcW w:w="7000" w:type="dxa"/>
          </w:tcPr>
          <w:p w14:paraId="71D5ECC9"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Primary Contact Name"/>
                <w:tag w:val="Primary Contact Name"/>
                <w:id w:val="1102535880"/>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5802685C" w14:textId="77777777" w:rsidTr="00DB3BA7">
        <w:trPr>
          <w:jc w:val="center"/>
        </w:trPr>
        <w:tc>
          <w:tcPr>
            <w:tcW w:w="3000" w:type="dxa"/>
            <w:shd w:val="clear" w:color="auto" w:fill="DBE5F1" w:themeFill="accent1" w:themeFillTint="33"/>
          </w:tcPr>
          <w:p w14:paraId="4261247D"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Primary Contact Title</w:t>
            </w:r>
          </w:p>
        </w:tc>
        <w:tc>
          <w:tcPr>
            <w:tcW w:w="7000" w:type="dxa"/>
          </w:tcPr>
          <w:p w14:paraId="23C1AC79"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Primary Contact Title"/>
                <w:tag w:val="Primary Contact Title"/>
                <w:id w:val="-993337297"/>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218C68E4" w14:textId="77777777" w:rsidTr="00DB3BA7">
        <w:trPr>
          <w:jc w:val="center"/>
        </w:trPr>
        <w:tc>
          <w:tcPr>
            <w:tcW w:w="3000" w:type="dxa"/>
            <w:shd w:val="clear" w:color="auto" w:fill="DBE5F1" w:themeFill="accent1" w:themeFillTint="33"/>
          </w:tcPr>
          <w:p w14:paraId="6F6A796B"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Email</w:t>
            </w:r>
          </w:p>
        </w:tc>
        <w:tc>
          <w:tcPr>
            <w:tcW w:w="7000" w:type="dxa"/>
          </w:tcPr>
          <w:p w14:paraId="62C10291"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Email"/>
                <w:tag w:val="Email"/>
                <w:id w:val="-738170793"/>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0AFC2B8E" w14:textId="77777777" w:rsidTr="00DB3BA7">
        <w:trPr>
          <w:jc w:val="center"/>
        </w:trPr>
        <w:tc>
          <w:tcPr>
            <w:tcW w:w="3000" w:type="dxa"/>
            <w:shd w:val="clear" w:color="auto" w:fill="DBE5F1" w:themeFill="accent1" w:themeFillTint="33"/>
          </w:tcPr>
          <w:p w14:paraId="22A0C21B"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Phone</w:t>
            </w:r>
          </w:p>
        </w:tc>
        <w:tc>
          <w:tcPr>
            <w:tcW w:w="7000" w:type="dxa"/>
          </w:tcPr>
          <w:p w14:paraId="0C434008"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Phone"/>
                <w:tag w:val="Phone"/>
                <w:id w:val="593287190"/>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296E2982" w14:textId="77777777" w:rsidTr="00DB3BA7">
        <w:trPr>
          <w:jc w:val="center"/>
        </w:trPr>
        <w:tc>
          <w:tcPr>
            <w:tcW w:w="3000" w:type="dxa"/>
            <w:shd w:val="clear" w:color="auto" w:fill="DBE5F1" w:themeFill="accent1" w:themeFillTint="33"/>
          </w:tcPr>
          <w:p w14:paraId="071FA65B"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Agency Address</w:t>
            </w:r>
          </w:p>
        </w:tc>
        <w:tc>
          <w:tcPr>
            <w:tcW w:w="7000" w:type="dxa"/>
          </w:tcPr>
          <w:p w14:paraId="643D9446"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Agency Address"/>
                <w:tag w:val="Agency Address"/>
                <w:id w:val="637690864"/>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5324327A" w14:textId="77777777" w:rsidTr="00DB3BA7">
        <w:trPr>
          <w:jc w:val="center"/>
        </w:trPr>
        <w:tc>
          <w:tcPr>
            <w:tcW w:w="3000" w:type="dxa"/>
            <w:shd w:val="clear" w:color="auto" w:fill="DBE5F1" w:themeFill="accent1" w:themeFillTint="33"/>
          </w:tcPr>
          <w:p w14:paraId="023B1F2C"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Agency Website</w:t>
            </w:r>
          </w:p>
        </w:tc>
        <w:tc>
          <w:tcPr>
            <w:tcW w:w="7000" w:type="dxa"/>
          </w:tcPr>
          <w:p w14:paraId="31277E47"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Agency Website"/>
                <w:tag w:val="Agency Website"/>
                <w:id w:val="1238060039"/>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6C6C5BC3" w14:textId="77777777" w:rsidTr="00DB3BA7">
        <w:trPr>
          <w:jc w:val="center"/>
        </w:trPr>
        <w:tc>
          <w:tcPr>
            <w:tcW w:w="3000" w:type="dxa"/>
            <w:shd w:val="clear" w:color="auto" w:fill="DBE5F1" w:themeFill="accent1" w:themeFillTint="33"/>
          </w:tcPr>
          <w:p w14:paraId="2EB14425"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Executive Director / CEO</w:t>
            </w:r>
          </w:p>
        </w:tc>
        <w:tc>
          <w:tcPr>
            <w:tcW w:w="7000" w:type="dxa"/>
          </w:tcPr>
          <w:p w14:paraId="61900067"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Executive Director / CEO"/>
                <w:tag w:val="Executive Director / CEO"/>
                <w:id w:val="-223758181"/>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35907BD8" w14:textId="77777777" w:rsidTr="00DB3BA7">
        <w:trPr>
          <w:jc w:val="center"/>
        </w:trPr>
        <w:tc>
          <w:tcPr>
            <w:tcW w:w="3000" w:type="dxa"/>
            <w:shd w:val="clear" w:color="auto" w:fill="DBE5F1" w:themeFill="accent1" w:themeFillTint="33"/>
          </w:tcPr>
          <w:p w14:paraId="14093AB5"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Fiscal Contact</w:t>
            </w:r>
          </w:p>
        </w:tc>
        <w:tc>
          <w:tcPr>
            <w:tcW w:w="7000" w:type="dxa"/>
          </w:tcPr>
          <w:p w14:paraId="411DF6C3"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Fiscal Contact"/>
                <w:tag w:val="Fiscal Contact"/>
                <w:id w:val="1772430650"/>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2CDC0D37" w14:textId="77777777" w:rsidTr="00DB3BA7">
        <w:trPr>
          <w:jc w:val="center"/>
        </w:trPr>
        <w:tc>
          <w:tcPr>
            <w:tcW w:w="3000" w:type="dxa"/>
            <w:shd w:val="clear" w:color="auto" w:fill="DBE5F1" w:themeFill="accent1" w:themeFillTint="33"/>
          </w:tcPr>
          <w:p w14:paraId="02EBE19E" w14:textId="25B60F5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e-snaps Contact</w:t>
            </w:r>
            <w:r w:rsidR="005E5E65">
              <w:rPr>
                <w:rFonts w:ascii="Calibri" w:hAnsi="Calibri" w:cs="Calibri"/>
                <w:b/>
                <w:color w:val="000000" w:themeColor="text1"/>
                <w:sz w:val="22"/>
              </w:rPr>
              <w:t xml:space="preserve"> (to complete online application)</w:t>
            </w:r>
          </w:p>
        </w:tc>
        <w:tc>
          <w:tcPr>
            <w:tcW w:w="7000" w:type="dxa"/>
          </w:tcPr>
          <w:p w14:paraId="2E3B1D34"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e-snaps Contact"/>
                <w:tag w:val="e-snaps Contact"/>
                <w:id w:val="1948664400"/>
                <w:text/>
              </w:sdtPr>
              <w:sdtEndPr/>
              <w:sdtContent>
                <w:r w:rsidR="00FB3664" w:rsidRPr="00B74068">
                  <w:rPr>
                    <w:rFonts w:ascii="Calibri" w:hAnsi="Calibri" w:cs="Calibri"/>
                    <w:color w:val="000000" w:themeColor="text1"/>
                    <w:sz w:val="22"/>
                  </w:rPr>
                  <w:t>Click or tap here to enter text.</w:t>
                </w:r>
              </w:sdtContent>
            </w:sdt>
          </w:p>
        </w:tc>
      </w:tr>
    </w:tbl>
    <w:p w14:paraId="7A6C0F4A" w14:textId="77777777" w:rsidR="005E5E65" w:rsidRDefault="005E5E65">
      <w:pPr>
        <w:rPr>
          <w:rFonts w:ascii="Calibri" w:eastAsiaTheme="majorEastAsia" w:hAnsi="Calibri" w:cs="Calibri"/>
          <w:b/>
          <w:bCs/>
          <w:color w:val="000000" w:themeColor="text1"/>
          <w:sz w:val="22"/>
        </w:rPr>
      </w:pPr>
      <w:r>
        <w:rPr>
          <w:rFonts w:ascii="Calibri" w:hAnsi="Calibri" w:cs="Calibri"/>
          <w:color w:val="000000" w:themeColor="text1"/>
        </w:rPr>
        <w:br w:type="page"/>
      </w:r>
    </w:p>
    <w:p w14:paraId="10F3BFBD" w14:textId="36E49670" w:rsidR="00C945C2" w:rsidRPr="00B74068" w:rsidRDefault="00FB3664">
      <w:pPr>
        <w:pStyle w:val="Heading2"/>
        <w:rPr>
          <w:rFonts w:ascii="Calibri" w:hAnsi="Calibri" w:cs="Calibri"/>
          <w:color w:val="000000" w:themeColor="text1"/>
          <w:szCs w:val="22"/>
        </w:rPr>
      </w:pPr>
      <w:r w:rsidRPr="00B74068">
        <w:rPr>
          <w:rFonts w:ascii="Calibri" w:hAnsi="Calibri" w:cs="Calibri"/>
          <w:color w:val="000000" w:themeColor="text1"/>
          <w:szCs w:val="22"/>
        </w:rPr>
        <w:lastRenderedPageBreak/>
        <w:t>Applicant Type</w:t>
      </w:r>
    </w:p>
    <w:tbl>
      <w:tblPr>
        <w:tblStyle w:val="TableGrid"/>
        <w:tblW w:w="0" w:type="auto"/>
        <w:jc w:val="center"/>
        <w:tblLook w:val="04A0" w:firstRow="1" w:lastRow="0" w:firstColumn="1" w:lastColumn="0" w:noHBand="0" w:noVBand="1"/>
      </w:tblPr>
      <w:tblGrid>
        <w:gridCol w:w="4364"/>
        <w:gridCol w:w="5850"/>
      </w:tblGrid>
      <w:tr w:rsidR="00C945C2" w:rsidRPr="00B74068" w14:paraId="2B32F18C" w14:textId="77777777" w:rsidTr="00DB3BA7">
        <w:trPr>
          <w:jc w:val="center"/>
        </w:trPr>
        <w:tc>
          <w:tcPr>
            <w:tcW w:w="4364" w:type="dxa"/>
          </w:tcPr>
          <w:p w14:paraId="720F7772"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Nonprofit organization"/>
                <w:tag w:val="Nonprofit_organization"/>
                <w:id w:val="961557479"/>
                <w14:checkbox>
                  <w14:checked w14:val="0"/>
                  <w14:checkedState w14:val="2612" w14:font="MS Gothic"/>
                  <w14:uncheckedState w14:val="2610" w14:font="MS Gothic"/>
                </w14:checkbox>
              </w:sdtPr>
              <w:sdtEndPr/>
              <w:sdtContent>
                <w:r w:rsidR="00FB3664" w:rsidRPr="00B74068">
                  <w:rPr>
                    <w:rFonts w:ascii="Segoe UI Symbol" w:eastAsia="MS Gothic" w:hAnsi="Segoe UI Symbol" w:cs="Segoe UI Symbol"/>
                    <w:color w:val="000000" w:themeColor="text1"/>
                    <w:sz w:val="22"/>
                  </w:rPr>
                  <w:t>☐</w:t>
                </w:r>
              </w:sdtContent>
            </w:sdt>
            <w:r w:rsidR="00FB3664" w:rsidRPr="00B74068">
              <w:rPr>
                <w:rFonts w:ascii="Calibri" w:hAnsi="Calibri" w:cs="Calibri"/>
                <w:color w:val="000000" w:themeColor="text1"/>
                <w:sz w:val="22"/>
              </w:rPr>
              <w:t xml:space="preserve"> Nonprofit organization    </w:t>
            </w:r>
          </w:p>
        </w:tc>
        <w:tc>
          <w:tcPr>
            <w:tcW w:w="5850" w:type="dxa"/>
          </w:tcPr>
          <w:p w14:paraId="56663CAF" w14:textId="444D0EA8"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Instrumentality of state/local government"/>
                <w:tag w:val="Instrumentality_of_state/local_governmen"/>
                <w:id w:val="733539236"/>
                <w14:checkbox>
                  <w14:checked w14:val="0"/>
                  <w14:checkedState w14:val="2612" w14:font="MS Gothic"/>
                  <w14:uncheckedState w14:val="2610" w14:font="MS Gothic"/>
                </w14:checkbox>
              </w:sdtPr>
              <w:sdtEndPr/>
              <w:sdtContent>
                <w:r w:rsidR="00DB3BA7" w:rsidRPr="00B74068">
                  <w:rPr>
                    <w:rFonts w:ascii="Segoe UI Symbol" w:eastAsia="MS Gothic" w:hAnsi="Segoe UI Symbol" w:cs="Segoe UI Symbol"/>
                    <w:color w:val="000000" w:themeColor="text1"/>
                    <w:sz w:val="22"/>
                  </w:rPr>
                  <w:t>☐</w:t>
                </w:r>
              </w:sdtContent>
            </w:sdt>
            <w:r w:rsidR="00DB3BA7" w:rsidRPr="00B74068">
              <w:rPr>
                <w:rFonts w:ascii="Calibri" w:hAnsi="Calibri" w:cs="Calibri"/>
                <w:color w:val="000000" w:themeColor="text1"/>
                <w:sz w:val="22"/>
              </w:rPr>
              <w:t xml:space="preserve"> Instrumentality of state/local government    </w:t>
            </w:r>
          </w:p>
        </w:tc>
      </w:tr>
      <w:tr w:rsidR="00C945C2" w:rsidRPr="00B74068" w14:paraId="273839BE" w14:textId="77777777" w:rsidTr="00DB3BA7">
        <w:trPr>
          <w:jc w:val="center"/>
        </w:trPr>
        <w:tc>
          <w:tcPr>
            <w:tcW w:w="4364" w:type="dxa"/>
          </w:tcPr>
          <w:p w14:paraId="5C6957E2"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Local government"/>
                <w:tag w:val="Local_government"/>
                <w:id w:val="69515491"/>
                <w14:checkbox>
                  <w14:checked w14:val="0"/>
                  <w14:checkedState w14:val="2612" w14:font="MS Gothic"/>
                  <w14:uncheckedState w14:val="2610" w14:font="MS Gothic"/>
                </w14:checkbox>
              </w:sdtPr>
              <w:sdtEndPr/>
              <w:sdtContent>
                <w:r w:rsidR="00FB3664" w:rsidRPr="00B74068">
                  <w:rPr>
                    <w:rFonts w:ascii="Segoe UI Symbol" w:eastAsia="MS Gothic" w:hAnsi="Segoe UI Symbol" w:cs="Segoe UI Symbol"/>
                    <w:color w:val="000000" w:themeColor="text1"/>
                    <w:sz w:val="22"/>
                  </w:rPr>
                  <w:t>☐</w:t>
                </w:r>
              </w:sdtContent>
            </w:sdt>
            <w:r w:rsidR="00FB3664" w:rsidRPr="00B74068">
              <w:rPr>
                <w:rFonts w:ascii="Calibri" w:hAnsi="Calibri" w:cs="Calibri"/>
                <w:color w:val="000000" w:themeColor="text1"/>
                <w:sz w:val="22"/>
              </w:rPr>
              <w:t xml:space="preserve"> Local government    </w:t>
            </w:r>
          </w:p>
        </w:tc>
        <w:tc>
          <w:tcPr>
            <w:tcW w:w="5850" w:type="dxa"/>
          </w:tcPr>
          <w:p w14:paraId="505D52A4" w14:textId="6CE709B8"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Other"/>
                <w:tag w:val="Other"/>
                <w:id w:val="336119039"/>
                <w14:checkbox>
                  <w14:checked w14:val="0"/>
                  <w14:checkedState w14:val="2612" w14:font="MS Gothic"/>
                  <w14:uncheckedState w14:val="2610" w14:font="MS Gothic"/>
                </w14:checkbox>
              </w:sdtPr>
              <w:sdtEndPr/>
              <w:sdtContent>
                <w:r w:rsidR="00DB3BA7" w:rsidRPr="00B74068">
                  <w:rPr>
                    <w:rFonts w:ascii="Segoe UI Symbol" w:eastAsia="MS Gothic" w:hAnsi="Segoe UI Symbol" w:cs="Segoe UI Symbol"/>
                    <w:color w:val="000000" w:themeColor="text1"/>
                    <w:sz w:val="22"/>
                  </w:rPr>
                  <w:t>☐</w:t>
                </w:r>
              </w:sdtContent>
            </w:sdt>
            <w:r w:rsidR="00DB3BA7" w:rsidRPr="00B74068">
              <w:rPr>
                <w:rFonts w:ascii="Calibri" w:hAnsi="Calibri" w:cs="Calibri"/>
                <w:color w:val="000000" w:themeColor="text1"/>
                <w:sz w:val="22"/>
              </w:rPr>
              <w:t xml:space="preserve"> Other    </w:t>
            </w:r>
          </w:p>
        </w:tc>
      </w:tr>
      <w:tr w:rsidR="00C945C2" w:rsidRPr="00B74068" w14:paraId="11B81060" w14:textId="77777777" w:rsidTr="004567B6">
        <w:trPr>
          <w:jc w:val="center"/>
        </w:trPr>
        <w:tc>
          <w:tcPr>
            <w:tcW w:w="4364" w:type="dxa"/>
            <w:shd w:val="clear" w:color="auto" w:fill="DBE5F1" w:themeFill="accent1" w:themeFillTint="33"/>
          </w:tcPr>
          <w:p w14:paraId="3BDFAE91"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SAM.gov Status</w:t>
            </w:r>
          </w:p>
        </w:tc>
        <w:tc>
          <w:tcPr>
            <w:tcW w:w="5850" w:type="dxa"/>
          </w:tcPr>
          <w:p w14:paraId="0F38D109"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SAM.gov Status"/>
                <w:tag w:val="SAM.gov Status"/>
                <w:id w:val="1207843787"/>
                <w:text/>
              </w:sdtPr>
              <w:sdtEndPr/>
              <w:sdtContent>
                <w:r w:rsidR="00FB3664" w:rsidRPr="00B74068">
                  <w:rPr>
                    <w:rFonts w:ascii="Calibri" w:hAnsi="Calibri" w:cs="Calibri"/>
                    <w:color w:val="000000" w:themeColor="text1"/>
                    <w:sz w:val="22"/>
                  </w:rPr>
                  <w:t>Type response here.</w:t>
                </w:r>
              </w:sdtContent>
            </w:sdt>
          </w:p>
        </w:tc>
      </w:tr>
      <w:tr w:rsidR="00C945C2" w:rsidRPr="00B74068" w14:paraId="1A55F192" w14:textId="77777777" w:rsidTr="004567B6">
        <w:trPr>
          <w:jc w:val="center"/>
        </w:trPr>
        <w:tc>
          <w:tcPr>
            <w:tcW w:w="4364" w:type="dxa"/>
            <w:shd w:val="clear" w:color="auto" w:fill="DBE5F1" w:themeFill="accent1" w:themeFillTint="33"/>
          </w:tcPr>
          <w:p w14:paraId="5D58FF00"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UEI Number</w:t>
            </w:r>
          </w:p>
        </w:tc>
        <w:tc>
          <w:tcPr>
            <w:tcW w:w="5850" w:type="dxa"/>
          </w:tcPr>
          <w:p w14:paraId="3A3B91D2"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UEI Number"/>
                <w:tag w:val="UEI Number"/>
                <w:id w:val="1042950171"/>
                <w:text/>
              </w:sdtPr>
              <w:sdtEndPr/>
              <w:sdtContent>
                <w:r w:rsidR="00FB3664" w:rsidRPr="00B74068">
                  <w:rPr>
                    <w:rFonts w:ascii="Calibri" w:hAnsi="Calibri" w:cs="Calibri"/>
                    <w:color w:val="000000" w:themeColor="text1"/>
                    <w:sz w:val="22"/>
                  </w:rPr>
                  <w:t>Type response here.</w:t>
                </w:r>
              </w:sdtContent>
            </w:sdt>
          </w:p>
        </w:tc>
      </w:tr>
      <w:tr w:rsidR="00C945C2" w:rsidRPr="00B74068" w14:paraId="086B4A8C" w14:textId="77777777" w:rsidTr="004567B6">
        <w:trPr>
          <w:jc w:val="center"/>
        </w:trPr>
        <w:tc>
          <w:tcPr>
            <w:tcW w:w="4364" w:type="dxa"/>
            <w:shd w:val="clear" w:color="auto" w:fill="DBE5F1" w:themeFill="accent1" w:themeFillTint="33"/>
          </w:tcPr>
          <w:p w14:paraId="6E211E11"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Prior experience with federal grants?</w:t>
            </w:r>
          </w:p>
        </w:tc>
        <w:tc>
          <w:tcPr>
            <w:tcW w:w="5850" w:type="dxa"/>
          </w:tcPr>
          <w:p w14:paraId="078B5C94"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Prior experience with federal grants?"/>
                <w:tag w:val="Prior experience with federal grants?"/>
                <w:id w:val="-276335450"/>
                <w:text/>
              </w:sdtPr>
              <w:sdtEndPr/>
              <w:sdtContent>
                <w:r w:rsidR="00FB3664" w:rsidRPr="00B74068">
                  <w:rPr>
                    <w:rFonts w:ascii="Calibri" w:hAnsi="Calibri" w:cs="Calibri"/>
                    <w:color w:val="000000" w:themeColor="text1"/>
                    <w:sz w:val="22"/>
                  </w:rPr>
                  <w:t>Type response here.</w:t>
                </w:r>
              </w:sdtContent>
            </w:sdt>
          </w:p>
        </w:tc>
      </w:tr>
    </w:tbl>
    <w:p w14:paraId="4CB56184" w14:textId="77777777" w:rsidR="003C694A" w:rsidRDefault="003C694A" w:rsidP="003C694A">
      <w:pPr>
        <w:spacing w:after="0"/>
        <w:rPr>
          <w:rFonts w:ascii="Calibri" w:hAnsi="Calibri" w:cs="Calibri"/>
          <w:color w:val="000000" w:themeColor="text1"/>
          <w:sz w:val="22"/>
        </w:rPr>
      </w:pPr>
    </w:p>
    <w:p w14:paraId="7B2B5CC5" w14:textId="77777777" w:rsidR="003C694A" w:rsidRDefault="003C694A" w:rsidP="003C694A">
      <w:pPr>
        <w:spacing w:after="0"/>
        <w:rPr>
          <w:rFonts w:ascii="Calibri" w:hAnsi="Calibri" w:cs="Calibri"/>
          <w:color w:val="000000" w:themeColor="text1"/>
          <w:sz w:val="22"/>
        </w:rPr>
      </w:pPr>
      <w:r>
        <w:rPr>
          <w:rFonts w:ascii="Calibri" w:hAnsi="Calibri" w:cs="Calibri"/>
          <w:color w:val="000000" w:themeColor="text1"/>
          <w:sz w:val="22"/>
        </w:rPr>
        <w:t>*</w:t>
      </w:r>
      <w:r w:rsidRPr="00C50F62">
        <w:rPr>
          <w:rFonts w:ascii="Calibri" w:hAnsi="Calibri" w:cs="Calibri"/>
          <w:b/>
          <w:bCs/>
          <w:color w:val="000000" w:themeColor="text1"/>
          <w:sz w:val="22"/>
        </w:rPr>
        <w:t>Attachment Requirements</w:t>
      </w:r>
      <w:r>
        <w:rPr>
          <w:rFonts w:ascii="Calibri" w:hAnsi="Calibri" w:cs="Calibri"/>
          <w:color w:val="000000" w:themeColor="text1"/>
          <w:sz w:val="22"/>
        </w:rPr>
        <w:t xml:space="preserve">: </w:t>
      </w:r>
    </w:p>
    <w:p w14:paraId="245102CD" w14:textId="77777777" w:rsidR="00C50F62" w:rsidRDefault="00C50F62" w:rsidP="003C694A">
      <w:pPr>
        <w:pStyle w:val="ListParagraph"/>
        <w:numPr>
          <w:ilvl w:val="0"/>
          <w:numId w:val="11"/>
        </w:numPr>
        <w:rPr>
          <w:rFonts w:ascii="Calibri" w:hAnsi="Calibri" w:cs="Calibri"/>
          <w:color w:val="000000" w:themeColor="text1"/>
          <w:sz w:val="22"/>
        </w:rPr>
      </w:pPr>
      <w:r>
        <w:rPr>
          <w:rFonts w:ascii="Calibri" w:hAnsi="Calibri" w:cs="Calibri"/>
          <w:color w:val="000000" w:themeColor="text1"/>
          <w:sz w:val="22"/>
        </w:rPr>
        <w:t xml:space="preserve">All applicants must attach </w:t>
      </w:r>
      <w:r w:rsidRPr="00B74068">
        <w:rPr>
          <w:rFonts w:ascii="Calibri" w:hAnsi="Calibri" w:cs="Calibri"/>
          <w:color w:val="000000" w:themeColor="text1"/>
          <w:sz w:val="22"/>
        </w:rPr>
        <w:t>SAM.gov / UEI confirmation</w:t>
      </w:r>
      <w:r w:rsidRPr="003C694A">
        <w:rPr>
          <w:rFonts w:ascii="Calibri" w:hAnsi="Calibri" w:cs="Calibri"/>
          <w:color w:val="000000" w:themeColor="text1"/>
          <w:sz w:val="22"/>
        </w:rPr>
        <w:t xml:space="preserve"> </w:t>
      </w:r>
    </w:p>
    <w:p w14:paraId="58CB9025" w14:textId="52E53AA1" w:rsidR="003C694A" w:rsidRDefault="003C694A" w:rsidP="003C694A">
      <w:pPr>
        <w:pStyle w:val="ListParagraph"/>
        <w:numPr>
          <w:ilvl w:val="0"/>
          <w:numId w:val="11"/>
        </w:numPr>
        <w:rPr>
          <w:rFonts w:ascii="Calibri" w:hAnsi="Calibri" w:cs="Calibri"/>
          <w:color w:val="000000" w:themeColor="text1"/>
          <w:sz w:val="22"/>
        </w:rPr>
      </w:pPr>
      <w:r w:rsidRPr="003C694A">
        <w:rPr>
          <w:rFonts w:ascii="Calibri" w:hAnsi="Calibri" w:cs="Calibri"/>
          <w:color w:val="000000" w:themeColor="text1"/>
          <w:sz w:val="22"/>
        </w:rPr>
        <w:t>Nonprofit organizations must attach proof of 501(c)(3) status</w:t>
      </w:r>
    </w:p>
    <w:p w14:paraId="54240708" w14:textId="08D18A68" w:rsidR="00C945C2" w:rsidRPr="00B74068" w:rsidRDefault="00FB3664" w:rsidP="004567B6">
      <w:pPr>
        <w:pStyle w:val="Heading1"/>
        <w:shd w:val="clear" w:color="auto" w:fill="C6D9F1" w:themeFill="text2" w:themeFillTint="33"/>
        <w:spacing w:before="360"/>
        <w:rPr>
          <w:rFonts w:ascii="Calibri" w:hAnsi="Calibri" w:cs="Calibri"/>
          <w:color w:val="000000" w:themeColor="text1"/>
          <w:sz w:val="22"/>
          <w:szCs w:val="22"/>
        </w:rPr>
      </w:pPr>
      <w:r w:rsidRPr="00B74068">
        <w:rPr>
          <w:rFonts w:ascii="Calibri" w:hAnsi="Calibri" w:cs="Calibri"/>
          <w:color w:val="000000" w:themeColor="text1"/>
          <w:sz w:val="22"/>
          <w:szCs w:val="22"/>
        </w:rPr>
        <w:t>Section 2 - Project Type and Funding Request</w:t>
      </w:r>
    </w:p>
    <w:p w14:paraId="052E96DA" w14:textId="77777777" w:rsidR="00C945C2" w:rsidRPr="00B74068" w:rsidRDefault="00FB3664">
      <w:pPr>
        <w:pStyle w:val="Heading2"/>
        <w:rPr>
          <w:rFonts w:ascii="Calibri" w:hAnsi="Calibri" w:cs="Calibri"/>
          <w:color w:val="000000" w:themeColor="text1"/>
          <w:szCs w:val="22"/>
        </w:rPr>
      </w:pPr>
      <w:r w:rsidRPr="00B74068">
        <w:rPr>
          <w:rFonts w:ascii="Calibri" w:hAnsi="Calibri" w:cs="Calibri"/>
          <w:color w:val="000000" w:themeColor="text1"/>
          <w:szCs w:val="22"/>
        </w:rPr>
        <w:t>2.1 Project Type</w:t>
      </w:r>
    </w:p>
    <w:tbl>
      <w:tblPr>
        <w:tblStyle w:val="TableGrid"/>
        <w:tblW w:w="0" w:type="auto"/>
        <w:jc w:val="center"/>
        <w:tblLook w:val="04A0" w:firstRow="1" w:lastRow="0" w:firstColumn="1" w:lastColumn="0" w:noHBand="0" w:noVBand="1"/>
      </w:tblPr>
      <w:tblGrid>
        <w:gridCol w:w="5109"/>
        <w:gridCol w:w="5105"/>
      </w:tblGrid>
      <w:tr w:rsidR="00C945C2" w:rsidRPr="00B74068" w14:paraId="357CA7E6" w14:textId="77777777" w:rsidTr="005E5E65">
        <w:trPr>
          <w:jc w:val="center"/>
        </w:trPr>
        <w:tc>
          <w:tcPr>
            <w:tcW w:w="5109" w:type="dxa"/>
          </w:tcPr>
          <w:p w14:paraId="675DCD9C" w14:textId="38C1CDFF"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Transitional Housing - TH"/>
                <w:tag w:val="Transitional_Housing_-_TH"/>
                <w:id w:val="414578482"/>
                <w14:checkbox>
                  <w14:checked w14:val="0"/>
                  <w14:checkedState w14:val="2612" w14:font="MS Gothic"/>
                  <w14:uncheckedState w14:val="2610" w14:font="MS Gothic"/>
                </w14:checkbox>
              </w:sdtPr>
              <w:sdtEndPr/>
              <w:sdtContent>
                <w:r w:rsidR="00FB3664" w:rsidRPr="00B74068">
                  <w:rPr>
                    <w:rFonts w:ascii="Segoe UI Symbol" w:eastAsia="MS Gothic" w:hAnsi="Segoe UI Symbol" w:cs="Segoe UI Symbol"/>
                    <w:color w:val="000000" w:themeColor="text1"/>
                    <w:sz w:val="22"/>
                  </w:rPr>
                  <w:t>☐</w:t>
                </w:r>
              </w:sdtContent>
            </w:sdt>
            <w:r w:rsidR="00FB3664" w:rsidRPr="00B74068">
              <w:rPr>
                <w:rFonts w:ascii="Calibri" w:hAnsi="Calibri" w:cs="Calibri"/>
                <w:color w:val="000000" w:themeColor="text1"/>
                <w:sz w:val="22"/>
              </w:rPr>
              <w:t xml:space="preserve"> </w:t>
            </w:r>
            <w:r w:rsidR="001A63D6" w:rsidRPr="00B74068">
              <w:rPr>
                <w:rFonts w:ascii="Calibri" w:hAnsi="Calibri" w:cs="Calibri"/>
                <w:color w:val="000000" w:themeColor="text1"/>
                <w:sz w:val="22"/>
              </w:rPr>
              <w:t xml:space="preserve">SSO - Coordinated Entry    </w:t>
            </w:r>
          </w:p>
        </w:tc>
        <w:tc>
          <w:tcPr>
            <w:tcW w:w="5105" w:type="dxa"/>
          </w:tcPr>
          <w:p w14:paraId="14A5BE27"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Supportive Services Only - SSO"/>
                <w:tag w:val="Supportive_Services_Only_-_SSO"/>
                <w:id w:val="676364992"/>
                <w14:checkbox>
                  <w14:checked w14:val="0"/>
                  <w14:checkedState w14:val="2612" w14:font="MS Gothic"/>
                  <w14:uncheckedState w14:val="2610" w14:font="MS Gothic"/>
                </w14:checkbox>
              </w:sdtPr>
              <w:sdtEndPr/>
              <w:sdtContent>
                <w:r w:rsidR="00FB3664" w:rsidRPr="00B74068">
                  <w:rPr>
                    <w:rFonts w:ascii="Segoe UI Symbol" w:eastAsia="MS Gothic" w:hAnsi="Segoe UI Symbol" w:cs="Segoe UI Symbol"/>
                    <w:color w:val="000000" w:themeColor="text1"/>
                    <w:sz w:val="22"/>
                  </w:rPr>
                  <w:t>☐</w:t>
                </w:r>
              </w:sdtContent>
            </w:sdt>
            <w:r w:rsidR="00FB3664" w:rsidRPr="00B74068">
              <w:rPr>
                <w:rFonts w:ascii="Calibri" w:hAnsi="Calibri" w:cs="Calibri"/>
                <w:color w:val="000000" w:themeColor="text1"/>
                <w:sz w:val="22"/>
              </w:rPr>
              <w:t xml:space="preserve"> Supportive Services Only - SSO    </w:t>
            </w:r>
          </w:p>
        </w:tc>
      </w:tr>
    </w:tbl>
    <w:p w14:paraId="062B06D8" w14:textId="5C6F713A" w:rsidR="00C945C2" w:rsidRPr="00B74068" w:rsidRDefault="00FB3664">
      <w:pPr>
        <w:pStyle w:val="Heading2"/>
        <w:rPr>
          <w:rFonts w:ascii="Calibri" w:hAnsi="Calibri" w:cs="Calibri"/>
          <w:color w:val="000000" w:themeColor="text1"/>
          <w:szCs w:val="22"/>
        </w:rPr>
      </w:pPr>
      <w:r w:rsidRPr="00B74068">
        <w:rPr>
          <w:rFonts w:ascii="Calibri" w:hAnsi="Calibri" w:cs="Calibri"/>
          <w:color w:val="000000" w:themeColor="text1"/>
          <w:szCs w:val="22"/>
        </w:rPr>
        <w:t xml:space="preserve">2.2 Funding </w:t>
      </w:r>
      <w:r w:rsidR="00C94674">
        <w:rPr>
          <w:rFonts w:ascii="Calibri" w:hAnsi="Calibri" w:cs="Calibri"/>
          <w:color w:val="000000" w:themeColor="text1"/>
          <w:szCs w:val="22"/>
        </w:rPr>
        <w:t>Request</w:t>
      </w:r>
    </w:p>
    <w:tbl>
      <w:tblPr>
        <w:tblStyle w:val="TableGrid"/>
        <w:tblW w:w="0" w:type="auto"/>
        <w:jc w:val="center"/>
        <w:tblLook w:val="04A0" w:firstRow="1" w:lastRow="0" w:firstColumn="1" w:lastColumn="0" w:noHBand="0" w:noVBand="1"/>
      </w:tblPr>
      <w:tblGrid>
        <w:gridCol w:w="4287"/>
        <w:gridCol w:w="5927"/>
      </w:tblGrid>
      <w:tr w:rsidR="00C945C2" w:rsidRPr="00B74068" w14:paraId="4D3891C2" w14:textId="77777777" w:rsidTr="004567B6">
        <w:trPr>
          <w:jc w:val="center"/>
        </w:trPr>
        <w:tc>
          <w:tcPr>
            <w:tcW w:w="4287" w:type="dxa"/>
            <w:shd w:val="clear" w:color="auto" w:fill="DBE5F1" w:themeFill="accent1" w:themeFillTint="33"/>
          </w:tcPr>
          <w:p w14:paraId="0D7340A0" w14:textId="25DA1E29"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Total HUD Request</w:t>
            </w:r>
            <w:r w:rsidR="00DB3BA7">
              <w:rPr>
                <w:rFonts w:ascii="Calibri" w:hAnsi="Calibri" w:cs="Calibri"/>
                <w:b/>
                <w:color w:val="000000" w:themeColor="text1"/>
                <w:sz w:val="22"/>
              </w:rPr>
              <w:t xml:space="preserve"> (</w:t>
            </w:r>
            <w:r w:rsidR="001A63D6">
              <w:rPr>
                <w:rFonts w:ascii="Calibri" w:hAnsi="Calibri" w:cs="Calibri"/>
                <w:b/>
                <w:color w:val="000000" w:themeColor="text1"/>
                <w:sz w:val="22"/>
              </w:rPr>
              <w:t>2</w:t>
            </w:r>
            <w:r w:rsidR="00DB3BA7">
              <w:rPr>
                <w:rFonts w:ascii="Calibri" w:hAnsi="Calibri" w:cs="Calibri"/>
                <w:b/>
                <w:color w:val="000000" w:themeColor="text1"/>
                <w:sz w:val="22"/>
              </w:rPr>
              <w:t>-year grant term)</w:t>
            </w:r>
          </w:p>
        </w:tc>
        <w:tc>
          <w:tcPr>
            <w:tcW w:w="5927" w:type="dxa"/>
          </w:tcPr>
          <w:p w14:paraId="1982E284" w14:textId="11434C9D"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Total HUD Request"/>
                <w:tag w:val="Total HUD Request"/>
                <w:id w:val="-742799261"/>
                <w:text/>
              </w:sdtPr>
              <w:sdtEndPr/>
              <w:sdtContent>
                <w:r w:rsidR="00FB3664" w:rsidRPr="00B74068">
                  <w:rPr>
                    <w:rFonts w:ascii="Calibri" w:hAnsi="Calibri" w:cs="Calibri"/>
                    <w:color w:val="000000" w:themeColor="text1"/>
                    <w:sz w:val="22"/>
                  </w:rPr>
                  <w:t>$ amount</w:t>
                </w:r>
              </w:sdtContent>
            </w:sdt>
          </w:p>
        </w:tc>
      </w:tr>
      <w:tr w:rsidR="00C945C2" w:rsidRPr="00B74068" w14:paraId="6AF0386B" w14:textId="77777777" w:rsidTr="004567B6">
        <w:trPr>
          <w:jc w:val="center"/>
        </w:trPr>
        <w:tc>
          <w:tcPr>
            <w:tcW w:w="4287" w:type="dxa"/>
            <w:shd w:val="clear" w:color="auto" w:fill="DBE5F1" w:themeFill="accent1" w:themeFillTint="33"/>
          </w:tcPr>
          <w:p w14:paraId="5F9C566C" w14:textId="7F9AB41A"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Estimated Match Amount</w:t>
            </w:r>
            <w:r w:rsidR="00AB5E3E">
              <w:rPr>
                <w:rFonts w:ascii="Calibri" w:hAnsi="Calibri" w:cs="Calibri"/>
                <w:b/>
                <w:color w:val="000000" w:themeColor="text1"/>
                <w:sz w:val="22"/>
              </w:rPr>
              <w:t xml:space="preserve"> (if applicable)</w:t>
            </w:r>
          </w:p>
        </w:tc>
        <w:tc>
          <w:tcPr>
            <w:tcW w:w="5927" w:type="dxa"/>
          </w:tcPr>
          <w:p w14:paraId="0BAC456E" w14:textId="32589D0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Estimated Match Amount"/>
                <w:tag w:val="Estimated Match Amount"/>
                <w:id w:val="-925041646"/>
                <w:text/>
              </w:sdtPr>
              <w:sdtEndPr/>
              <w:sdtContent>
                <w:r w:rsidR="00FB3664" w:rsidRPr="00B74068">
                  <w:rPr>
                    <w:rFonts w:ascii="Calibri" w:hAnsi="Calibri" w:cs="Calibri"/>
                    <w:color w:val="000000" w:themeColor="text1"/>
                    <w:sz w:val="22"/>
                  </w:rPr>
                  <w:t>$ amount</w:t>
                </w:r>
              </w:sdtContent>
            </w:sdt>
          </w:p>
        </w:tc>
      </w:tr>
      <w:tr w:rsidR="00C945C2" w:rsidRPr="00B74068" w14:paraId="1AA357F7" w14:textId="77777777" w:rsidTr="004567B6">
        <w:trPr>
          <w:jc w:val="center"/>
        </w:trPr>
        <w:tc>
          <w:tcPr>
            <w:tcW w:w="4287" w:type="dxa"/>
            <w:shd w:val="clear" w:color="auto" w:fill="DBE5F1" w:themeFill="accent1" w:themeFillTint="33"/>
          </w:tcPr>
          <w:p w14:paraId="1CB14833" w14:textId="63EC8BBA"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Total Project Budget</w:t>
            </w:r>
            <w:r w:rsidR="00DB3BA7">
              <w:rPr>
                <w:rFonts w:ascii="Calibri" w:hAnsi="Calibri" w:cs="Calibri"/>
                <w:b/>
                <w:color w:val="000000" w:themeColor="text1"/>
                <w:sz w:val="22"/>
              </w:rPr>
              <w:t xml:space="preserve"> (</w:t>
            </w:r>
            <w:r w:rsidRPr="00B74068">
              <w:rPr>
                <w:rFonts w:ascii="Calibri" w:hAnsi="Calibri" w:cs="Calibri"/>
                <w:b/>
                <w:color w:val="000000" w:themeColor="text1"/>
                <w:sz w:val="22"/>
              </w:rPr>
              <w:t xml:space="preserve">HUD request </w:t>
            </w:r>
            <w:r w:rsidR="00DB3BA7">
              <w:rPr>
                <w:rFonts w:ascii="Calibri" w:hAnsi="Calibri" w:cs="Calibri"/>
                <w:b/>
                <w:color w:val="000000" w:themeColor="text1"/>
                <w:sz w:val="22"/>
              </w:rPr>
              <w:t xml:space="preserve">+ </w:t>
            </w:r>
            <w:r w:rsidRPr="00B74068">
              <w:rPr>
                <w:rFonts w:ascii="Calibri" w:hAnsi="Calibri" w:cs="Calibri"/>
                <w:b/>
                <w:color w:val="000000" w:themeColor="text1"/>
                <w:sz w:val="22"/>
              </w:rPr>
              <w:t>match</w:t>
            </w:r>
            <w:r w:rsidR="00DB3BA7">
              <w:rPr>
                <w:rFonts w:ascii="Calibri" w:hAnsi="Calibri" w:cs="Calibri"/>
                <w:b/>
                <w:color w:val="000000" w:themeColor="text1"/>
                <w:sz w:val="22"/>
              </w:rPr>
              <w:t>)</w:t>
            </w:r>
          </w:p>
        </w:tc>
        <w:tc>
          <w:tcPr>
            <w:tcW w:w="5927" w:type="dxa"/>
          </w:tcPr>
          <w:p w14:paraId="582B9296" w14:textId="15609DA0"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Total Project Budget, including HUD request and match"/>
                <w:tag w:val="Total Project Budget, including HUD request and match"/>
                <w:id w:val="-1081985191"/>
                <w:text/>
              </w:sdtPr>
              <w:sdtEndPr/>
              <w:sdtContent>
                <w:r w:rsidR="00FB3664" w:rsidRPr="00B74068">
                  <w:rPr>
                    <w:rFonts w:ascii="Calibri" w:hAnsi="Calibri" w:cs="Calibri"/>
                    <w:color w:val="000000" w:themeColor="text1"/>
                    <w:sz w:val="22"/>
                  </w:rPr>
                  <w:t>$ amount</w:t>
                </w:r>
              </w:sdtContent>
            </w:sdt>
          </w:p>
        </w:tc>
      </w:tr>
    </w:tbl>
    <w:p w14:paraId="07725F8C" w14:textId="5D8ABDFE" w:rsidR="00C945C2" w:rsidRPr="00B74068" w:rsidRDefault="00FB3664" w:rsidP="004567B6">
      <w:pPr>
        <w:pStyle w:val="Heading1"/>
        <w:shd w:val="clear" w:color="auto" w:fill="C6D9F1" w:themeFill="text2" w:themeFillTint="33"/>
        <w:spacing w:before="360"/>
        <w:rPr>
          <w:rFonts w:ascii="Calibri" w:hAnsi="Calibri" w:cs="Calibri"/>
          <w:color w:val="000000" w:themeColor="text1"/>
          <w:sz w:val="22"/>
          <w:szCs w:val="22"/>
        </w:rPr>
      </w:pPr>
      <w:r w:rsidRPr="00B74068">
        <w:rPr>
          <w:rFonts w:ascii="Calibri" w:hAnsi="Calibri" w:cs="Calibri"/>
          <w:color w:val="000000" w:themeColor="text1"/>
          <w:sz w:val="22"/>
          <w:szCs w:val="22"/>
        </w:rPr>
        <w:t xml:space="preserve">Section 3 </w:t>
      </w:r>
      <w:r w:rsidR="00FF7CE4">
        <w:rPr>
          <w:rFonts w:ascii="Calibri" w:hAnsi="Calibri" w:cs="Calibri"/>
          <w:color w:val="000000" w:themeColor="text1"/>
          <w:sz w:val="22"/>
          <w:szCs w:val="22"/>
        </w:rPr>
        <w:t>–</w:t>
      </w:r>
      <w:r w:rsidRPr="00B74068">
        <w:rPr>
          <w:rFonts w:ascii="Calibri" w:hAnsi="Calibri" w:cs="Calibri"/>
          <w:color w:val="000000" w:themeColor="text1"/>
          <w:sz w:val="22"/>
          <w:szCs w:val="22"/>
        </w:rPr>
        <w:t xml:space="preserve"> </w:t>
      </w:r>
      <w:r w:rsidR="00FF7CE4">
        <w:rPr>
          <w:rFonts w:ascii="Calibri" w:hAnsi="Calibri" w:cs="Calibri"/>
          <w:color w:val="000000" w:themeColor="text1"/>
          <w:sz w:val="22"/>
          <w:szCs w:val="22"/>
        </w:rPr>
        <w:t xml:space="preserve">Experience </w:t>
      </w:r>
      <w:r w:rsidR="00C50F62">
        <w:rPr>
          <w:rFonts w:ascii="Calibri" w:hAnsi="Calibri" w:cs="Calibri"/>
          <w:color w:val="000000" w:themeColor="text1"/>
          <w:sz w:val="22"/>
          <w:szCs w:val="22"/>
        </w:rPr>
        <w:t>and Fiscal Capacity</w:t>
      </w:r>
    </w:p>
    <w:p w14:paraId="2E76234B" w14:textId="0F1548D1" w:rsidR="00FF7CE4" w:rsidRPr="00B74068" w:rsidRDefault="00FF7CE4" w:rsidP="00FF7CE4">
      <w:pPr>
        <w:pStyle w:val="Heading3"/>
        <w:rPr>
          <w:rFonts w:ascii="Calibri" w:hAnsi="Calibri" w:cs="Calibri"/>
          <w:color w:val="000000" w:themeColor="text1"/>
          <w:sz w:val="22"/>
        </w:rPr>
      </w:pPr>
      <w:r>
        <w:rPr>
          <w:rFonts w:ascii="Calibri" w:hAnsi="Calibri" w:cs="Calibri"/>
          <w:color w:val="000000" w:themeColor="text1"/>
          <w:sz w:val="22"/>
        </w:rPr>
        <w:t xml:space="preserve">3.1 </w:t>
      </w:r>
      <w:r w:rsidRPr="00B74068">
        <w:rPr>
          <w:rFonts w:ascii="Calibri" w:hAnsi="Calibri" w:cs="Calibri"/>
          <w:color w:val="000000" w:themeColor="text1"/>
          <w:sz w:val="22"/>
        </w:rPr>
        <w:t>Briefly describe your organization’s experience</w:t>
      </w:r>
      <w:r>
        <w:rPr>
          <w:rFonts w:ascii="Calibri" w:hAnsi="Calibri" w:cs="Calibri"/>
          <w:color w:val="000000" w:themeColor="text1"/>
          <w:sz w:val="22"/>
        </w:rPr>
        <w:t xml:space="preserve"> (including the number of years of experience) </w:t>
      </w:r>
      <w:r w:rsidRPr="00FF7CE4">
        <w:rPr>
          <w:rFonts w:ascii="Calibri" w:hAnsi="Calibri" w:cs="Calibri"/>
          <w:color w:val="000000" w:themeColor="text1"/>
          <w:sz w:val="22"/>
        </w:rPr>
        <w:t xml:space="preserve">in working with the </w:t>
      </w:r>
      <w:r w:rsidR="001A63D6">
        <w:rPr>
          <w:rFonts w:ascii="Calibri" w:hAnsi="Calibri" w:cs="Calibri"/>
          <w:color w:val="000000" w:themeColor="text1"/>
          <w:sz w:val="22"/>
        </w:rPr>
        <w:t>youth and young adults</w:t>
      </w:r>
      <w:r w:rsidRPr="00FF7CE4">
        <w:rPr>
          <w:rFonts w:ascii="Calibri" w:hAnsi="Calibri" w:cs="Calibri"/>
          <w:color w:val="000000" w:themeColor="text1"/>
          <w:sz w:val="22"/>
        </w:rPr>
        <w:t xml:space="preserve"> </w:t>
      </w:r>
      <w:r w:rsidR="001A63D6">
        <w:rPr>
          <w:rFonts w:ascii="Calibri" w:hAnsi="Calibri" w:cs="Calibri"/>
          <w:color w:val="000000" w:themeColor="text1"/>
          <w:sz w:val="22"/>
        </w:rPr>
        <w:t xml:space="preserve">experiencing homelessness </w:t>
      </w:r>
      <w:r w:rsidRPr="00FF7CE4">
        <w:rPr>
          <w:rFonts w:ascii="Calibri" w:hAnsi="Calibri" w:cs="Calibri"/>
          <w:color w:val="000000" w:themeColor="text1"/>
          <w:sz w:val="22"/>
        </w:rPr>
        <w:t>and in providing services similar to that proposed in the application</w:t>
      </w:r>
      <w:r>
        <w:rPr>
          <w:rFonts w:ascii="Calibri" w:hAnsi="Calibri" w:cs="Calibri"/>
          <w:color w:val="000000" w:themeColor="text1"/>
          <w:sz w:val="22"/>
        </w:rPr>
        <w:t xml:space="preserve">. </w:t>
      </w:r>
    </w:p>
    <w:tbl>
      <w:tblPr>
        <w:tblStyle w:val="TableGrid"/>
        <w:tblW w:w="0" w:type="auto"/>
        <w:jc w:val="center"/>
        <w:tblLook w:val="04A0" w:firstRow="1" w:lastRow="0" w:firstColumn="1" w:lastColumn="0" w:noHBand="0" w:noVBand="1"/>
      </w:tblPr>
      <w:tblGrid>
        <w:gridCol w:w="10214"/>
      </w:tblGrid>
      <w:tr w:rsidR="00FF7CE4" w:rsidRPr="00B74068" w14:paraId="54D31F2C" w14:textId="77777777" w:rsidTr="0028204C">
        <w:trPr>
          <w:jc w:val="center"/>
        </w:trPr>
        <w:tc>
          <w:tcPr>
            <w:tcW w:w="10368" w:type="dxa"/>
          </w:tcPr>
          <w:p w14:paraId="0534C76C" w14:textId="77777777" w:rsidR="00FF7CE4"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Briefly describe your organization’s experience managing federal"/>
                <w:tag w:val="Briefly describe your organization’s experience managing federal"/>
                <w:id w:val="1022277138"/>
                <w:text/>
              </w:sdtPr>
              <w:sdtEndPr/>
              <w:sdtContent>
                <w:r w:rsidR="00FF7CE4" w:rsidRPr="00B74068">
                  <w:rPr>
                    <w:rFonts w:ascii="Calibri" w:hAnsi="Calibri" w:cs="Calibri"/>
                    <w:color w:val="000000" w:themeColor="text1"/>
                    <w:sz w:val="22"/>
                  </w:rPr>
                  <w:t>Type response here.</w:t>
                </w:r>
              </w:sdtContent>
            </w:sdt>
            <w:r w:rsidR="00FF7CE4" w:rsidRPr="00B74068">
              <w:rPr>
                <w:rFonts w:ascii="Calibri" w:hAnsi="Calibri" w:cs="Calibri"/>
                <w:color w:val="000000" w:themeColor="text1"/>
                <w:sz w:val="22"/>
              </w:rPr>
              <w:br/>
              <w:t xml:space="preserve"> </w:t>
            </w:r>
            <w:r w:rsidR="00FF7CE4" w:rsidRPr="00B74068">
              <w:rPr>
                <w:rFonts w:ascii="Calibri" w:hAnsi="Calibri" w:cs="Calibri"/>
                <w:color w:val="000000" w:themeColor="text1"/>
                <w:sz w:val="22"/>
              </w:rPr>
              <w:br/>
              <w:t xml:space="preserve"> </w:t>
            </w:r>
            <w:r w:rsidR="00FF7CE4" w:rsidRPr="00B74068">
              <w:rPr>
                <w:rFonts w:ascii="Calibri" w:hAnsi="Calibri" w:cs="Calibri"/>
                <w:color w:val="000000" w:themeColor="text1"/>
                <w:sz w:val="22"/>
              </w:rPr>
              <w:br/>
              <w:t xml:space="preserve"> </w:t>
            </w:r>
            <w:r w:rsidR="00FF7CE4" w:rsidRPr="00B74068">
              <w:rPr>
                <w:rFonts w:ascii="Calibri" w:hAnsi="Calibri" w:cs="Calibri"/>
                <w:color w:val="000000" w:themeColor="text1"/>
                <w:sz w:val="22"/>
              </w:rPr>
              <w:br/>
              <w:t xml:space="preserve"> </w:t>
            </w:r>
          </w:p>
        </w:tc>
      </w:tr>
    </w:tbl>
    <w:p w14:paraId="425FC9E1" w14:textId="63344F8D" w:rsidR="00FF7CE4" w:rsidRPr="00B74068" w:rsidRDefault="00FF7CE4" w:rsidP="00FF7CE4">
      <w:pPr>
        <w:pStyle w:val="Heading3"/>
        <w:rPr>
          <w:rFonts w:ascii="Calibri" w:hAnsi="Calibri" w:cs="Calibri"/>
          <w:color w:val="000000" w:themeColor="text1"/>
          <w:sz w:val="22"/>
        </w:rPr>
      </w:pPr>
      <w:r>
        <w:rPr>
          <w:rFonts w:ascii="Calibri" w:hAnsi="Calibri" w:cs="Calibri"/>
          <w:color w:val="000000" w:themeColor="text1"/>
          <w:sz w:val="22"/>
        </w:rPr>
        <w:t xml:space="preserve">3.2 </w:t>
      </w:r>
      <w:r w:rsidRPr="00B74068">
        <w:rPr>
          <w:rFonts w:ascii="Calibri" w:hAnsi="Calibri" w:cs="Calibri"/>
          <w:color w:val="000000" w:themeColor="text1"/>
          <w:sz w:val="22"/>
        </w:rPr>
        <w:t>Briefly describe your organization’s experience managing federal, state, local, or private grant funds.</w:t>
      </w:r>
    </w:p>
    <w:tbl>
      <w:tblPr>
        <w:tblStyle w:val="TableGrid"/>
        <w:tblW w:w="0" w:type="auto"/>
        <w:jc w:val="center"/>
        <w:tblLook w:val="04A0" w:firstRow="1" w:lastRow="0" w:firstColumn="1" w:lastColumn="0" w:noHBand="0" w:noVBand="1"/>
      </w:tblPr>
      <w:tblGrid>
        <w:gridCol w:w="10214"/>
      </w:tblGrid>
      <w:tr w:rsidR="00FF7CE4" w:rsidRPr="00B74068" w14:paraId="2F3088D2" w14:textId="77777777" w:rsidTr="0028204C">
        <w:trPr>
          <w:jc w:val="center"/>
        </w:trPr>
        <w:tc>
          <w:tcPr>
            <w:tcW w:w="10368" w:type="dxa"/>
          </w:tcPr>
          <w:p w14:paraId="6FD08FFB" w14:textId="77777777" w:rsidR="00FF7CE4"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Briefly describe your organization’s experience managing federal"/>
                <w:tag w:val="Briefly describe your organization’s experience managing federal"/>
                <w:id w:val="1435936631"/>
                <w:text/>
              </w:sdtPr>
              <w:sdtEndPr/>
              <w:sdtContent>
                <w:r w:rsidR="00FF7CE4" w:rsidRPr="00B74068">
                  <w:rPr>
                    <w:rFonts w:ascii="Calibri" w:hAnsi="Calibri" w:cs="Calibri"/>
                    <w:color w:val="000000" w:themeColor="text1"/>
                    <w:sz w:val="22"/>
                  </w:rPr>
                  <w:t>Type response here.</w:t>
                </w:r>
              </w:sdtContent>
            </w:sdt>
            <w:r w:rsidR="00FF7CE4" w:rsidRPr="00B74068">
              <w:rPr>
                <w:rFonts w:ascii="Calibri" w:hAnsi="Calibri" w:cs="Calibri"/>
                <w:color w:val="000000" w:themeColor="text1"/>
                <w:sz w:val="22"/>
              </w:rPr>
              <w:br/>
              <w:t xml:space="preserve"> </w:t>
            </w:r>
            <w:r w:rsidR="00FF7CE4" w:rsidRPr="00B74068">
              <w:rPr>
                <w:rFonts w:ascii="Calibri" w:hAnsi="Calibri" w:cs="Calibri"/>
                <w:color w:val="000000" w:themeColor="text1"/>
                <w:sz w:val="22"/>
              </w:rPr>
              <w:br/>
              <w:t xml:space="preserve"> </w:t>
            </w:r>
            <w:r w:rsidR="00FF7CE4" w:rsidRPr="00B74068">
              <w:rPr>
                <w:rFonts w:ascii="Calibri" w:hAnsi="Calibri" w:cs="Calibri"/>
                <w:color w:val="000000" w:themeColor="text1"/>
                <w:sz w:val="22"/>
              </w:rPr>
              <w:br/>
              <w:t xml:space="preserve"> </w:t>
            </w:r>
            <w:r w:rsidR="00FF7CE4" w:rsidRPr="00B74068">
              <w:rPr>
                <w:rFonts w:ascii="Calibri" w:hAnsi="Calibri" w:cs="Calibri"/>
                <w:color w:val="000000" w:themeColor="text1"/>
                <w:sz w:val="22"/>
              </w:rPr>
              <w:br/>
              <w:t xml:space="preserve"> </w:t>
            </w:r>
          </w:p>
        </w:tc>
      </w:tr>
    </w:tbl>
    <w:p w14:paraId="524B2C77" w14:textId="77777777" w:rsidR="00C50F62" w:rsidRDefault="00C50F62" w:rsidP="00C50F62">
      <w:pPr>
        <w:spacing w:after="0"/>
        <w:rPr>
          <w:rFonts w:ascii="Calibri" w:hAnsi="Calibri" w:cs="Calibri"/>
          <w:color w:val="000000" w:themeColor="text1"/>
          <w:sz w:val="22"/>
        </w:rPr>
      </w:pPr>
    </w:p>
    <w:p w14:paraId="11DAC60B" w14:textId="5B8222DC" w:rsidR="00C50F62" w:rsidRPr="00C50F62" w:rsidRDefault="00C50F62">
      <w:pPr>
        <w:rPr>
          <w:rFonts w:ascii="Calibri" w:eastAsiaTheme="majorEastAsia" w:hAnsi="Calibri" w:cs="Calibri"/>
          <w:b/>
          <w:bCs/>
          <w:color w:val="000000" w:themeColor="text1"/>
          <w:sz w:val="22"/>
        </w:rPr>
      </w:pPr>
      <w:r w:rsidRPr="00C50F62">
        <w:rPr>
          <w:rFonts w:ascii="Calibri" w:hAnsi="Calibri" w:cs="Calibri"/>
          <w:b/>
          <w:bCs/>
          <w:color w:val="000000" w:themeColor="text1"/>
          <w:sz w:val="22"/>
        </w:rPr>
        <w:t xml:space="preserve">*Attachment Requirement: </w:t>
      </w:r>
      <w:r w:rsidRPr="00B74068">
        <w:rPr>
          <w:rFonts w:ascii="Calibri" w:hAnsi="Calibri" w:cs="Calibri"/>
          <w:color w:val="000000" w:themeColor="text1"/>
          <w:sz w:val="22"/>
        </w:rPr>
        <w:t>Most recent audit or financial statement</w:t>
      </w:r>
      <w:r w:rsidRPr="00C50F62">
        <w:rPr>
          <w:rFonts w:ascii="Calibri" w:hAnsi="Calibri" w:cs="Calibri"/>
          <w:b/>
          <w:bCs/>
          <w:color w:val="000000" w:themeColor="text1"/>
          <w:sz w:val="22"/>
        </w:rPr>
        <w:t xml:space="preserve"> </w:t>
      </w:r>
      <w:r w:rsidRPr="00C50F62">
        <w:rPr>
          <w:rFonts w:ascii="Calibri" w:hAnsi="Calibri" w:cs="Calibri"/>
          <w:b/>
          <w:bCs/>
          <w:color w:val="000000" w:themeColor="text1"/>
          <w:sz w:val="22"/>
        </w:rPr>
        <w:br w:type="page"/>
      </w:r>
    </w:p>
    <w:p w14:paraId="07BF059E" w14:textId="27691535" w:rsidR="00FF7CE4" w:rsidRDefault="00FF7CE4" w:rsidP="00F24D72">
      <w:pPr>
        <w:pStyle w:val="Heading3"/>
        <w:shd w:val="clear" w:color="auto" w:fill="C6D9F1" w:themeFill="text2" w:themeFillTint="33"/>
        <w:spacing w:before="0"/>
        <w:rPr>
          <w:rFonts w:ascii="Calibri" w:hAnsi="Calibri" w:cs="Calibri"/>
          <w:color w:val="000000" w:themeColor="text1"/>
          <w:sz w:val="22"/>
        </w:rPr>
      </w:pPr>
      <w:r>
        <w:rPr>
          <w:rFonts w:ascii="Calibri" w:hAnsi="Calibri" w:cs="Calibri"/>
          <w:color w:val="000000" w:themeColor="text1"/>
          <w:sz w:val="22"/>
        </w:rPr>
        <w:lastRenderedPageBreak/>
        <w:t>Section 4 – Project Summary</w:t>
      </w:r>
      <w:r w:rsidR="00303BD9">
        <w:rPr>
          <w:rFonts w:ascii="Calibri" w:hAnsi="Calibri" w:cs="Calibri"/>
          <w:color w:val="000000" w:themeColor="text1"/>
          <w:sz w:val="22"/>
        </w:rPr>
        <w:t xml:space="preserve"> &amp; YHDP Alignment</w:t>
      </w:r>
    </w:p>
    <w:p w14:paraId="49C835E8" w14:textId="045DFA14" w:rsidR="00C945C2" w:rsidRPr="00B74068" w:rsidRDefault="00FF7CE4">
      <w:pPr>
        <w:pStyle w:val="Heading3"/>
        <w:rPr>
          <w:rFonts w:ascii="Calibri" w:hAnsi="Calibri" w:cs="Calibri"/>
          <w:color w:val="000000" w:themeColor="text1"/>
          <w:sz w:val="22"/>
        </w:rPr>
      </w:pPr>
      <w:r>
        <w:rPr>
          <w:rFonts w:ascii="Calibri" w:hAnsi="Calibri" w:cs="Calibri"/>
          <w:color w:val="000000" w:themeColor="text1"/>
          <w:sz w:val="22"/>
        </w:rPr>
        <w:t>4</w:t>
      </w:r>
      <w:r w:rsidR="00FB3664" w:rsidRPr="00B74068">
        <w:rPr>
          <w:rFonts w:ascii="Calibri" w:hAnsi="Calibri" w:cs="Calibri"/>
          <w:color w:val="000000" w:themeColor="text1"/>
          <w:sz w:val="22"/>
        </w:rPr>
        <w:t>.1 Short Project Description: In 1-</w:t>
      </w:r>
      <w:r w:rsidR="001A63D6">
        <w:rPr>
          <w:rFonts w:ascii="Calibri" w:hAnsi="Calibri" w:cs="Calibri"/>
          <w:color w:val="000000" w:themeColor="text1"/>
          <w:sz w:val="22"/>
        </w:rPr>
        <w:t>3</w:t>
      </w:r>
      <w:r w:rsidR="00FB3664" w:rsidRPr="00B74068">
        <w:rPr>
          <w:rFonts w:ascii="Calibri" w:hAnsi="Calibri" w:cs="Calibri"/>
          <w:color w:val="000000" w:themeColor="text1"/>
          <w:sz w:val="22"/>
        </w:rPr>
        <w:t xml:space="preserve"> paragraphs, describe the project in plain language</w:t>
      </w:r>
      <w:r w:rsidR="00FD6D8E">
        <w:rPr>
          <w:rFonts w:ascii="Calibri" w:hAnsi="Calibri" w:cs="Calibri"/>
          <w:color w:val="000000" w:themeColor="text1"/>
          <w:sz w:val="22"/>
        </w:rPr>
        <w:t>, including how YY</w:t>
      </w:r>
      <w:r w:rsidR="00AB5E3E">
        <w:rPr>
          <w:rFonts w:ascii="Calibri" w:hAnsi="Calibri" w:cs="Calibri"/>
          <w:color w:val="000000" w:themeColor="text1"/>
          <w:sz w:val="22"/>
        </w:rPr>
        <w:t>A</w:t>
      </w:r>
      <w:r w:rsidR="00FD6D8E">
        <w:rPr>
          <w:rFonts w:ascii="Calibri" w:hAnsi="Calibri" w:cs="Calibri"/>
          <w:color w:val="000000" w:themeColor="text1"/>
          <w:sz w:val="22"/>
        </w:rPr>
        <w:t xml:space="preserve"> will</w:t>
      </w:r>
      <w:r w:rsidR="008D7001">
        <w:rPr>
          <w:rFonts w:ascii="Calibri" w:hAnsi="Calibri" w:cs="Calibri"/>
          <w:color w:val="000000" w:themeColor="text1"/>
          <w:sz w:val="22"/>
        </w:rPr>
        <w:t xml:space="preserve"> support the stability of YYA and how YYA</w:t>
      </w:r>
      <w:r w:rsidR="00FD6D8E">
        <w:rPr>
          <w:rFonts w:ascii="Calibri" w:hAnsi="Calibri" w:cs="Calibri"/>
          <w:color w:val="000000" w:themeColor="text1"/>
          <w:sz w:val="22"/>
        </w:rPr>
        <w:t xml:space="preserve"> be involved in ongoing</w:t>
      </w:r>
      <w:r w:rsidR="008D7001">
        <w:rPr>
          <w:rFonts w:ascii="Calibri" w:hAnsi="Calibri" w:cs="Calibri"/>
          <w:color w:val="000000" w:themeColor="text1"/>
          <w:sz w:val="22"/>
        </w:rPr>
        <w:t xml:space="preserve"> project management and</w:t>
      </w:r>
      <w:r w:rsidR="00FD6D8E">
        <w:rPr>
          <w:rFonts w:ascii="Calibri" w:hAnsi="Calibri" w:cs="Calibri"/>
          <w:color w:val="000000" w:themeColor="text1"/>
          <w:sz w:val="22"/>
        </w:rPr>
        <w:t xml:space="preserve"> evaluation</w:t>
      </w:r>
      <w:r w:rsidR="00A12061">
        <w:rPr>
          <w:rFonts w:ascii="Calibri" w:hAnsi="Calibri" w:cs="Calibri"/>
          <w:color w:val="000000" w:themeColor="text1"/>
          <w:sz w:val="22"/>
        </w:rPr>
        <w:t>.</w:t>
      </w:r>
    </w:p>
    <w:tbl>
      <w:tblPr>
        <w:tblStyle w:val="TableGrid"/>
        <w:tblW w:w="0" w:type="auto"/>
        <w:jc w:val="center"/>
        <w:tblLook w:val="04A0" w:firstRow="1" w:lastRow="0" w:firstColumn="1" w:lastColumn="0" w:noHBand="0" w:noVBand="1"/>
      </w:tblPr>
      <w:tblGrid>
        <w:gridCol w:w="10193"/>
      </w:tblGrid>
      <w:tr w:rsidR="00923D80" w:rsidRPr="00B74068" w14:paraId="546102BA" w14:textId="68394876" w:rsidTr="00923D80">
        <w:trPr>
          <w:trHeight w:val="1812"/>
          <w:jc w:val="center"/>
        </w:trPr>
        <w:tc>
          <w:tcPr>
            <w:tcW w:w="10193" w:type="dxa"/>
          </w:tcPr>
          <w:p w14:paraId="20C8DA07" w14:textId="77777777" w:rsidR="00923D80" w:rsidRPr="00B74068" w:rsidRDefault="00721589">
            <w:pPr>
              <w:rPr>
                <w:rFonts w:ascii="Calibri" w:hAnsi="Calibri" w:cs="Calibri"/>
                <w:color w:val="000000" w:themeColor="text1"/>
                <w:sz w:val="22"/>
              </w:rPr>
            </w:pPr>
            <w:sdt>
              <w:sdtPr>
                <w:rPr>
                  <w:rFonts w:ascii="Calibri" w:hAnsi="Calibri" w:cs="Calibri"/>
                  <w:color w:val="000000" w:themeColor="text1"/>
                  <w:sz w:val="22"/>
                </w:rPr>
                <w:alias w:val="3.1 Short Project Description: In 1-2 paragraphs, describe the p"/>
                <w:tag w:val="3.1 Short Project Description: In 1-2 paragraphs, describe the p"/>
                <w:id w:val="-1556538526"/>
                <w:text/>
              </w:sdtPr>
              <w:sdtEndPr/>
              <w:sdtContent>
                <w:r w:rsidR="00923D80" w:rsidRPr="00B74068">
                  <w:rPr>
                    <w:rFonts w:ascii="Calibri" w:hAnsi="Calibri" w:cs="Calibri"/>
                    <w:color w:val="000000" w:themeColor="text1"/>
                    <w:sz w:val="22"/>
                  </w:rPr>
                  <w:t>Type response here.</w:t>
                </w:r>
              </w:sdtContent>
            </w:sdt>
            <w:r w:rsidR="00923D80" w:rsidRPr="00B74068">
              <w:rPr>
                <w:rFonts w:ascii="Calibri" w:hAnsi="Calibri" w:cs="Calibri"/>
                <w:color w:val="000000" w:themeColor="text1"/>
                <w:sz w:val="22"/>
              </w:rPr>
              <w:br/>
              <w:t xml:space="preserve"> </w:t>
            </w:r>
            <w:r w:rsidR="00923D80" w:rsidRPr="00B74068">
              <w:rPr>
                <w:rFonts w:ascii="Calibri" w:hAnsi="Calibri" w:cs="Calibri"/>
                <w:color w:val="000000" w:themeColor="text1"/>
                <w:sz w:val="22"/>
              </w:rPr>
              <w:br/>
              <w:t xml:space="preserve"> </w:t>
            </w:r>
            <w:r w:rsidR="00923D80" w:rsidRPr="00B74068">
              <w:rPr>
                <w:rFonts w:ascii="Calibri" w:hAnsi="Calibri" w:cs="Calibri"/>
                <w:color w:val="000000" w:themeColor="text1"/>
                <w:sz w:val="22"/>
              </w:rPr>
              <w:br/>
              <w:t xml:space="preserve"> </w:t>
            </w:r>
            <w:r w:rsidR="00923D80" w:rsidRPr="00B74068">
              <w:rPr>
                <w:rFonts w:ascii="Calibri" w:hAnsi="Calibri" w:cs="Calibri"/>
                <w:color w:val="000000" w:themeColor="text1"/>
                <w:sz w:val="22"/>
              </w:rPr>
              <w:br/>
              <w:t xml:space="preserve"> </w:t>
            </w:r>
            <w:r w:rsidR="00923D80" w:rsidRPr="00B74068">
              <w:rPr>
                <w:rFonts w:ascii="Calibri" w:hAnsi="Calibri" w:cs="Calibri"/>
                <w:color w:val="000000" w:themeColor="text1"/>
                <w:sz w:val="22"/>
              </w:rPr>
              <w:br/>
              <w:t xml:space="preserve"> </w:t>
            </w:r>
          </w:p>
        </w:tc>
      </w:tr>
    </w:tbl>
    <w:p w14:paraId="51F9AD4F" w14:textId="44DF14FF" w:rsidR="00B54463" w:rsidRDefault="00FF7CE4" w:rsidP="008D7001">
      <w:pPr>
        <w:pStyle w:val="Heading3"/>
        <w:rPr>
          <w:sz w:val="22"/>
        </w:rPr>
      </w:pPr>
      <w:r>
        <w:rPr>
          <w:rFonts w:ascii="Calibri" w:hAnsi="Calibri" w:cs="Calibri"/>
          <w:color w:val="000000" w:themeColor="text1"/>
          <w:sz w:val="22"/>
        </w:rPr>
        <w:t>4</w:t>
      </w:r>
      <w:r w:rsidR="00FB3664" w:rsidRPr="00B74068">
        <w:rPr>
          <w:rFonts w:ascii="Calibri" w:hAnsi="Calibri" w:cs="Calibri"/>
          <w:color w:val="000000" w:themeColor="text1"/>
          <w:sz w:val="22"/>
        </w:rPr>
        <w:t>.</w:t>
      </w:r>
      <w:r w:rsidR="008D7001">
        <w:rPr>
          <w:rFonts w:ascii="Calibri" w:hAnsi="Calibri" w:cs="Calibri"/>
          <w:color w:val="000000" w:themeColor="text1"/>
          <w:sz w:val="22"/>
        </w:rPr>
        <w:t>2a</w:t>
      </w:r>
      <w:r w:rsidR="00FB3664" w:rsidRPr="00B74068">
        <w:rPr>
          <w:rFonts w:ascii="Calibri" w:hAnsi="Calibri" w:cs="Calibri"/>
          <w:color w:val="000000" w:themeColor="text1"/>
          <w:sz w:val="22"/>
        </w:rPr>
        <w:t xml:space="preserve"> Alignment with </w:t>
      </w:r>
      <w:hyperlink r:id="rId9" w:history="1">
        <w:r w:rsidR="00923D80" w:rsidRPr="00B54463">
          <w:rPr>
            <w:rStyle w:val="Hyperlink"/>
            <w:rFonts w:ascii="Calibri" w:hAnsi="Calibri" w:cs="Calibri"/>
            <w:sz w:val="22"/>
          </w:rPr>
          <w:t>YHDP</w:t>
        </w:r>
        <w:r w:rsidR="00FB3664" w:rsidRPr="00B54463">
          <w:rPr>
            <w:rStyle w:val="Hyperlink"/>
            <w:rFonts w:ascii="Calibri" w:hAnsi="Calibri" w:cs="Calibri"/>
            <w:sz w:val="22"/>
          </w:rPr>
          <w:t xml:space="preserve"> </w:t>
        </w:r>
        <w:r w:rsidR="00923D80" w:rsidRPr="00B54463">
          <w:rPr>
            <w:rStyle w:val="Hyperlink"/>
            <w:rFonts w:ascii="Calibri" w:hAnsi="Calibri" w:cs="Calibri"/>
            <w:sz w:val="22"/>
          </w:rPr>
          <w:t>Coordinated Community Plan</w:t>
        </w:r>
      </w:hyperlink>
      <w:r w:rsidR="00FB3664" w:rsidRPr="00B74068">
        <w:rPr>
          <w:rFonts w:ascii="Calibri" w:hAnsi="Calibri" w:cs="Calibri"/>
          <w:color w:val="000000" w:themeColor="text1"/>
          <w:sz w:val="22"/>
        </w:rPr>
        <w:t xml:space="preserve">: Describe how this project aligns with </w:t>
      </w:r>
      <w:r w:rsidR="00923D80">
        <w:rPr>
          <w:rFonts w:ascii="Calibri" w:hAnsi="Calibri" w:cs="Calibri"/>
          <w:color w:val="000000" w:themeColor="text1"/>
          <w:sz w:val="22"/>
        </w:rPr>
        <w:t>YHDP</w:t>
      </w:r>
      <w:r w:rsidR="005E5E65">
        <w:rPr>
          <w:rFonts w:ascii="Calibri" w:hAnsi="Calibri" w:cs="Calibri"/>
          <w:color w:val="000000" w:themeColor="text1"/>
          <w:sz w:val="22"/>
        </w:rPr>
        <w:t xml:space="preserve"> Priorities</w:t>
      </w:r>
      <w:r w:rsidR="008D7001">
        <w:rPr>
          <w:rFonts w:ascii="Calibri" w:hAnsi="Calibri" w:cs="Calibri"/>
          <w:color w:val="000000" w:themeColor="text1"/>
          <w:sz w:val="22"/>
        </w:rPr>
        <w:t>.</w:t>
      </w:r>
    </w:p>
    <w:p w14:paraId="28D0A9B0" w14:textId="22C4FAFE" w:rsidR="00923D80" w:rsidRDefault="005E5E65" w:rsidP="00303BD9">
      <w:pPr>
        <w:spacing w:line="240" w:lineRule="auto"/>
        <w:rPr>
          <w:sz w:val="22"/>
        </w:rPr>
      </w:pPr>
      <w:r w:rsidRPr="00877224">
        <w:rPr>
          <w:sz w:val="22"/>
        </w:rPr>
        <w:t xml:space="preserve">The priorities for </w:t>
      </w:r>
      <w:r w:rsidR="00923D80">
        <w:rPr>
          <w:sz w:val="22"/>
        </w:rPr>
        <w:t>YHDP</w:t>
      </w:r>
      <w:r w:rsidRPr="00877224">
        <w:rPr>
          <w:sz w:val="22"/>
        </w:rPr>
        <w:t xml:space="preserve"> are</w:t>
      </w:r>
      <w:r w:rsidR="00923D80">
        <w:rPr>
          <w:sz w:val="22"/>
        </w:rPr>
        <w:t xml:space="preserve">: Trauma-informed </w:t>
      </w:r>
      <w:r w:rsidR="00FD6D8E">
        <w:rPr>
          <w:sz w:val="22"/>
        </w:rPr>
        <w:t>C</w:t>
      </w:r>
      <w:r w:rsidR="00923D80">
        <w:rPr>
          <w:sz w:val="22"/>
        </w:rPr>
        <w:t>are; Youth Voice &amp; Choice; Positive Youth Development &amp; Engagement;</w:t>
      </w:r>
      <w:r w:rsidR="00303BD9">
        <w:rPr>
          <w:sz w:val="22"/>
        </w:rPr>
        <w:t xml:space="preserve"> </w:t>
      </w:r>
      <w:r w:rsidR="00FD6D8E">
        <w:rPr>
          <w:sz w:val="22"/>
        </w:rPr>
        <w:t>Family Engagement.</w:t>
      </w:r>
      <w:r w:rsidR="00303BD9">
        <w:rPr>
          <w:sz w:val="22"/>
        </w:rPr>
        <w:t xml:space="preserve"> Describe how these priorities are incorporated in</w:t>
      </w:r>
      <w:r w:rsidR="00FD6D8E">
        <w:rPr>
          <w:sz w:val="22"/>
        </w:rPr>
        <w:t xml:space="preserve">to </w:t>
      </w:r>
      <w:r w:rsidR="00303BD9">
        <w:rPr>
          <w:sz w:val="22"/>
        </w:rPr>
        <w:t xml:space="preserve">project; </w:t>
      </w:r>
      <w:r w:rsidR="00303BD9" w:rsidRPr="00303BD9">
        <w:rPr>
          <w:sz w:val="22"/>
        </w:rPr>
        <w:t xml:space="preserve">include at least one strategy that both acknowledges the impact of difficult life experiences on youth development while emphasizing the development of self-sufficiency, personal </w:t>
      </w:r>
      <w:r w:rsidR="00303BD9">
        <w:rPr>
          <w:sz w:val="22"/>
        </w:rPr>
        <w:t>r</w:t>
      </w:r>
      <w:r w:rsidR="00303BD9" w:rsidRPr="00303BD9">
        <w:rPr>
          <w:sz w:val="22"/>
        </w:rPr>
        <w:t>esponsibility, resilience-building, and character development.</w:t>
      </w:r>
    </w:p>
    <w:tbl>
      <w:tblPr>
        <w:tblStyle w:val="TableGrid"/>
        <w:tblW w:w="0" w:type="auto"/>
        <w:jc w:val="center"/>
        <w:tblLook w:val="04A0" w:firstRow="1" w:lastRow="0" w:firstColumn="1" w:lastColumn="0" w:noHBand="0" w:noVBand="1"/>
      </w:tblPr>
      <w:tblGrid>
        <w:gridCol w:w="10214"/>
      </w:tblGrid>
      <w:tr w:rsidR="00B54463" w:rsidRPr="00B74068" w14:paraId="410DB42C" w14:textId="77777777" w:rsidTr="00B54463">
        <w:trPr>
          <w:jc w:val="center"/>
        </w:trPr>
        <w:tc>
          <w:tcPr>
            <w:tcW w:w="10214" w:type="dxa"/>
          </w:tcPr>
          <w:p w14:paraId="512CDC56" w14:textId="77777777" w:rsidR="00B54463" w:rsidRPr="00B74068" w:rsidRDefault="00721589" w:rsidP="00600706">
            <w:pPr>
              <w:rPr>
                <w:rFonts w:ascii="Calibri" w:hAnsi="Calibri" w:cs="Calibri"/>
                <w:color w:val="000000" w:themeColor="text1"/>
                <w:sz w:val="22"/>
              </w:rPr>
            </w:pPr>
            <w:sdt>
              <w:sdtPr>
                <w:rPr>
                  <w:rFonts w:ascii="Calibri" w:hAnsi="Calibri" w:cs="Calibri"/>
                  <w:color w:val="000000" w:themeColor="text1"/>
                  <w:sz w:val="22"/>
                </w:rPr>
                <w:alias w:val="3.3 Alignment with FY26 Priorities: Describe how this project al"/>
                <w:tag w:val="3.3 Alignment with FY26 Priorities: Describe how this project al"/>
                <w:id w:val="-1139490916"/>
                <w:text/>
              </w:sdtPr>
              <w:sdtEndPr/>
              <w:sdtContent>
                <w:r w:rsidR="00B54463" w:rsidRPr="00B74068">
                  <w:rPr>
                    <w:rFonts w:ascii="Calibri" w:hAnsi="Calibri" w:cs="Calibri"/>
                    <w:color w:val="000000" w:themeColor="text1"/>
                    <w:sz w:val="22"/>
                  </w:rPr>
                  <w:t>Type response here.</w:t>
                </w:r>
              </w:sdtContent>
            </w:sdt>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p>
        </w:tc>
      </w:tr>
    </w:tbl>
    <w:p w14:paraId="20464C19" w14:textId="77777777" w:rsidR="008D7001" w:rsidRDefault="008D7001" w:rsidP="00AB5E3E">
      <w:pPr>
        <w:spacing w:after="0"/>
        <w:rPr>
          <w:rFonts w:ascii="Calibri" w:hAnsi="Calibri" w:cs="Calibri"/>
          <w:color w:val="000000" w:themeColor="text1"/>
          <w:sz w:val="22"/>
        </w:rPr>
      </w:pPr>
    </w:p>
    <w:p w14:paraId="1B5F643A" w14:textId="5866F580" w:rsidR="00AB5E3E" w:rsidRDefault="008D7001" w:rsidP="00AB5E3E">
      <w:pPr>
        <w:spacing w:after="0"/>
        <w:rPr>
          <w:rFonts w:ascii="Calibri" w:hAnsi="Calibri" w:cs="Calibri"/>
          <w:color w:val="000000" w:themeColor="text1"/>
          <w:sz w:val="22"/>
        </w:rPr>
      </w:pPr>
      <w:r w:rsidRPr="008D7001">
        <w:rPr>
          <w:rFonts w:ascii="Calibri" w:hAnsi="Calibri" w:cs="Calibri"/>
          <w:b/>
          <w:bCs/>
          <w:color w:val="000000" w:themeColor="text1"/>
          <w:sz w:val="22"/>
        </w:rPr>
        <w:t xml:space="preserve">4.2b Alignment with </w:t>
      </w:r>
      <w:hyperlink r:id="rId10" w:history="1">
        <w:r w:rsidRPr="008D7001">
          <w:rPr>
            <w:rStyle w:val="Hyperlink"/>
            <w:rFonts w:ascii="Calibri" w:hAnsi="Calibri" w:cs="Calibri"/>
            <w:b/>
            <w:bCs/>
            <w:sz w:val="22"/>
          </w:rPr>
          <w:t>YHDP Coordinated Community Plan</w:t>
        </w:r>
      </w:hyperlink>
      <w:r w:rsidRPr="008D7001">
        <w:rPr>
          <w:rFonts w:ascii="Calibri" w:hAnsi="Calibri" w:cs="Calibri"/>
          <w:b/>
          <w:bCs/>
          <w:color w:val="000000" w:themeColor="text1"/>
          <w:sz w:val="22"/>
        </w:rPr>
        <w:t>:</w:t>
      </w:r>
      <w:r w:rsidRPr="00B74068">
        <w:rPr>
          <w:rFonts w:ascii="Calibri" w:hAnsi="Calibri" w:cs="Calibri"/>
          <w:color w:val="000000" w:themeColor="text1"/>
          <w:sz w:val="22"/>
        </w:rPr>
        <w:t xml:space="preserve"> </w:t>
      </w:r>
      <w:r w:rsidRPr="008D7001">
        <w:rPr>
          <w:rFonts w:ascii="Calibri" w:hAnsi="Calibri" w:cs="Calibri"/>
          <w:b/>
          <w:bCs/>
          <w:color w:val="000000" w:themeColor="text1"/>
          <w:sz w:val="22"/>
        </w:rPr>
        <w:t>Describe how this project supports YHDP outcomes.</w:t>
      </w:r>
    </w:p>
    <w:p w14:paraId="474DACB6" w14:textId="2087F8C5" w:rsidR="00B54463" w:rsidRPr="00877224" w:rsidRDefault="00B54463" w:rsidP="00AB5E3E">
      <w:pPr>
        <w:spacing w:after="0"/>
        <w:rPr>
          <w:rFonts w:ascii="Calibri" w:hAnsi="Calibri" w:cs="Calibri"/>
          <w:color w:val="000000" w:themeColor="text1"/>
          <w:sz w:val="22"/>
        </w:rPr>
      </w:pPr>
      <w:r>
        <w:rPr>
          <w:rFonts w:ascii="Calibri" w:hAnsi="Calibri" w:cs="Calibri"/>
          <w:color w:val="000000" w:themeColor="text1"/>
          <w:sz w:val="22"/>
        </w:rPr>
        <w:t xml:space="preserve">YHDP outcome: System Access </w:t>
      </w:r>
    </w:p>
    <w:tbl>
      <w:tblPr>
        <w:tblStyle w:val="TableGrid"/>
        <w:tblW w:w="0" w:type="auto"/>
        <w:jc w:val="center"/>
        <w:tblLook w:val="04A0" w:firstRow="1" w:lastRow="0" w:firstColumn="1" w:lastColumn="0" w:noHBand="0" w:noVBand="1"/>
      </w:tblPr>
      <w:tblGrid>
        <w:gridCol w:w="10214"/>
      </w:tblGrid>
      <w:tr w:rsidR="00B54463" w:rsidRPr="00B74068" w14:paraId="13E4085D" w14:textId="77777777" w:rsidTr="00B54463">
        <w:trPr>
          <w:jc w:val="center"/>
        </w:trPr>
        <w:tc>
          <w:tcPr>
            <w:tcW w:w="10214" w:type="dxa"/>
          </w:tcPr>
          <w:p w14:paraId="09E7924B" w14:textId="77777777" w:rsidR="00B54463" w:rsidRPr="00B74068" w:rsidRDefault="00721589" w:rsidP="00600706">
            <w:pPr>
              <w:rPr>
                <w:rFonts w:ascii="Calibri" w:hAnsi="Calibri" w:cs="Calibri"/>
                <w:color w:val="000000" w:themeColor="text1"/>
                <w:sz w:val="22"/>
              </w:rPr>
            </w:pPr>
            <w:sdt>
              <w:sdtPr>
                <w:rPr>
                  <w:rFonts w:ascii="Calibri" w:hAnsi="Calibri" w:cs="Calibri"/>
                  <w:color w:val="000000" w:themeColor="text1"/>
                  <w:sz w:val="22"/>
                </w:rPr>
                <w:alias w:val="3.3 Alignment with FY26 Priorities: Describe how this project al"/>
                <w:tag w:val="3.3 Alignment with FY26 Priorities: Describe how this project al"/>
                <w:id w:val="-1226676328"/>
                <w:text/>
              </w:sdtPr>
              <w:sdtEndPr/>
              <w:sdtContent>
                <w:r w:rsidR="00B54463" w:rsidRPr="00B74068">
                  <w:rPr>
                    <w:rFonts w:ascii="Calibri" w:hAnsi="Calibri" w:cs="Calibri"/>
                    <w:color w:val="000000" w:themeColor="text1"/>
                    <w:sz w:val="22"/>
                  </w:rPr>
                  <w:t>Type response here.</w:t>
                </w:r>
              </w:sdtContent>
            </w:sdt>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p>
        </w:tc>
      </w:tr>
    </w:tbl>
    <w:p w14:paraId="5351855D" w14:textId="77777777" w:rsidR="00373DB9" w:rsidRDefault="00373DB9" w:rsidP="00AB5E3E">
      <w:pPr>
        <w:spacing w:after="0"/>
        <w:rPr>
          <w:rFonts w:ascii="Calibri" w:hAnsi="Calibri" w:cs="Calibri"/>
          <w:color w:val="000000" w:themeColor="text1"/>
          <w:sz w:val="22"/>
        </w:rPr>
      </w:pPr>
    </w:p>
    <w:p w14:paraId="003DAE1F" w14:textId="151B4C79" w:rsidR="00B54463" w:rsidRPr="00877224" w:rsidRDefault="00B54463" w:rsidP="00AB5E3E">
      <w:pPr>
        <w:spacing w:after="0"/>
        <w:rPr>
          <w:rFonts w:ascii="Calibri" w:hAnsi="Calibri" w:cs="Calibri"/>
          <w:color w:val="000000" w:themeColor="text1"/>
          <w:sz w:val="22"/>
        </w:rPr>
      </w:pPr>
      <w:r>
        <w:rPr>
          <w:rFonts w:ascii="Calibri" w:hAnsi="Calibri" w:cs="Calibri"/>
          <w:color w:val="000000" w:themeColor="text1"/>
          <w:sz w:val="22"/>
        </w:rPr>
        <w:t xml:space="preserve">YHDP outcome: Stable Housing </w:t>
      </w:r>
    </w:p>
    <w:tbl>
      <w:tblPr>
        <w:tblStyle w:val="TableGrid"/>
        <w:tblW w:w="0" w:type="auto"/>
        <w:jc w:val="center"/>
        <w:tblLook w:val="04A0" w:firstRow="1" w:lastRow="0" w:firstColumn="1" w:lastColumn="0" w:noHBand="0" w:noVBand="1"/>
      </w:tblPr>
      <w:tblGrid>
        <w:gridCol w:w="10214"/>
      </w:tblGrid>
      <w:tr w:rsidR="00B54463" w:rsidRPr="00B74068" w14:paraId="0EFC7F40" w14:textId="77777777" w:rsidTr="00B54463">
        <w:trPr>
          <w:jc w:val="center"/>
        </w:trPr>
        <w:tc>
          <w:tcPr>
            <w:tcW w:w="10214" w:type="dxa"/>
          </w:tcPr>
          <w:p w14:paraId="594D8BE4" w14:textId="77777777" w:rsidR="00B54463" w:rsidRPr="00B74068" w:rsidRDefault="00721589" w:rsidP="00600706">
            <w:pPr>
              <w:rPr>
                <w:rFonts w:ascii="Calibri" w:hAnsi="Calibri" w:cs="Calibri"/>
                <w:color w:val="000000" w:themeColor="text1"/>
                <w:sz w:val="22"/>
              </w:rPr>
            </w:pPr>
            <w:sdt>
              <w:sdtPr>
                <w:rPr>
                  <w:rFonts w:ascii="Calibri" w:hAnsi="Calibri" w:cs="Calibri"/>
                  <w:color w:val="000000" w:themeColor="text1"/>
                  <w:sz w:val="22"/>
                </w:rPr>
                <w:alias w:val="3.3 Alignment with FY26 Priorities: Describe how this project al"/>
                <w:tag w:val="3.3 Alignment with FY26 Priorities: Describe how this project al"/>
                <w:id w:val="1547873801"/>
                <w:text/>
              </w:sdtPr>
              <w:sdtEndPr/>
              <w:sdtContent>
                <w:r w:rsidR="00B54463" w:rsidRPr="00B74068">
                  <w:rPr>
                    <w:rFonts w:ascii="Calibri" w:hAnsi="Calibri" w:cs="Calibri"/>
                    <w:color w:val="000000" w:themeColor="text1"/>
                    <w:sz w:val="22"/>
                  </w:rPr>
                  <w:t>Type response here.</w:t>
                </w:r>
              </w:sdtContent>
            </w:sdt>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p>
        </w:tc>
      </w:tr>
    </w:tbl>
    <w:p w14:paraId="2EBD08B1" w14:textId="77777777" w:rsidR="00B54463" w:rsidRDefault="00B54463" w:rsidP="00B54463">
      <w:pPr>
        <w:rPr>
          <w:rFonts w:ascii="Calibri" w:hAnsi="Calibri" w:cs="Calibri"/>
          <w:color w:val="000000" w:themeColor="text1"/>
          <w:sz w:val="22"/>
        </w:rPr>
      </w:pPr>
    </w:p>
    <w:p w14:paraId="642354FB" w14:textId="108A8FD8" w:rsidR="00B54463" w:rsidRPr="00877224" w:rsidRDefault="00B54463" w:rsidP="00AB5E3E">
      <w:pPr>
        <w:spacing w:after="0"/>
        <w:rPr>
          <w:rFonts w:ascii="Calibri" w:hAnsi="Calibri" w:cs="Calibri"/>
          <w:color w:val="000000" w:themeColor="text1"/>
          <w:sz w:val="22"/>
        </w:rPr>
      </w:pPr>
      <w:r>
        <w:rPr>
          <w:rFonts w:ascii="Calibri" w:hAnsi="Calibri" w:cs="Calibri"/>
          <w:color w:val="000000" w:themeColor="text1"/>
          <w:sz w:val="22"/>
        </w:rPr>
        <w:t xml:space="preserve">YHDP outcome: Health &amp; Well-Being </w:t>
      </w:r>
    </w:p>
    <w:tbl>
      <w:tblPr>
        <w:tblStyle w:val="TableGrid"/>
        <w:tblW w:w="0" w:type="auto"/>
        <w:jc w:val="center"/>
        <w:tblLook w:val="04A0" w:firstRow="1" w:lastRow="0" w:firstColumn="1" w:lastColumn="0" w:noHBand="0" w:noVBand="1"/>
      </w:tblPr>
      <w:tblGrid>
        <w:gridCol w:w="10214"/>
      </w:tblGrid>
      <w:tr w:rsidR="00B54463" w:rsidRPr="00B74068" w14:paraId="601D89AE" w14:textId="77777777" w:rsidTr="00B54463">
        <w:trPr>
          <w:jc w:val="center"/>
        </w:trPr>
        <w:tc>
          <w:tcPr>
            <w:tcW w:w="10214" w:type="dxa"/>
          </w:tcPr>
          <w:p w14:paraId="3A801E77" w14:textId="77777777" w:rsidR="00B54463" w:rsidRPr="00B74068" w:rsidRDefault="00721589" w:rsidP="00600706">
            <w:pPr>
              <w:rPr>
                <w:rFonts w:ascii="Calibri" w:hAnsi="Calibri" w:cs="Calibri"/>
                <w:color w:val="000000" w:themeColor="text1"/>
                <w:sz w:val="22"/>
              </w:rPr>
            </w:pPr>
            <w:sdt>
              <w:sdtPr>
                <w:rPr>
                  <w:rFonts w:ascii="Calibri" w:hAnsi="Calibri" w:cs="Calibri"/>
                  <w:color w:val="000000" w:themeColor="text1"/>
                  <w:sz w:val="22"/>
                </w:rPr>
                <w:alias w:val="3.3 Alignment with FY26 Priorities: Describe how this project al"/>
                <w:tag w:val="3.3 Alignment with FY26 Priorities: Describe how this project al"/>
                <w:id w:val="257189278"/>
                <w:text/>
              </w:sdtPr>
              <w:sdtEndPr/>
              <w:sdtContent>
                <w:r w:rsidR="00B54463" w:rsidRPr="00B74068">
                  <w:rPr>
                    <w:rFonts w:ascii="Calibri" w:hAnsi="Calibri" w:cs="Calibri"/>
                    <w:color w:val="000000" w:themeColor="text1"/>
                    <w:sz w:val="22"/>
                  </w:rPr>
                  <w:t>Type response here.</w:t>
                </w:r>
              </w:sdtContent>
            </w:sdt>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p>
        </w:tc>
      </w:tr>
    </w:tbl>
    <w:p w14:paraId="438096F1" w14:textId="77777777" w:rsidR="00373DB9" w:rsidRDefault="00373DB9" w:rsidP="00AB5E3E">
      <w:pPr>
        <w:spacing w:after="0"/>
        <w:rPr>
          <w:rFonts w:ascii="Calibri" w:hAnsi="Calibri" w:cs="Calibri"/>
          <w:color w:val="000000" w:themeColor="text1"/>
          <w:sz w:val="22"/>
        </w:rPr>
      </w:pPr>
    </w:p>
    <w:p w14:paraId="1AF83B58" w14:textId="77777777" w:rsidR="00373DB9" w:rsidRDefault="00373DB9" w:rsidP="00AB5E3E">
      <w:pPr>
        <w:spacing w:after="0"/>
        <w:rPr>
          <w:rFonts w:ascii="Calibri" w:hAnsi="Calibri" w:cs="Calibri"/>
          <w:color w:val="000000" w:themeColor="text1"/>
          <w:sz w:val="22"/>
        </w:rPr>
      </w:pPr>
    </w:p>
    <w:p w14:paraId="13BD9622" w14:textId="372B80C8" w:rsidR="00B54463" w:rsidRPr="00877224" w:rsidRDefault="00B54463" w:rsidP="00AB5E3E">
      <w:pPr>
        <w:spacing w:after="0"/>
        <w:rPr>
          <w:rFonts w:ascii="Calibri" w:hAnsi="Calibri" w:cs="Calibri"/>
          <w:color w:val="000000" w:themeColor="text1"/>
          <w:sz w:val="22"/>
        </w:rPr>
      </w:pPr>
      <w:r>
        <w:rPr>
          <w:rFonts w:ascii="Calibri" w:hAnsi="Calibri" w:cs="Calibri"/>
          <w:color w:val="000000" w:themeColor="text1"/>
          <w:sz w:val="22"/>
        </w:rPr>
        <w:lastRenderedPageBreak/>
        <w:t>YHDP outcome: Education &amp; Employment</w:t>
      </w:r>
      <w:r w:rsidR="00EB2453">
        <w:rPr>
          <w:rFonts w:ascii="Calibri" w:hAnsi="Calibri" w:cs="Calibri"/>
          <w:color w:val="000000" w:themeColor="text1"/>
          <w:sz w:val="22"/>
        </w:rPr>
        <w:t xml:space="preserve">. </w:t>
      </w:r>
      <w:r>
        <w:rPr>
          <w:rFonts w:ascii="Calibri" w:hAnsi="Calibri" w:cs="Calibri"/>
          <w:color w:val="000000" w:themeColor="text1"/>
          <w:sz w:val="22"/>
        </w:rPr>
        <w:t xml:space="preserve"> </w:t>
      </w:r>
    </w:p>
    <w:tbl>
      <w:tblPr>
        <w:tblStyle w:val="TableGrid"/>
        <w:tblW w:w="0" w:type="auto"/>
        <w:jc w:val="center"/>
        <w:tblLook w:val="04A0" w:firstRow="1" w:lastRow="0" w:firstColumn="1" w:lastColumn="0" w:noHBand="0" w:noVBand="1"/>
      </w:tblPr>
      <w:tblGrid>
        <w:gridCol w:w="10214"/>
      </w:tblGrid>
      <w:tr w:rsidR="00B54463" w:rsidRPr="00B74068" w14:paraId="79BC74E3" w14:textId="77777777" w:rsidTr="00600706">
        <w:trPr>
          <w:jc w:val="center"/>
        </w:trPr>
        <w:tc>
          <w:tcPr>
            <w:tcW w:w="10368" w:type="dxa"/>
          </w:tcPr>
          <w:p w14:paraId="6B35604E" w14:textId="77777777" w:rsidR="00B54463" w:rsidRPr="00B74068" w:rsidRDefault="00721589" w:rsidP="00600706">
            <w:pPr>
              <w:rPr>
                <w:rFonts w:ascii="Calibri" w:hAnsi="Calibri" w:cs="Calibri"/>
                <w:color w:val="000000" w:themeColor="text1"/>
                <w:sz w:val="22"/>
              </w:rPr>
            </w:pPr>
            <w:sdt>
              <w:sdtPr>
                <w:rPr>
                  <w:rFonts w:ascii="Calibri" w:hAnsi="Calibri" w:cs="Calibri"/>
                  <w:color w:val="000000" w:themeColor="text1"/>
                  <w:sz w:val="22"/>
                </w:rPr>
                <w:alias w:val="3.3 Alignment with FY26 Priorities: Describe how this project al"/>
                <w:tag w:val="3.3 Alignment with FY26 Priorities: Describe how this project al"/>
                <w:id w:val="-798066313"/>
                <w:text/>
              </w:sdtPr>
              <w:sdtEndPr/>
              <w:sdtContent>
                <w:r w:rsidR="00B54463" w:rsidRPr="00B74068">
                  <w:rPr>
                    <w:rFonts w:ascii="Calibri" w:hAnsi="Calibri" w:cs="Calibri"/>
                    <w:color w:val="000000" w:themeColor="text1"/>
                    <w:sz w:val="22"/>
                  </w:rPr>
                  <w:t>Type response here.</w:t>
                </w:r>
              </w:sdtContent>
            </w:sdt>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r w:rsidR="00B54463" w:rsidRPr="00B74068">
              <w:rPr>
                <w:rFonts w:ascii="Calibri" w:hAnsi="Calibri" w:cs="Calibri"/>
                <w:color w:val="000000" w:themeColor="text1"/>
                <w:sz w:val="22"/>
              </w:rPr>
              <w:br/>
              <w:t xml:space="preserve"> </w:t>
            </w:r>
          </w:p>
        </w:tc>
      </w:tr>
    </w:tbl>
    <w:p w14:paraId="06158312" w14:textId="1AAA42B7" w:rsidR="00C945C2" w:rsidRPr="00877224" w:rsidRDefault="00923D80" w:rsidP="00AB5E3E">
      <w:pPr>
        <w:spacing w:after="0"/>
        <w:rPr>
          <w:rFonts w:ascii="Calibri" w:hAnsi="Calibri" w:cs="Calibri"/>
          <w:color w:val="000000" w:themeColor="text1"/>
          <w:sz w:val="22"/>
        </w:rPr>
      </w:pPr>
      <w:r>
        <w:rPr>
          <w:rFonts w:ascii="Calibri" w:hAnsi="Calibri" w:cs="Calibri"/>
          <w:color w:val="000000" w:themeColor="text1"/>
          <w:sz w:val="22"/>
        </w:rPr>
        <w:t>YHDP outcomes: Permanent Connections</w:t>
      </w:r>
    </w:p>
    <w:tbl>
      <w:tblPr>
        <w:tblStyle w:val="TableGrid"/>
        <w:tblW w:w="0" w:type="auto"/>
        <w:jc w:val="center"/>
        <w:tblLook w:val="04A0" w:firstRow="1" w:lastRow="0" w:firstColumn="1" w:lastColumn="0" w:noHBand="0" w:noVBand="1"/>
      </w:tblPr>
      <w:tblGrid>
        <w:gridCol w:w="10214"/>
      </w:tblGrid>
      <w:tr w:rsidR="00C945C2" w:rsidRPr="00B74068" w14:paraId="1D9B1D2E" w14:textId="77777777">
        <w:trPr>
          <w:jc w:val="center"/>
        </w:trPr>
        <w:tc>
          <w:tcPr>
            <w:tcW w:w="10368" w:type="dxa"/>
          </w:tcPr>
          <w:p w14:paraId="0251F7C6"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3.3 Alignment with FY26 Priorities: Describe how this project al"/>
                <w:tag w:val="3.3 Alignment with FY26 Priorities: Describe how this project al"/>
                <w:id w:val="841664834"/>
                <w:text/>
              </w:sdtPr>
              <w:sdtEndPr/>
              <w:sdtContent>
                <w:r w:rsidR="00FB3664" w:rsidRPr="00B74068">
                  <w:rPr>
                    <w:rFonts w:ascii="Calibri" w:hAnsi="Calibri" w:cs="Calibri"/>
                    <w:color w:val="000000" w:themeColor="text1"/>
                    <w:sz w:val="22"/>
                  </w:rPr>
                  <w:t>Type response here.</w:t>
                </w:r>
              </w:sdtContent>
            </w:sdt>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p>
        </w:tc>
      </w:tr>
    </w:tbl>
    <w:p w14:paraId="62BB34AB" w14:textId="77844FB0" w:rsidR="00C945C2" w:rsidRPr="00B74068" w:rsidRDefault="00FB3664" w:rsidP="00DB3BA7">
      <w:pPr>
        <w:pStyle w:val="Heading1"/>
        <w:shd w:val="clear" w:color="auto" w:fill="C6D9F1" w:themeFill="text2" w:themeFillTint="33"/>
        <w:spacing w:before="360"/>
        <w:rPr>
          <w:rFonts w:ascii="Calibri" w:hAnsi="Calibri" w:cs="Calibri"/>
          <w:color w:val="000000" w:themeColor="text1"/>
          <w:sz w:val="22"/>
          <w:szCs w:val="22"/>
        </w:rPr>
      </w:pPr>
      <w:r w:rsidRPr="00B74068">
        <w:rPr>
          <w:rFonts w:ascii="Calibri" w:hAnsi="Calibri" w:cs="Calibri"/>
          <w:color w:val="000000" w:themeColor="text1"/>
          <w:sz w:val="22"/>
          <w:szCs w:val="22"/>
        </w:rPr>
        <w:t xml:space="preserve">Section </w:t>
      </w:r>
      <w:r w:rsidR="00FF7CE4">
        <w:rPr>
          <w:rFonts w:ascii="Calibri" w:hAnsi="Calibri" w:cs="Calibri"/>
          <w:color w:val="000000" w:themeColor="text1"/>
          <w:sz w:val="22"/>
          <w:szCs w:val="22"/>
        </w:rPr>
        <w:t>5</w:t>
      </w:r>
      <w:r w:rsidRPr="00B74068">
        <w:rPr>
          <w:rFonts w:ascii="Calibri" w:hAnsi="Calibri" w:cs="Calibri"/>
          <w:color w:val="000000" w:themeColor="text1"/>
          <w:sz w:val="22"/>
          <w:szCs w:val="22"/>
        </w:rPr>
        <w:t xml:space="preserve"> - Population to Be Served</w:t>
      </w:r>
    </w:p>
    <w:p w14:paraId="42E0757D" w14:textId="47F490E4" w:rsidR="00C945C2" w:rsidRPr="00B74068" w:rsidRDefault="00FF7CE4">
      <w:pPr>
        <w:pStyle w:val="Heading2"/>
        <w:rPr>
          <w:rFonts w:ascii="Calibri" w:hAnsi="Calibri" w:cs="Calibri"/>
          <w:color w:val="000000" w:themeColor="text1"/>
          <w:szCs w:val="22"/>
        </w:rPr>
      </w:pPr>
      <w:r>
        <w:rPr>
          <w:rFonts w:ascii="Calibri" w:hAnsi="Calibri" w:cs="Calibri"/>
          <w:color w:val="000000" w:themeColor="text1"/>
          <w:szCs w:val="22"/>
        </w:rPr>
        <w:t>5</w:t>
      </w:r>
      <w:r w:rsidR="00FB3664" w:rsidRPr="00B74068">
        <w:rPr>
          <w:rFonts w:ascii="Calibri" w:hAnsi="Calibri" w:cs="Calibri"/>
          <w:color w:val="000000" w:themeColor="text1"/>
          <w:szCs w:val="22"/>
        </w:rPr>
        <w:t>.1 Target Population</w:t>
      </w:r>
    </w:p>
    <w:tbl>
      <w:tblPr>
        <w:tblStyle w:val="TableGrid"/>
        <w:tblW w:w="0" w:type="auto"/>
        <w:jc w:val="center"/>
        <w:tblLook w:val="04A0" w:firstRow="1" w:lastRow="0" w:firstColumn="1" w:lastColumn="0" w:noHBand="0" w:noVBand="1"/>
      </w:tblPr>
      <w:tblGrid>
        <w:gridCol w:w="4439"/>
        <w:gridCol w:w="670"/>
        <w:gridCol w:w="5105"/>
      </w:tblGrid>
      <w:tr w:rsidR="00C945C2" w:rsidRPr="00B74068" w14:paraId="5058A5A3" w14:textId="77777777" w:rsidTr="00235C24">
        <w:trPr>
          <w:jc w:val="center"/>
        </w:trPr>
        <w:tc>
          <w:tcPr>
            <w:tcW w:w="5109" w:type="dxa"/>
            <w:gridSpan w:val="2"/>
          </w:tcPr>
          <w:p w14:paraId="6A572865" w14:textId="2DDB24A4"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Youth / young adults"/>
                <w:tag w:val="Youth_/_young_adults"/>
                <w:id w:val="612310629"/>
                <w14:checkbox>
                  <w14:checked w14:val="0"/>
                  <w14:checkedState w14:val="2612" w14:font="MS Gothic"/>
                  <w14:uncheckedState w14:val="2610" w14:font="MS Gothic"/>
                </w14:checkbox>
              </w:sdtPr>
              <w:sdtEndPr/>
              <w:sdtContent>
                <w:r w:rsidR="00FB3664" w:rsidRPr="00B74068">
                  <w:rPr>
                    <w:rFonts w:ascii="Segoe UI Symbol" w:eastAsia="MS Gothic" w:hAnsi="Segoe UI Symbol" w:cs="Segoe UI Symbol"/>
                    <w:color w:val="000000" w:themeColor="text1"/>
                    <w:sz w:val="22"/>
                  </w:rPr>
                  <w:t>☐</w:t>
                </w:r>
              </w:sdtContent>
            </w:sdt>
            <w:r w:rsidR="00FB3664" w:rsidRPr="00B74068">
              <w:rPr>
                <w:rFonts w:ascii="Calibri" w:hAnsi="Calibri" w:cs="Calibri"/>
                <w:color w:val="000000" w:themeColor="text1"/>
                <w:sz w:val="22"/>
              </w:rPr>
              <w:t xml:space="preserve"> Youth / young adults </w:t>
            </w:r>
            <w:r w:rsidR="00AA0C46">
              <w:rPr>
                <w:rFonts w:ascii="Calibri" w:hAnsi="Calibri" w:cs="Calibri"/>
                <w:color w:val="000000" w:themeColor="text1"/>
                <w:sz w:val="22"/>
              </w:rPr>
              <w:t>(under 25 years old)</w:t>
            </w:r>
            <w:r w:rsidR="00FB3664" w:rsidRPr="00B74068">
              <w:rPr>
                <w:rFonts w:ascii="Calibri" w:hAnsi="Calibri" w:cs="Calibri"/>
                <w:color w:val="000000" w:themeColor="text1"/>
                <w:sz w:val="22"/>
              </w:rPr>
              <w:t xml:space="preserve">  </w:t>
            </w:r>
          </w:p>
        </w:tc>
        <w:tc>
          <w:tcPr>
            <w:tcW w:w="5105" w:type="dxa"/>
          </w:tcPr>
          <w:p w14:paraId="2CB5AA72" w14:textId="100B0096"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Survivors of DV, dating violence, sexual assault, or stalking"/>
                <w:tag w:val="Survivors_of_DV,_dating_violence,_sexual"/>
                <w:id w:val="787620673"/>
                <w14:checkbox>
                  <w14:checked w14:val="0"/>
                  <w14:checkedState w14:val="2612" w14:font="MS Gothic"/>
                  <w14:uncheckedState w14:val="2610" w14:font="MS Gothic"/>
                </w14:checkbox>
              </w:sdtPr>
              <w:sdtEndPr/>
              <w:sdtContent>
                <w:r w:rsidR="00FB3664" w:rsidRPr="00B74068">
                  <w:rPr>
                    <w:rFonts w:ascii="Segoe UI Symbol" w:eastAsia="MS Gothic" w:hAnsi="Segoe UI Symbol" w:cs="Segoe UI Symbol"/>
                    <w:color w:val="000000" w:themeColor="text1"/>
                    <w:sz w:val="22"/>
                  </w:rPr>
                  <w:t>☐</w:t>
                </w:r>
              </w:sdtContent>
            </w:sdt>
            <w:r w:rsidR="00FB3664" w:rsidRPr="00B74068">
              <w:rPr>
                <w:rFonts w:ascii="Calibri" w:hAnsi="Calibri" w:cs="Calibri"/>
                <w:color w:val="000000" w:themeColor="text1"/>
                <w:sz w:val="22"/>
              </w:rPr>
              <w:t xml:space="preserve"> </w:t>
            </w:r>
            <w:r w:rsidR="00C94674">
              <w:rPr>
                <w:rFonts w:ascii="Calibri" w:hAnsi="Calibri" w:cs="Calibri"/>
                <w:color w:val="000000" w:themeColor="text1"/>
                <w:sz w:val="22"/>
              </w:rPr>
              <w:t>Pregnant &amp; parenting young adults (under 25 years old)</w:t>
            </w:r>
            <w:r w:rsidR="00FB3664" w:rsidRPr="00B74068">
              <w:rPr>
                <w:rFonts w:ascii="Calibri" w:hAnsi="Calibri" w:cs="Calibri"/>
                <w:color w:val="000000" w:themeColor="text1"/>
                <w:sz w:val="22"/>
              </w:rPr>
              <w:t xml:space="preserve">  </w:t>
            </w:r>
          </w:p>
        </w:tc>
      </w:tr>
      <w:tr w:rsidR="00C945C2" w:rsidRPr="00B74068" w14:paraId="2B6C757F" w14:textId="77777777" w:rsidTr="00877224">
        <w:trPr>
          <w:jc w:val="center"/>
        </w:trPr>
        <w:tc>
          <w:tcPr>
            <w:tcW w:w="4439" w:type="dxa"/>
            <w:tcBorders>
              <w:top w:val="single" w:sz="4" w:space="0" w:color="auto"/>
            </w:tcBorders>
            <w:shd w:val="clear" w:color="auto" w:fill="DBE5F1" w:themeFill="accent1" w:themeFillTint="33"/>
          </w:tcPr>
          <w:p w14:paraId="36BB7C29" w14:textId="025BEF4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Estimated households served annually</w:t>
            </w:r>
          </w:p>
        </w:tc>
        <w:tc>
          <w:tcPr>
            <w:tcW w:w="5775" w:type="dxa"/>
            <w:gridSpan w:val="2"/>
            <w:tcBorders>
              <w:top w:val="single" w:sz="4" w:space="0" w:color="auto"/>
            </w:tcBorders>
          </w:tcPr>
          <w:p w14:paraId="519710CD"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Estimated households served annually"/>
                <w:tag w:val="Estimated households served annually"/>
                <w:id w:val="-827121844"/>
                <w:text/>
              </w:sdtPr>
              <w:sdtEndPr/>
              <w:sdtContent>
                <w:r w:rsidR="00FB3664" w:rsidRPr="00B74068">
                  <w:rPr>
                    <w:rFonts w:ascii="Calibri" w:hAnsi="Calibri" w:cs="Calibri"/>
                    <w:color w:val="000000" w:themeColor="text1"/>
                    <w:sz w:val="22"/>
                  </w:rPr>
                  <w:t>Enter number</w:t>
                </w:r>
              </w:sdtContent>
            </w:sdt>
          </w:p>
        </w:tc>
      </w:tr>
      <w:tr w:rsidR="00C945C2" w:rsidRPr="00B74068" w14:paraId="7059DB25" w14:textId="77777777" w:rsidTr="004567B6">
        <w:trPr>
          <w:jc w:val="center"/>
        </w:trPr>
        <w:tc>
          <w:tcPr>
            <w:tcW w:w="4439" w:type="dxa"/>
            <w:shd w:val="clear" w:color="auto" w:fill="DBE5F1" w:themeFill="accent1" w:themeFillTint="33"/>
          </w:tcPr>
          <w:p w14:paraId="7AE447A0"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Estimated individuals served annually</w:t>
            </w:r>
          </w:p>
        </w:tc>
        <w:tc>
          <w:tcPr>
            <w:tcW w:w="5775" w:type="dxa"/>
            <w:gridSpan w:val="2"/>
          </w:tcPr>
          <w:p w14:paraId="229CB1B3"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Estimated individuals served annually"/>
                <w:tag w:val="Estimated individuals served annually"/>
                <w:id w:val="-507829693"/>
                <w:text/>
              </w:sdtPr>
              <w:sdtEndPr/>
              <w:sdtContent>
                <w:r w:rsidR="00FB3664" w:rsidRPr="00B74068">
                  <w:rPr>
                    <w:rFonts w:ascii="Calibri" w:hAnsi="Calibri" w:cs="Calibri"/>
                    <w:color w:val="000000" w:themeColor="text1"/>
                    <w:sz w:val="22"/>
                  </w:rPr>
                  <w:t>Enter number</w:t>
                </w:r>
              </w:sdtContent>
            </w:sdt>
          </w:p>
        </w:tc>
      </w:tr>
      <w:tr w:rsidR="00C945C2" w:rsidRPr="00B74068" w14:paraId="64E619CD" w14:textId="77777777" w:rsidTr="004567B6">
        <w:trPr>
          <w:jc w:val="center"/>
        </w:trPr>
        <w:tc>
          <w:tcPr>
            <w:tcW w:w="4439" w:type="dxa"/>
            <w:shd w:val="clear" w:color="auto" w:fill="DBE5F1" w:themeFill="accent1" w:themeFillTint="33"/>
          </w:tcPr>
          <w:p w14:paraId="42390058" w14:textId="74C49A7B"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 xml:space="preserve">If housing project: estimated </w:t>
            </w:r>
            <w:r w:rsidR="00AA0C46">
              <w:rPr>
                <w:rFonts w:ascii="Calibri" w:hAnsi="Calibri" w:cs="Calibri"/>
                <w:b/>
                <w:color w:val="000000" w:themeColor="text1"/>
                <w:sz w:val="22"/>
              </w:rPr>
              <w:t>units</w:t>
            </w:r>
          </w:p>
        </w:tc>
        <w:tc>
          <w:tcPr>
            <w:tcW w:w="5775" w:type="dxa"/>
            <w:gridSpan w:val="2"/>
          </w:tcPr>
          <w:p w14:paraId="1FCF0B02"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If housing project: estimated beds/units"/>
                <w:tag w:val="If housing project: estimated beds/units"/>
                <w:id w:val="-1242553988"/>
                <w:text/>
              </w:sdtPr>
              <w:sdtEndPr/>
              <w:sdtContent>
                <w:r w:rsidR="00FB3664" w:rsidRPr="00B74068">
                  <w:rPr>
                    <w:rFonts w:ascii="Calibri" w:hAnsi="Calibri" w:cs="Calibri"/>
                    <w:color w:val="000000" w:themeColor="text1"/>
                    <w:sz w:val="22"/>
                  </w:rPr>
                  <w:t>Enter number</w:t>
                </w:r>
              </w:sdtContent>
            </w:sdt>
          </w:p>
        </w:tc>
      </w:tr>
      <w:tr w:rsidR="00AA0C46" w:rsidRPr="00B74068" w14:paraId="3BB88422" w14:textId="77777777" w:rsidTr="004567B6">
        <w:trPr>
          <w:jc w:val="center"/>
        </w:trPr>
        <w:tc>
          <w:tcPr>
            <w:tcW w:w="4439" w:type="dxa"/>
            <w:shd w:val="clear" w:color="auto" w:fill="DBE5F1" w:themeFill="accent1" w:themeFillTint="33"/>
          </w:tcPr>
          <w:p w14:paraId="0C47A644" w14:textId="68516D05" w:rsidR="00AA0C46" w:rsidRPr="00B74068" w:rsidRDefault="00AA0C46" w:rsidP="00AA0C46">
            <w:pPr>
              <w:rPr>
                <w:rFonts w:ascii="Calibri" w:hAnsi="Calibri" w:cs="Calibri"/>
                <w:b/>
                <w:color w:val="000000" w:themeColor="text1"/>
                <w:sz w:val="22"/>
              </w:rPr>
            </w:pPr>
            <w:r w:rsidRPr="00B74068">
              <w:rPr>
                <w:rFonts w:ascii="Calibri" w:hAnsi="Calibri" w:cs="Calibri"/>
                <w:b/>
                <w:color w:val="000000" w:themeColor="text1"/>
                <w:sz w:val="22"/>
              </w:rPr>
              <w:t xml:space="preserve">If housing project: estimated </w:t>
            </w:r>
            <w:r>
              <w:rPr>
                <w:rFonts w:ascii="Calibri" w:hAnsi="Calibri" w:cs="Calibri"/>
                <w:b/>
                <w:color w:val="000000" w:themeColor="text1"/>
                <w:sz w:val="22"/>
              </w:rPr>
              <w:t>beds</w:t>
            </w:r>
          </w:p>
        </w:tc>
        <w:tc>
          <w:tcPr>
            <w:tcW w:w="5775" w:type="dxa"/>
            <w:gridSpan w:val="2"/>
          </w:tcPr>
          <w:p w14:paraId="33C23002" w14:textId="02D22BBD" w:rsidR="00AA0C46" w:rsidRDefault="00721589" w:rsidP="00AA0C46">
            <w:pPr>
              <w:rPr>
                <w:rFonts w:ascii="Calibri" w:hAnsi="Calibri" w:cs="Calibri"/>
                <w:color w:val="000000" w:themeColor="text1"/>
                <w:sz w:val="22"/>
              </w:rPr>
            </w:pPr>
            <w:sdt>
              <w:sdtPr>
                <w:rPr>
                  <w:rFonts w:ascii="Calibri" w:hAnsi="Calibri" w:cs="Calibri"/>
                  <w:color w:val="000000" w:themeColor="text1"/>
                  <w:sz w:val="22"/>
                </w:rPr>
                <w:alias w:val="If housing project: estimated beds/units"/>
                <w:tag w:val="If housing project: estimated beds/units"/>
                <w:id w:val="-1480061495"/>
                <w:text/>
              </w:sdtPr>
              <w:sdtEndPr/>
              <w:sdtContent>
                <w:r w:rsidR="00AA0C46" w:rsidRPr="00B74068">
                  <w:rPr>
                    <w:rFonts w:ascii="Calibri" w:hAnsi="Calibri" w:cs="Calibri"/>
                    <w:color w:val="000000" w:themeColor="text1"/>
                    <w:sz w:val="22"/>
                  </w:rPr>
                  <w:t>Enter number</w:t>
                </w:r>
              </w:sdtContent>
            </w:sdt>
          </w:p>
        </w:tc>
      </w:tr>
    </w:tbl>
    <w:p w14:paraId="1BD579D4" w14:textId="77777777" w:rsidR="00C94674" w:rsidRDefault="00C94674" w:rsidP="00C94674">
      <w:pPr>
        <w:pStyle w:val="Heading1"/>
        <w:spacing w:before="0"/>
        <w:rPr>
          <w:rFonts w:ascii="Calibri" w:hAnsi="Calibri" w:cs="Calibri"/>
          <w:color w:val="000000" w:themeColor="text1"/>
          <w:sz w:val="22"/>
          <w:szCs w:val="22"/>
        </w:rPr>
      </w:pPr>
    </w:p>
    <w:p w14:paraId="6A78B1A6" w14:textId="257BCAE4" w:rsidR="00C945C2" w:rsidRPr="00B74068" w:rsidRDefault="00FB3664" w:rsidP="00877224">
      <w:pPr>
        <w:pStyle w:val="Heading1"/>
        <w:shd w:val="clear" w:color="auto" w:fill="C6D9F1" w:themeFill="text2" w:themeFillTint="33"/>
        <w:spacing w:before="0"/>
        <w:rPr>
          <w:rFonts w:ascii="Calibri" w:hAnsi="Calibri" w:cs="Calibri"/>
          <w:color w:val="000000" w:themeColor="text1"/>
          <w:sz w:val="22"/>
          <w:szCs w:val="22"/>
        </w:rPr>
      </w:pPr>
      <w:r w:rsidRPr="00B74068">
        <w:rPr>
          <w:rFonts w:ascii="Calibri" w:hAnsi="Calibri" w:cs="Calibri"/>
          <w:color w:val="000000" w:themeColor="text1"/>
          <w:sz w:val="22"/>
          <w:szCs w:val="22"/>
        </w:rPr>
        <w:t xml:space="preserve">Section </w:t>
      </w:r>
      <w:r w:rsidR="00FF7CE4">
        <w:rPr>
          <w:rFonts w:ascii="Calibri" w:hAnsi="Calibri" w:cs="Calibri"/>
          <w:color w:val="000000" w:themeColor="text1"/>
          <w:sz w:val="22"/>
          <w:szCs w:val="22"/>
        </w:rPr>
        <w:t>6</w:t>
      </w:r>
      <w:r w:rsidRPr="00B74068">
        <w:rPr>
          <w:rFonts w:ascii="Calibri" w:hAnsi="Calibri" w:cs="Calibri"/>
          <w:color w:val="000000" w:themeColor="text1"/>
          <w:sz w:val="22"/>
          <w:szCs w:val="22"/>
        </w:rPr>
        <w:t xml:space="preserve"> - Project </w:t>
      </w:r>
      <w:r w:rsidR="008D7001">
        <w:rPr>
          <w:rFonts w:ascii="Calibri" w:hAnsi="Calibri" w:cs="Calibri"/>
          <w:color w:val="000000" w:themeColor="text1"/>
          <w:sz w:val="22"/>
          <w:szCs w:val="22"/>
        </w:rPr>
        <w:t xml:space="preserve">Staffing </w:t>
      </w:r>
      <w:r w:rsidRPr="00B74068">
        <w:rPr>
          <w:rFonts w:ascii="Calibri" w:hAnsi="Calibri" w:cs="Calibri"/>
          <w:color w:val="000000" w:themeColor="text1"/>
          <w:sz w:val="22"/>
          <w:szCs w:val="22"/>
        </w:rPr>
        <w:t>Design</w:t>
      </w:r>
    </w:p>
    <w:p w14:paraId="334427E3" w14:textId="5CA589AD" w:rsidR="00C945C2" w:rsidRPr="00B74068" w:rsidRDefault="00FF7CE4">
      <w:pPr>
        <w:pStyle w:val="Heading3"/>
        <w:rPr>
          <w:rFonts w:ascii="Calibri" w:hAnsi="Calibri" w:cs="Calibri"/>
          <w:color w:val="000000" w:themeColor="text1"/>
          <w:sz w:val="22"/>
        </w:rPr>
      </w:pPr>
      <w:r>
        <w:rPr>
          <w:rFonts w:ascii="Calibri" w:hAnsi="Calibri" w:cs="Calibri"/>
          <w:color w:val="000000" w:themeColor="text1"/>
          <w:sz w:val="22"/>
        </w:rPr>
        <w:t>6</w:t>
      </w:r>
      <w:r w:rsidR="00FB3664" w:rsidRPr="00B74068">
        <w:rPr>
          <w:rFonts w:ascii="Calibri" w:hAnsi="Calibri" w:cs="Calibri"/>
          <w:color w:val="000000" w:themeColor="text1"/>
          <w:sz w:val="22"/>
        </w:rPr>
        <w:t xml:space="preserve">.1 </w:t>
      </w:r>
      <w:bookmarkStart w:id="2" w:name="_Hlk233012820"/>
      <w:r w:rsidR="00A12061">
        <w:rPr>
          <w:rFonts w:ascii="Calibri" w:hAnsi="Calibri" w:cs="Calibri"/>
          <w:color w:val="000000" w:themeColor="text1"/>
          <w:sz w:val="22"/>
        </w:rPr>
        <w:t>Describe</w:t>
      </w:r>
      <w:r w:rsidR="004D709A">
        <w:rPr>
          <w:rFonts w:ascii="Calibri" w:hAnsi="Calibri" w:cs="Calibri"/>
          <w:color w:val="000000" w:themeColor="text1"/>
          <w:sz w:val="22"/>
        </w:rPr>
        <w:t xml:space="preserve"> the </w:t>
      </w:r>
      <w:r w:rsidR="00FD6D8E">
        <w:rPr>
          <w:rFonts w:ascii="Calibri" w:hAnsi="Calibri" w:cs="Calibri"/>
          <w:color w:val="000000" w:themeColor="text1"/>
          <w:sz w:val="22"/>
        </w:rPr>
        <w:t xml:space="preserve">staffing structure of the </w:t>
      </w:r>
      <w:r w:rsidR="004D709A">
        <w:rPr>
          <w:rFonts w:ascii="Calibri" w:hAnsi="Calibri" w:cs="Calibri"/>
          <w:color w:val="000000" w:themeColor="text1"/>
          <w:sz w:val="22"/>
        </w:rPr>
        <w:t>project</w:t>
      </w:r>
      <w:r w:rsidR="00FD6D8E">
        <w:rPr>
          <w:rFonts w:ascii="Calibri" w:hAnsi="Calibri" w:cs="Calibri"/>
          <w:color w:val="000000" w:themeColor="text1"/>
          <w:sz w:val="22"/>
        </w:rPr>
        <w:t>, including supportive positions not funded by the grant:</w:t>
      </w:r>
    </w:p>
    <w:tbl>
      <w:tblPr>
        <w:tblStyle w:val="TableGrid"/>
        <w:tblW w:w="0" w:type="auto"/>
        <w:jc w:val="center"/>
        <w:tblLook w:val="04A0" w:firstRow="1" w:lastRow="0" w:firstColumn="1" w:lastColumn="0" w:noHBand="0" w:noVBand="1"/>
      </w:tblPr>
      <w:tblGrid>
        <w:gridCol w:w="10214"/>
      </w:tblGrid>
      <w:tr w:rsidR="00C945C2" w:rsidRPr="00B74068" w14:paraId="1B523C26" w14:textId="77777777">
        <w:trPr>
          <w:jc w:val="center"/>
        </w:trPr>
        <w:tc>
          <w:tcPr>
            <w:tcW w:w="10368" w:type="dxa"/>
          </w:tcPr>
          <w:p w14:paraId="58BB0F99"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5.1 How the Project Will Work: Describe how participants will en"/>
                <w:tag w:val="5.1 How the Project Will Work: Describe how participants will en"/>
                <w:id w:val="-846024640"/>
                <w:text/>
              </w:sdtPr>
              <w:sdtEndPr/>
              <w:sdtContent>
                <w:r w:rsidR="00FB3664" w:rsidRPr="00B74068">
                  <w:rPr>
                    <w:rFonts w:ascii="Calibri" w:hAnsi="Calibri" w:cs="Calibri"/>
                    <w:color w:val="000000" w:themeColor="text1"/>
                    <w:sz w:val="22"/>
                  </w:rPr>
                  <w:t>Type response here.</w:t>
                </w:r>
              </w:sdtContent>
            </w:sdt>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p>
        </w:tc>
      </w:tr>
    </w:tbl>
    <w:bookmarkEnd w:id="2"/>
    <w:p w14:paraId="47AEC865" w14:textId="77777777" w:rsidR="004D709A" w:rsidRPr="00B74068" w:rsidRDefault="00FF7CE4" w:rsidP="004D709A">
      <w:pPr>
        <w:pStyle w:val="Heading2"/>
        <w:rPr>
          <w:rFonts w:ascii="Calibri" w:hAnsi="Calibri" w:cs="Calibri"/>
          <w:color w:val="000000" w:themeColor="text1"/>
          <w:szCs w:val="22"/>
        </w:rPr>
      </w:pPr>
      <w:r>
        <w:rPr>
          <w:rFonts w:ascii="Calibri" w:hAnsi="Calibri" w:cs="Calibri"/>
          <w:color w:val="000000" w:themeColor="text1"/>
          <w:szCs w:val="22"/>
        </w:rPr>
        <w:t>6</w:t>
      </w:r>
      <w:r w:rsidR="00FB3664" w:rsidRPr="00B74068">
        <w:rPr>
          <w:rFonts w:ascii="Calibri" w:hAnsi="Calibri" w:cs="Calibri"/>
          <w:color w:val="000000" w:themeColor="text1"/>
          <w:szCs w:val="22"/>
        </w:rPr>
        <w:t xml:space="preserve">.2 </w:t>
      </w:r>
      <w:r w:rsidR="004D709A">
        <w:rPr>
          <w:rFonts w:ascii="Calibri" w:hAnsi="Calibri" w:cs="Calibri"/>
          <w:color w:val="000000" w:themeColor="text1"/>
          <w:szCs w:val="22"/>
        </w:rPr>
        <w:t>Project</w:t>
      </w:r>
      <w:r w:rsidR="004D709A" w:rsidRPr="00B74068">
        <w:rPr>
          <w:rFonts w:ascii="Calibri" w:hAnsi="Calibri" w:cs="Calibri"/>
          <w:color w:val="000000" w:themeColor="text1"/>
          <w:szCs w:val="22"/>
        </w:rPr>
        <w:t xml:space="preserve"> Staffing</w:t>
      </w:r>
    </w:p>
    <w:tbl>
      <w:tblPr>
        <w:tblStyle w:val="TableGrid"/>
        <w:tblW w:w="0" w:type="auto"/>
        <w:jc w:val="center"/>
        <w:tblLook w:val="04A0" w:firstRow="1" w:lastRow="0" w:firstColumn="1" w:lastColumn="0" w:noHBand="0" w:noVBand="1"/>
      </w:tblPr>
      <w:tblGrid>
        <w:gridCol w:w="2500"/>
        <w:gridCol w:w="1000"/>
        <w:gridCol w:w="4500"/>
        <w:gridCol w:w="1500"/>
      </w:tblGrid>
      <w:tr w:rsidR="004D709A" w:rsidRPr="00B74068" w14:paraId="4C5C2E18" w14:textId="77777777" w:rsidTr="0028204C">
        <w:trPr>
          <w:jc w:val="center"/>
        </w:trPr>
        <w:tc>
          <w:tcPr>
            <w:tcW w:w="2500" w:type="dxa"/>
            <w:shd w:val="clear" w:color="auto" w:fill="DBE5F1" w:themeFill="accent1" w:themeFillTint="33"/>
          </w:tcPr>
          <w:p w14:paraId="174AB8EA" w14:textId="77777777" w:rsidR="004D709A" w:rsidRPr="00B74068" w:rsidRDefault="004D709A" w:rsidP="0028204C">
            <w:pPr>
              <w:rPr>
                <w:rFonts w:ascii="Calibri" w:hAnsi="Calibri" w:cs="Calibri"/>
                <w:color w:val="000000" w:themeColor="text1"/>
                <w:sz w:val="22"/>
              </w:rPr>
            </w:pPr>
            <w:r w:rsidRPr="00B74068">
              <w:rPr>
                <w:rFonts w:ascii="Calibri" w:hAnsi="Calibri" w:cs="Calibri"/>
                <w:b/>
                <w:color w:val="000000" w:themeColor="text1"/>
                <w:sz w:val="22"/>
              </w:rPr>
              <w:t>Position Title</w:t>
            </w:r>
          </w:p>
        </w:tc>
        <w:tc>
          <w:tcPr>
            <w:tcW w:w="1000" w:type="dxa"/>
            <w:shd w:val="clear" w:color="auto" w:fill="DBE5F1" w:themeFill="accent1" w:themeFillTint="33"/>
          </w:tcPr>
          <w:p w14:paraId="28A4A3E7" w14:textId="77777777" w:rsidR="004D709A" w:rsidRPr="00B74068" w:rsidRDefault="004D709A" w:rsidP="0028204C">
            <w:pPr>
              <w:rPr>
                <w:rFonts w:ascii="Calibri" w:hAnsi="Calibri" w:cs="Calibri"/>
                <w:color w:val="000000" w:themeColor="text1"/>
                <w:sz w:val="22"/>
              </w:rPr>
            </w:pPr>
            <w:r w:rsidRPr="00B74068">
              <w:rPr>
                <w:rFonts w:ascii="Calibri" w:hAnsi="Calibri" w:cs="Calibri"/>
                <w:b/>
                <w:color w:val="000000" w:themeColor="text1"/>
                <w:sz w:val="22"/>
              </w:rPr>
              <w:t>FTE</w:t>
            </w:r>
          </w:p>
        </w:tc>
        <w:tc>
          <w:tcPr>
            <w:tcW w:w="4500" w:type="dxa"/>
            <w:shd w:val="clear" w:color="auto" w:fill="DBE5F1" w:themeFill="accent1" w:themeFillTint="33"/>
          </w:tcPr>
          <w:p w14:paraId="4F30A5EA" w14:textId="77777777" w:rsidR="004D709A" w:rsidRPr="00B74068" w:rsidRDefault="004D709A" w:rsidP="0028204C">
            <w:pPr>
              <w:rPr>
                <w:rFonts w:ascii="Calibri" w:hAnsi="Calibri" w:cs="Calibri"/>
                <w:color w:val="000000" w:themeColor="text1"/>
                <w:sz w:val="22"/>
              </w:rPr>
            </w:pPr>
            <w:r w:rsidRPr="00B74068">
              <w:rPr>
                <w:rFonts w:ascii="Calibri" w:hAnsi="Calibri" w:cs="Calibri"/>
                <w:b/>
                <w:color w:val="000000" w:themeColor="text1"/>
                <w:sz w:val="22"/>
              </w:rPr>
              <w:t>Role in Project</w:t>
            </w:r>
          </w:p>
        </w:tc>
        <w:tc>
          <w:tcPr>
            <w:tcW w:w="1500" w:type="dxa"/>
            <w:shd w:val="clear" w:color="auto" w:fill="DBE5F1" w:themeFill="accent1" w:themeFillTint="33"/>
          </w:tcPr>
          <w:p w14:paraId="1859E969" w14:textId="77777777" w:rsidR="004D709A" w:rsidRPr="00B74068" w:rsidRDefault="004D709A" w:rsidP="0028204C">
            <w:pPr>
              <w:rPr>
                <w:rFonts w:ascii="Calibri" w:hAnsi="Calibri" w:cs="Calibri"/>
                <w:color w:val="000000" w:themeColor="text1"/>
                <w:sz w:val="22"/>
              </w:rPr>
            </w:pPr>
            <w:r w:rsidRPr="00B74068">
              <w:rPr>
                <w:rFonts w:ascii="Calibri" w:hAnsi="Calibri" w:cs="Calibri"/>
                <w:b/>
                <w:color w:val="000000" w:themeColor="text1"/>
                <w:sz w:val="22"/>
              </w:rPr>
              <w:t>Funded by HUD?</w:t>
            </w:r>
          </w:p>
        </w:tc>
      </w:tr>
      <w:tr w:rsidR="004D709A" w:rsidRPr="00B74068" w14:paraId="38A2AC65" w14:textId="77777777" w:rsidTr="0028204C">
        <w:trPr>
          <w:jc w:val="center"/>
        </w:trPr>
        <w:tc>
          <w:tcPr>
            <w:tcW w:w="2500" w:type="dxa"/>
          </w:tcPr>
          <w:p w14:paraId="07613D77"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1_0"/>
                <w:tag w:val="staff1_0"/>
                <w:id w:val="-41520951"/>
                <w:showingPlcHdr/>
                <w:text/>
              </w:sdtPr>
              <w:sdtEndPr/>
              <w:sdtContent>
                <w:r w:rsidR="004D709A">
                  <w:rPr>
                    <w:rFonts w:ascii="Calibri" w:hAnsi="Calibri" w:cs="Calibri"/>
                    <w:color w:val="000000" w:themeColor="text1"/>
                    <w:sz w:val="22"/>
                  </w:rPr>
                  <w:t xml:space="preserve">     </w:t>
                </w:r>
              </w:sdtContent>
            </w:sdt>
          </w:p>
        </w:tc>
        <w:tc>
          <w:tcPr>
            <w:tcW w:w="1000" w:type="dxa"/>
          </w:tcPr>
          <w:p w14:paraId="387FC38A"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1_1"/>
                <w:tag w:val="staff1_1"/>
                <w:id w:val="534936021"/>
                <w:text/>
              </w:sdtPr>
              <w:sdtEndPr/>
              <w:sdtContent/>
            </w:sdt>
          </w:p>
        </w:tc>
        <w:tc>
          <w:tcPr>
            <w:tcW w:w="4500" w:type="dxa"/>
          </w:tcPr>
          <w:p w14:paraId="187D5FA6"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1_2"/>
                <w:tag w:val="staff1_2"/>
                <w:id w:val="939495126"/>
                <w:showingPlcHdr/>
                <w:text/>
              </w:sdtPr>
              <w:sdtEndPr/>
              <w:sdtContent>
                <w:r w:rsidR="004D709A">
                  <w:rPr>
                    <w:rFonts w:ascii="Calibri" w:hAnsi="Calibri" w:cs="Calibri"/>
                    <w:color w:val="000000" w:themeColor="text1"/>
                    <w:sz w:val="22"/>
                  </w:rPr>
                  <w:t xml:space="preserve">     </w:t>
                </w:r>
              </w:sdtContent>
            </w:sdt>
          </w:p>
        </w:tc>
        <w:tc>
          <w:tcPr>
            <w:tcW w:w="1500" w:type="dxa"/>
          </w:tcPr>
          <w:p w14:paraId="1CCB26F8"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1_3"/>
                <w:tag w:val="staff1_3"/>
                <w:id w:val="23451621"/>
                <w:text/>
              </w:sdtPr>
              <w:sdtEndPr/>
              <w:sdtContent/>
            </w:sdt>
          </w:p>
        </w:tc>
      </w:tr>
      <w:tr w:rsidR="004D709A" w:rsidRPr="00B74068" w14:paraId="0D97C317" w14:textId="77777777" w:rsidTr="0028204C">
        <w:trPr>
          <w:jc w:val="center"/>
        </w:trPr>
        <w:tc>
          <w:tcPr>
            <w:tcW w:w="2500" w:type="dxa"/>
          </w:tcPr>
          <w:p w14:paraId="53BC704A"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2_0"/>
                <w:tag w:val="staff2_0"/>
                <w:id w:val="-666017146"/>
                <w:showingPlcHdr/>
                <w:text/>
              </w:sdtPr>
              <w:sdtEndPr/>
              <w:sdtContent>
                <w:r w:rsidR="004D709A">
                  <w:rPr>
                    <w:rFonts w:ascii="Calibri" w:hAnsi="Calibri" w:cs="Calibri"/>
                    <w:color w:val="000000" w:themeColor="text1"/>
                    <w:sz w:val="22"/>
                  </w:rPr>
                  <w:t xml:space="preserve">     </w:t>
                </w:r>
              </w:sdtContent>
            </w:sdt>
          </w:p>
        </w:tc>
        <w:tc>
          <w:tcPr>
            <w:tcW w:w="1000" w:type="dxa"/>
          </w:tcPr>
          <w:p w14:paraId="7F2C994D"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2_1"/>
                <w:tag w:val="staff2_1"/>
                <w:id w:val="376981171"/>
                <w:text/>
              </w:sdtPr>
              <w:sdtEndPr/>
              <w:sdtContent/>
            </w:sdt>
          </w:p>
        </w:tc>
        <w:tc>
          <w:tcPr>
            <w:tcW w:w="4500" w:type="dxa"/>
          </w:tcPr>
          <w:p w14:paraId="6D0217AE"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2_2"/>
                <w:tag w:val="staff2_2"/>
                <w:id w:val="-1955013189"/>
                <w:showingPlcHdr/>
                <w:text/>
              </w:sdtPr>
              <w:sdtEndPr/>
              <w:sdtContent>
                <w:r w:rsidR="004D709A">
                  <w:rPr>
                    <w:rFonts w:ascii="Calibri" w:hAnsi="Calibri" w:cs="Calibri"/>
                    <w:color w:val="000000" w:themeColor="text1"/>
                    <w:sz w:val="22"/>
                  </w:rPr>
                  <w:t xml:space="preserve">     </w:t>
                </w:r>
              </w:sdtContent>
            </w:sdt>
          </w:p>
        </w:tc>
        <w:tc>
          <w:tcPr>
            <w:tcW w:w="1500" w:type="dxa"/>
          </w:tcPr>
          <w:p w14:paraId="04536008"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2_3"/>
                <w:tag w:val="staff2_3"/>
                <w:id w:val="-1135098685"/>
                <w:text/>
              </w:sdtPr>
              <w:sdtEndPr/>
              <w:sdtContent/>
            </w:sdt>
          </w:p>
        </w:tc>
      </w:tr>
      <w:tr w:rsidR="004D709A" w:rsidRPr="00B74068" w14:paraId="2F9715D9" w14:textId="77777777" w:rsidTr="0028204C">
        <w:trPr>
          <w:jc w:val="center"/>
        </w:trPr>
        <w:tc>
          <w:tcPr>
            <w:tcW w:w="2500" w:type="dxa"/>
          </w:tcPr>
          <w:p w14:paraId="1223F4F8"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3_0"/>
                <w:tag w:val="staff3_0"/>
                <w:id w:val="-906377155"/>
                <w:showingPlcHdr/>
                <w:text/>
              </w:sdtPr>
              <w:sdtEndPr/>
              <w:sdtContent>
                <w:r w:rsidR="004D709A">
                  <w:rPr>
                    <w:rFonts w:ascii="Calibri" w:hAnsi="Calibri" w:cs="Calibri"/>
                    <w:color w:val="000000" w:themeColor="text1"/>
                    <w:sz w:val="22"/>
                  </w:rPr>
                  <w:t xml:space="preserve">     </w:t>
                </w:r>
              </w:sdtContent>
            </w:sdt>
          </w:p>
        </w:tc>
        <w:tc>
          <w:tcPr>
            <w:tcW w:w="1000" w:type="dxa"/>
          </w:tcPr>
          <w:p w14:paraId="087976A2"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3_1"/>
                <w:tag w:val="staff3_1"/>
                <w:id w:val="1067920714"/>
                <w:text/>
              </w:sdtPr>
              <w:sdtEndPr/>
              <w:sdtContent/>
            </w:sdt>
          </w:p>
        </w:tc>
        <w:tc>
          <w:tcPr>
            <w:tcW w:w="4500" w:type="dxa"/>
          </w:tcPr>
          <w:p w14:paraId="36C8E298"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3_2"/>
                <w:tag w:val="staff3_2"/>
                <w:id w:val="-1107964219"/>
                <w:showingPlcHdr/>
                <w:text/>
              </w:sdtPr>
              <w:sdtEndPr/>
              <w:sdtContent>
                <w:r w:rsidR="004D709A">
                  <w:rPr>
                    <w:rFonts w:ascii="Calibri" w:hAnsi="Calibri" w:cs="Calibri"/>
                    <w:color w:val="000000" w:themeColor="text1"/>
                    <w:sz w:val="22"/>
                  </w:rPr>
                  <w:t xml:space="preserve">     </w:t>
                </w:r>
              </w:sdtContent>
            </w:sdt>
          </w:p>
        </w:tc>
        <w:tc>
          <w:tcPr>
            <w:tcW w:w="1500" w:type="dxa"/>
          </w:tcPr>
          <w:p w14:paraId="53A9AE78"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3_3"/>
                <w:tag w:val="staff3_3"/>
                <w:id w:val="-890195888"/>
                <w:text/>
              </w:sdtPr>
              <w:sdtEndPr/>
              <w:sdtContent/>
            </w:sdt>
          </w:p>
        </w:tc>
      </w:tr>
      <w:tr w:rsidR="004D709A" w:rsidRPr="00B74068" w14:paraId="1C8F62C4" w14:textId="77777777" w:rsidTr="0028204C">
        <w:trPr>
          <w:jc w:val="center"/>
        </w:trPr>
        <w:tc>
          <w:tcPr>
            <w:tcW w:w="2500" w:type="dxa"/>
          </w:tcPr>
          <w:p w14:paraId="522E0105"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4_0"/>
                <w:tag w:val="staff4_0"/>
                <w:id w:val="1666356380"/>
                <w:showingPlcHdr/>
                <w:text/>
              </w:sdtPr>
              <w:sdtEndPr/>
              <w:sdtContent>
                <w:r w:rsidR="004D709A">
                  <w:rPr>
                    <w:rFonts w:ascii="Calibri" w:hAnsi="Calibri" w:cs="Calibri"/>
                    <w:color w:val="000000" w:themeColor="text1"/>
                    <w:sz w:val="22"/>
                  </w:rPr>
                  <w:t xml:space="preserve">     </w:t>
                </w:r>
              </w:sdtContent>
            </w:sdt>
          </w:p>
        </w:tc>
        <w:tc>
          <w:tcPr>
            <w:tcW w:w="1000" w:type="dxa"/>
          </w:tcPr>
          <w:p w14:paraId="49E9F8D4"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4_1"/>
                <w:tag w:val="staff4_1"/>
                <w:id w:val="-1876534165"/>
                <w:text/>
              </w:sdtPr>
              <w:sdtEndPr/>
              <w:sdtContent/>
            </w:sdt>
          </w:p>
        </w:tc>
        <w:tc>
          <w:tcPr>
            <w:tcW w:w="4500" w:type="dxa"/>
          </w:tcPr>
          <w:p w14:paraId="2FFBB8F4"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4_2"/>
                <w:tag w:val="staff4_2"/>
                <w:id w:val="-877848335"/>
                <w:showingPlcHdr/>
                <w:text/>
              </w:sdtPr>
              <w:sdtEndPr/>
              <w:sdtContent>
                <w:r w:rsidR="004D709A">
                  <w:rPr>
                    <w:rFonts w:ascii="Calibri" w:hAnsi="Calibri" w:cs="Calibri"/>
                    <w:color w:val="000000" w:themeColor="text1"/>
                    <w:sz w:val="22"/>
                  </w:rPr>
                  <w:t xml:space="preserve">     </w:t>
                </w:r>
              </w:sdtContent>
            </w:sdt>
          </w:p>
        </w:tc>
        <w:tc>
          <w:tcPr>
            <w:tcW w:w="1500" w:type="dxa"/>
          </w:tcPr>
          <w:p w14:paraId="66F33D9B"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staff4_3"/>
                <w:tag w:val="staff4_3"/>
                <w:id w:val="527307455"/>
                <w:text/>
              </w:sdtPr>
              <w:sdtEndPr/>
              <w:sdtContent/>
            </w:sdt>
          </w:p>
        </w:tc>
      </w:tr>
    </w:tbl>
    <w:p w14:paraId="20171D39" w14:textId="4C3C912E" w:rsidR="004D709A" w:rsidRPr="004D709A" w:rsidRDefault="004D709A" w:rsidP="00443296">
      <w:pPr>
        <w:pStyle w:val="Heading2"/>
        <w:rPr>
          <w:rFonts w:ascii="Calibri" w:hAnsi="Calibri" w:cs="Calibri"/>
          <w:color w:val="auto"/>
        </w:rPr>
      </w:pPr>
      <w:r>
        <w:rPr>
          <w:rFonts w:ascii="Calibri" w:hAnsi="Calibri" w:cs="Calibri"/>
          <w:color w:val="000000" w:themeColor="text1"/>
          <w:szCs w:val="22"/>
        </w:rPr>
        <w:t>6</w:t>
      </w:r>
      <w:r w:rsidRPr="00B74068">
        <w:rPr>
          <w:rFonts w:ascii="Calibri" w:hAnsi="Calibri" w:cs="Calibri"/>
          <w:color w:val="000000" w:themeColor="text1"/>
          <w:szCs w:val="22"/>
        </w:rPr>
        <w:t xml:space="preserve">.3 </w:t>
      </w:r>
      <w:r>
        <w:rPr>
          <w:rFonts w:ascii="Calibri" w:hAnsi="Calibri" w:cs="Calibri"/>
          <w:color w:val="000000" w:themeColor="text1"/>
          <w:szCs w:val="22"/>
        </w:rPr>
        <w:t>Staffing Ratio</w:t>
      </w:r>
      <w:r w:rsidR="00443296">
        <w:rPr>
          <w:rFonts w:ascii="Calibri" w:hAnsi="Calibri" w:cs="Calibri"/>
          <w:color w:val="000000" w:themeColor="text1"/>
          <w:szCs w:val="22"/>
        </w:rPr>
        <w:t xml:space="preserve">: </w:t>
      </w:r>
      <w:r w:rsidRPr="004D709A">
        <w:rPr>
          <w:color w:val="auto"/>
          <w:szCs w:val="22"/>
        </w:rPr>
        <w:t>Sta</w:t>
      </w:r>
      <w:r w:rsidRPr="004D709A">
        <w:rPr>
          <w:color w:val="auto"/>
        </w:rPr>
        <w:t>t</w:t>
      </w:r>
      <w:r w:rsidRPr="004D709A">
        <w:rPr>
          <w:color w:val="auto"/>
          <w:szCs w:val="22"/>
        </w:rPr>
        <w:t xml:space="preserve">e the </w:t>
      </w:r>
      <w:r w:rsidRPr="004D709A">
        <w:rPr>
          <w:color w:val="auto"/>
        </w:rPr>
        <w:t>ratio of case managers to households enrolled in the project</w:t>
      </w:r>
      <w:r w:rsidR="00443296">
        <w:rPr>
          <w:color w:val="auto"/>
        </w:rPr>
        <w:t>.</w:t>
      </w:r>
    </w:p>
    <w:tbl>
      <w:tblPr>
        <w:tblStyle w:val="TableGrid"/>
        <w:tblW w:w="0" w:type="auto"/>
        <w:jc w:val="center"/>
        <w:tblLook w:val="04A0" w:firstRow="1" w:lastRow="0" w:firstColumn="1" w:lastColumn="0" w:noHBand="0" w:noVBand="1"/>
      </w:tblPr>
      <w:tblGrid>
        <w:gridCol w:w="10214"/>
      </w:tblGrid>
      <w:tr w:rsidR="004D709A" w:rsidRPr="00B74068" w14:paraId="02BE5783" w14:textId="77777777" w:rsidTr="004D709A">
        <w:trPr>
          <w:trHeight w:val="647"/>
          <w:jc w:val="center"/>
        </w:trPr>
        <w:tc>
          <w:tcPr>
            <w:tcW w:w="10368" w:type="dxa"/>
          </w:tcPr>
          <w:p w14:paraId="31C8E322" w14:textId="77777777" w:rsidR="004D709A"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5.1 How the Project Will Work: Describe how participants will en"/>
                <w:tag w:val="5.1 How the Project Will Work: Describe how participants will en"/>
                <w:id w:val="-1449845141"/>
                <w:text/>
              </w:sdtPr>
              <w:sdtEndPr/>
              <w:sdtContent>
                <w:r w:rsidR="004D709A" w:rsidRPr="00B74068">
                  <w:rPr>
                    <w:rFonts w:ascii="Calibri" w:hAnsi="Calibri" w:cs="Calibri"/>
                    <w:color w:val="000000" w:themeColor="text1"/>
                    <w:sz w:val="22"/>
                  </w:rPr>
                  <w:t>Type response here.</w:t>
                </w:r>
              </w:sdtContent>
            </w:sdt>
            <w:r w:rsidR="004D709A" w:rsidRPr="00B74068">
              <w:rPr>
                <w:rFonts w:ascii="Calibri" w:hAnsi="Calibri" w:cs="Calibri"/>
                <w:color w:val="000000" w:themeColor="text1"/>
                <w:sz w:val="22"/>
              </w:rPr>
              <w:br/>
              <w:t xml:space="preserve"> </w:t>
            </w:r>
            <w:r w:rsidR="004D709A" w:rsidRPr="00B74068">
              <w:rPr>
                <w:rFonts w:ascii="Calibri" w:hAnsi="Calibri" w:cs="Calibri"/>
                <w:color w:val="000000" w:themeColor="text1"/>
                <w:sz w:val="22"/>
              </w:rPr>
              <w:br/>
              <w:t xml:space="preserve"> </w:t>
            </w:r>
            <w:r w:rsidR="004D709A" w:rsidRPr="00B74068">
              <w:rPr>
                <w:rFonts w:ascii="Calibri" w:hAnsi="Calibri" w:cs="Calibri"/>
                <w:color w:val="000000" w:themeColor="text1"/>
                <w:sz w:val="22"/>
              </w:rPr>
              <w:br/>
              <w:t xml:space="preserve"> </w:t>
            </w:r>
            <w:r w:rsidR="004D709A" w:rsidRPr="00B74068">
              <w:rPr>
                <w:rFonts w:ascii="Calibri" w:hAnsi="Calibri" w:cs="Calibri"/>
                <w:color w:val="000000" w:themeColor="text1"/>
                <w:sz w:val="22"/>
              </w:rPr>
              <w:br/>
              <w:t xml:space="preserve"> </w:t>
            </w:r>
            <w:r w:rsidR="004D709A" w:rsidRPr="00B74068">
              <w:rPr>
                <w:rFonts w:ascii="Calibri" w:hAnsi="Calibri" w:cs="Calibri"/>
                <w:color w:val="000000" w:themeColor="text1"/>
                <w:sz w:val="22"/>
              </w:rPr>
              <w:br/>
              <w:t xml:space="preserve"> </w:t>
            </w:r>
          </w:p>
        </w:tc>
      </w:tr>
    </w:tbl>
    <w:p w14:paraId="7EA9DD71" w14:textId="3A367070" w:rsidR="00C945C2" w:rsidRPr="00B74068" w:rsidRDefault="00C50F62" w:rsidP="00C50F62">
      <w:pPr>
        <w:pStyle w:val="Heading1"/>
        <w:shd w:val="clear" w:color="auto" w:fill="C6D9F1" w:themeFill="text2" w:themeFillTint="33"/>
        <w:spacing w:before="360"/>
        <w:rPr>
          <w:rFonts w:ascii="Calibri" w:hAnsi="Calibri" w:cs="Calibri"/>
          <w:color w:val="000000" w:themeColor="text1"/>
          <w:sz w:val="22"/>
          <w:szCs w:val="22"/>
        </w:rPr>
      </w:pPr>
      <w:r>
        <w:rPr>
          <w:rFonts w:ascii="Calibri" w:hAnsi="Calibri" w:cs="Calibri"/>
          <w:color w:val="000000" w:themeColor="text1"/>
          <w:sz w:val="22"/>
          <w:szCs w:val="22"/>
        </w:rPr>
        <w:lastRenderedPageBreak/>
        <w:t>S</w:t>
      </w:r>
      <w:r w:rsidR="00FB3664" w:rsidRPr="00B74068">
        <w:rPr>
          <w:rFonts w:ascii="Calibri" w:hAnsi="Calibri" w:cs="Calibri"/>
          <w:color w:val="000000" w:themeColor="text1"/>
          <w:sz w:val="22"/>
          <w:szCs w:val="22"/>
        </w:rPr>
        <w:t xml:space="preserve">ection </w:t>
      </w:r>
      <w:r w:rsidR="00FF7CE4">
        <w:rPr>
          <w:rFonts w:ascii="Calibri" w:hAnsi="Calibri" w:cs="Calibri"/>
          <w:color w:val="000000" w:themeColor="text1"/>
          <w:sz w:val="22"/>
          <w:szCs w:val="22"/>
        </w:rPr>
        <w:t>7</w:t>
      </w:r>
      <w:r w:rsidR="00FB3664" w:rsidRPr="00B74068">
        <w:rPr>
          <w:rFonts w:ascii="Calibri" w:hAnsi="Calibri" w:cs="Calibri"/>
          <w:color w:val="000000" w:themeColor="text1"/>
          <w:sz w:val="22"/>
          <w:szCs w:val="22"/>
        </w:rPr>
        <w:t xml:space="preserve"> - Supportive Services</w:t>
      </w:r>
    </w:p>
    <w:p w14:paraId="55A13674" w14:textId="009B631C" w:rsidR="00C945C2" w:rsidRPr="00B74068" w:rsidRDefault="00FF7CE4">
      <w:pPr>
        <w:pStyle w:val="Heading2"/>
        <w:rPr>
          <w:rFonts w:ascii="Calibri" w:hAnsi="Calibri" w:cs="Calibri"/>
          <w:color w:val="000000" w:themeColor="text1"/>
          <w:szCs w:val="22"/>
        </w:rPr>
      </w:pPr>
      <w:r>
        <w:rPr>
          <w:rFonts w:ascii="Calibri" w:hAnsi="Calibri" w:cs="Calibri"/>
          <w:color w:val="000000" w:themeColor="text1"/>
          <w:szCs w:val="22"/>
        </w:rPr>
        <w:t>7</w:t>
      </w:r>
      <w:r w:rsidR="00FB3664" w:rsidRPr="00B74068">
        <w:rPr>
          <w:rFonts w:ascii="Calibri" w:hAnsi="Calibri" w:cs="Calibri"/>
          <w:color w:val="000000" w:themeColor="text1"/>
          <w:szCs w:val="22"/>
        </w:rPr>
        <w:t>.1 Services Provided</w:t>
      </w:r>
    </w:p>
    <w:tbl>
      <w:tblPr>
        <w:tblStyle w:val="TableGrid"/>
        <w:tblW w:w="0" w:type="auto"/>
        <w:jc w:val="center"/>
        <w:tblLook w:val="04A0" w:firstRow="1" w:lastRow="0" w:firstColumn="1" w:lastColumn="0" w:noHBand="0" w:noVBand="1"/>
      </w:tblPr>
      <w:tblGrid>
        <w:gridCol w:w="5105"/>
        <w:gridCol w:w="5109"/>
      </w:tblGrid>
      <w:tr w:rsidR="00C945C2" w:rsidRPr="00B74068" w14:paraId="7EF801E4" w14:textId="77777777" w:rsidTr="00F24D72">
        <w:trPr>
          <w:jc w:val="center"/>
        </w:trPr>
        <w:tc>
          <w:tcPr>
            <w:tcW w:w="5105" w:type="dxa"/>
          </w:tcPr>
          <w:p w14:paraId="24B2EA77" w14:textId="5930A085"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Case management"/>
                <w:tag w:val="Case_management"/>
                <w:id w:val="510087931"/>
                <w14:checkbox>
                  <w14:checked w14:val="0"/>
                  <w14:checkedState w14:val="2612" w14:font="MS Gothic"/>
                  <w14:uncheckedState w14:val="2610" w14:font="MS Gothic"/>
                </w14:checkbox>
              </w:sdtPr>
              <w:sdtEndPr/>
              <w:sdtContent>
                <w:r w:rsidR="00443296">
                  <w:rPr>
                    <w:rFonts w:ascii="MS Gothic" w:eastAsia="MS Gothic" w:hAnsi="MS Gothic" w:cs="Calibri" w:hint="eastAsia"/>
                    <w:color w:val="000000" w:themeColor="text1"/>
                    <w:sz w:val="22"/>
                  </w:rPr>
                  <w:t>☐</w:t>
                </w:r>
              </w:sdtContent>
            </w:sdt>
            <w:r w:rsidR="00FB3664" w:rsidRPr="00443296">
              <w:rPr>
                <w:rFonts w:ascii="Calibri" w:hAnsi="Calibri" w:cs="Calibri"/>
                <w:color w:val="000000" w:themeColor="text1"/>
                <w:sz w:val="22"/>
              </w:rPr>
              <w:t xml:space="preserve"> Case management    </w:t>
            </w:r>
          </w:p>
        </w:tc>
        <w:tc>
          <w:tcPr>
            <w:tcW w:w="5109" w:type="dxa"/>
          </w:tcPr>
          <w:p w14:paraId="7ED9A766"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Housing navigation"/>
                <w:tag w:val="Housing_navigation"/>
                <w:id w:val="892569767"/>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Housing navigation    </w:t>
            </w:r>
          </w:p>
        </w:tc>
      </w:tr>
      <w:tr w:rsidR="00C945C2" w:rsidRPr="00B74068" w14:paraId="38C8DF8E" w14:textId="77777777" w:rsidTr="00F24D72">
        <w:trPr>
          <w:jc w:val="center"/>
        </w:trPr>
        <w:tc>
          <w:tcPr>
            <w:tcW w:w="5105" w:type="dxa"/>
          </w:tcPr>
          <w:p w14:paraId="0B6D8231"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Employment / job readiness"/>
                <w:tag w:val="Employment_/_job_readiness"/>
                <w:id w:val="849972192"/>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Employment / job readiness    </w:t>
            </w:r>
          </w:p>
        </w:tc>
        <w:tc>
          <w:tcPr>
            <w:tcW w:w="5109" w:type="dxa"/>
          </w:tcPr>
          <w:p w14:paraId="032836BF"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Income and benefits connection"/>
                <w:tag w:val="Income_and_benefits_connection"/>
                <w:id w:val="904561344"/>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Income and benefits connection    </w:t>
            </w:r>
          </w:p>
        </w:tc>
      </w:tr>
      <w:tr w:rsidR="00C945C2" w:rsidRPr="00B74068" w14:paraId="5A03B160" w14:textId="77777777" w:rsidTr="00F24D72">
        <w:trPr>
          <w:jc w:val="center"/>
        </w:trPr>
        <w:tc>
          <w:tcPr>
            <w:tcW w:w="5105" w:type="dxa"/>
          </w:tcPr>
          <w:p w14:paraId="0D351DD6"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Substance use disorder treatment connection"/>
                <w:tag w:val="Substance_use_disorder_treatment_connect"/>
                <w:id w:val="538155270"/>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Substance use disorder treatment connection    </w:t>
            </w:r>
          </w:p>
        </w:tc>
        <w:tc>
          <w:tcPr>
            <w:tcW w:w="5109" w:type="dxa"/>
          </w:tcPr>
          <w:p w14:paraId="49C65DA7"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Recovery support"/>
                <w:tag w:val="Recovery_support"/>
                <w:id w:val="537416759"/>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Recovery support    </w:t>
            </w:r>
          </w:p>
        </w:tc>
      </w:tr>
      <w:tr w:rsidR="00C945C2" w:rsidRPr="00B74068" w14:paraId="1D20006F" w14:textId="77777777" w:rsidTr="00F24D72">
        <w:trPr>
          <w:jc w:val="center"/>
        </w:trPr>
        <w:tc>
          <w:tcPr>
            <w:tcW w:w="5105" w:type="dxa"/>
          </w:tcPr>
          <w:p w14:paraId="5AB88451"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Peer support"/>
                <w:tag w:val="Peer_support"/>
                <w:id w:val="561815012"/>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Peer support    </w:t>
            </w:r>
          </w:p>
        </w:tc>
        <w:tc>
          <w:tcPr>
            <w:tcW w:w="5109" w:type="dxa"/>
          </w:tcPr>
          <w:p w14:paraId="73B90C76"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Mental health services connection"/>
                <w:tag w:val="Mental_health_services_connection"/>
                <w:id w:val="825949275"/>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Mental health services connection    </w:t>
            </w:r>
          </w:p>
        </w:tc>
      </w:tr>
      <w:tr w:rsidR="00C945C2" w:rsidRPr="00B74068" w14:paraId="023B700E" w14:textId="77777777" w:rsidTr="00F24D72">
        <w:trPr>
          <w:jc w:val="center"/>
        </w:trPr>
        <w:tc>
          <w:tcPr>
            <w:tcW w:w="5105" w:type="dxa"/>
          </w:tcPr>
          <w:p w14:paraId="6FBD55A6"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Healthcare connection"/>
                <w:tag w:val="Healthcare_connection"/>
                <w:id w:val="334436361"/>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Healthcare connection    </w:t>
            </w:r>
          </w:p>
        </w:tc>
        <w:tc>
          <w:tcPr>
            <w:tcW w:w="5109" w:type="dxa"/>
          </w:tcPr>
          <w:p w14:paraId="4D8BAB67"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Transportation support"/>
                <w:tag w:val="Transportation_support"/>
                <w:id w:val="26347263"/>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Transportation support    </w:t>
            </w:r>
          </w:p>
        </w:tc>
      </w:tr>
      <w:tr w:rsidR="00C945C2" w:rsidRPr="00B74068" w14:paraId="283080FB" w14:textId="77777777" w:rsidTr="00F24D72">
        <w:trPr>
          <w:jc w:val="center"/>
        </w:trPr>
        <w:tc>
          <w:tcPr>
            <w:tcW w:w="5105" w:type="dxa"/>
          </w:tcPr>
          <w:p w14:paraId="3D467033"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Childcare support"/>
                <w:tag w:val="Childcare_support"/>
                <w:id w:val="222026031"/>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Childcare support    </w:t>
            </w:r>
          </w:p>
        </w:tc>
        <w:tc>
          <w:tcPr>
            <w:tcW w:w="5109" w:type="dxa"/>
          </w:tcPr>
          <w:p w14:paraId="524B2753"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Legal services connection"/>
                <w:tag w:val="Legal_services_connection"/>
                <w:id w:val="53652883"/>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Legal services connection    </w:t>
            </w:r>
          </w:p>
        </w:tc>
      </w:tr>
      <w:tr w:rsidR="00C945C2" w:rsidRPr="00B74068" w14:paraId="5F921501" w14:textId="77777777" w:rsidTr="00F24D72">
        <w:trPr>
          <w:jc w:val="center"/>
        </w:trPr>
        <w:tc>
          <w:tcPr>
            <w:tcW w:w="5105" w:type="dxa"/>
          </w:tcPr>
          <w:p w14:paraId="67D0F140"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Life skills / tenancy skills"/>
                <w:tag w:val="Life_skills_/_tenancy_skills"/>
                <w:id w:val="467924392"/>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Life skills / tenancy skills    </w:t>
            </w:r>
          </w:p>
        </w:tc>
        <w:tc>
          <w:tcPr>
            <w:tcW w:w="5109" w:type="dxa"/>
          </w:tcPr>
          <w:p w14:paraId="55C41CCF"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Family or support network reunification"/>
                <w:tag w:val="Family_or_support_network_reunification"/>
                <w:id w:val="333278619"/>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Family or support network reunification    </w:t>
            </w:r>
          </w:p>
        </w:tc>
      </w:tr>
      <w:tr w:rsidR="00C945C2" w:rsidRPr="00B74068" w14:paraId="148AEDC5" w14:textId="77777777" w:rsidTr="00F24D72">
        <w:trPr>
          <w:jc w:val="center"/>
        </w:trPr>
        <w:tc>
          <w:tcPr>
            <w:tcW w:w="5105" w:type="dxa"/>
          </w:tcPr>
          <w:p w14:paraId="023C9F1C" w14:textId="77777777"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Safety planning"/>
                <w:tag w:val="Safety_planning"/>
                <w:id w:val="695415661"/>
                <w14:checkbox>
                  <w14:checked w14:val="0"/>
                  <w14:checkedState w14:val="2612" w14:font="MS Gothic"/>
                  <w14:uncheckedState w14:val="2610" w14:font="MS Gothic"/>
                </w14:checkbox>
              </w:sdtPr>
              <w:sdtEndPr/>
              <w:sdtContent>
                <w:r w:rsidR="00FB3664" w:rsidRPr="00443296">
                  <w:rPr>
                    <w:rFonts w:ascii="Segoe UI Symbol" w:eastAsia="MS Gothic" w:hAnsi="Segoe UI Symbol" w:cs="Segoe UI Symbol"/>
                    <w:color w:val="000000" w:themeColor="text1"/>
                    <w:sz w:val="22"/>
                  </w:rPr>
                  <w:t>☐</w:t>
                </w:r>
              </w:sdtContent>
            </w:sdt>
            <w:r w:rsidR="00FB3664" w:rsidRPr="00443296">
              <w:rPr>
                <w:rFonts w:ascii="Calibri" w:hAnsi="Calibri" w:cs="Calibri"/>
                <w:color w:val="000000" w:themeColor="text1"/>
                <w:sz w:val="22"/>
              </w:rPr>
              <w:t xml:space="preserve"> Safety planning    </w:t>
            </w:r>
          </w:p>
        </w:tc>
        <w:tc>
          <w:tcPr>
            <w:tcW w:w="5109" w:type="dxa"/>
          </w:tcPr>
          <w:p w14:paraId="6AB09D2E" w14:textId="46CC197F" w:rsidR="00C945C2" w:rsidRPr="00443296" w:rsidRDefault="00721589">
            <w:pPr>
              <w:rPr>
                <w:rFonts w:ascii="Calibri" w:hAnsi="Calibri" w:cs="Calibri"/>
                <w:color w:val="000000" w:themeColor="text1"/>
                <w:sz w:val="22"/>
              </w:rPr>
            </w:pPr>
            <w:sdt>
              <w:sdtPr>
                <w:rPr>
                  <w:rFonts w:ascii="Calibri" w:hAnsi="Calibri" w:cs="Calibri"/>
                  <w:color w:val="000000" w:themeColor="text1"/>
                  <w:sz w:val="22"/>
                </w:rPr>
                <w:alias w:val="Other"/>
                <w:tag w:val="Other"/>
                <w:id w:val="765924805"/>
                <w14:checkbox>
                  <w14:checked w14:val="0"/>
                  <w14:checkedState w14:val="2612" w14:font="MS Gothic"/>
                  <w14:uncheckedState w14:val="2610" w14:font="MS Gothic"/>
                </w14:checkbox>
              </w:sdtPr>
              <w:sdtEndPr/>
              <w:sdtContent>
                <w:r w:rsidR="00443296">
                  <w:rPr>
                    <w:rFonts w:ascii="MS Gothic" w:eastAsia="MS Gothic" w:hAnsi="MS Gothic" w:cs="Calibri" w:hint="eastAsia"/>
                    <w:color w:val="000000" w:themeColor="text1"/>
                    <w:sz w:val="22"/>
                  </w:rPr>
                  <w:t>☐</w:t>
                </w:r>
              </w:sdtContent>
            </w:sdt>
            <w:r w:rsidR="00FB3664" w:rsidRPr="00443296">
              <w:rPr>
                <w:rFonts w:ascii="Calibri" w:hAnsi="Calibri" w:cs="Calibri"/>
                <w:color w:val="000000" w:themeColor="text1"/>
                <w:sz w:val="22"/>
              </w:rPr>
              <w:t xml:space="preserve"> </w:t>
            </w:r>
            <w:r w:rsidR="00443296">
              <w:rPr>
                <w:rFonts w:ascii="Calibri" w:hAnsi="Calibri" w:cs="Calibri"/>
                <w:color w:val="000000" w:themeColor="text1"/>
                <w:sz w:val="22"/>
              </w:rPr>
              <w:t>Street outreach</w:t>
            </w:r>
            <w:r w:rsidR="00FB3664" w:rsidRPr="00443296">
              <w:rPr>
                <w:rFonts w:ascii="Calibri" w:hAnsi="Calibri" w:cs="Calibri"/>
                <w:color w:val="000000" w:themeColor="text1"/>
                <w:sz w:val="22"/>
              </w:rPr>
              <w:t xml:space="preserve">   </w:t>
            </w:r>
          </w:p>
        </w:tc>
      </w:tr>
      <w:tr w:rsidR="00443296" w:rsidRPr="00B74068" w14:paraId="7514136D" w14:textId="77777777" w:rsidTr="00F24D72">
        <w:trPr>
          <w:jc w:val="center"/>
        </w:trPr>
        <w:tc>
          <w:tcPr>
            <w:tcW w:w="5105" w:type="dxa"/>
          </w:tcPr>
          <w:p w14:paraId="057DB7DE" w14:textId="4DE7898A" w:rsidR="00443296" w:rsidRPr="00443296" w:rsidRDefault="00721589">
            <w:pPr>
              <w:rPr>
                <w:rFonts w:ascii="Segoe UI Symbol" w:eastAsia="MS Gothic" w:hAnsi="Segoe UI Symbol" w:cs="Segoe UI Symbol"/>
                <w:color w:val="000000" w:themeColor="text1"/>
                <w:sz w:val="22"/>
              </w:rPr>
            </w:pPr>
            <w:sdt>
              <w:sdtPr>
                <w:rPr>
                  <w:rFonts w:ascii="Calibri" w:hAnsi="Calibri" w:cs="Calibri"/>
                  <w:color w:val="000000" w:themeColor="text1"/>
                  <w:sz w:val="22"/>
                </w:rPr>
                <w:alias w:val="Other"/>
                <w:tag w:val="Other"/>
                <w:id w:val="-503432367"/>
                <w14:checkbox>
                  <w14:checked w14:val="0"/>
                  <w14:checkedState w14:val="2612" w14:font="MS Gothic"/>
                  <w14:uncheckedState w14:val="2610" w14:font="MS Gothic"/>
                </w14:checkbox>
              </w:sdtPr>
              <w:sdtEndPr/>
              <w:sdtContent>
                <w:r w:rsidR="00443296">
                  <w:rPr>
                    <w:rFonts w:ascii="MS Gothic" w:eastAsia="MS Gothic" w:hAnsi="MS Gothic" w:cs="Calibri" w:hint="eastAsia"/>
                    <w:color w:val="000000" w:themeColor="text1"/>
                    <w:sz w:val="22"/>
                  </w:rPr>
                  <w:t>☐</w:t>
                </w:r>
              </w:sdtContent>
            </w:sdt>
            <w:r w:rsidR="00443296" w:rsidRPr="00443296">
              <w:rPr>
                <w:rFonts w:ascii="Calibri" w:hAnsi="Calibri" w:cs="Calibri"/>
                <w:color w:val="000000" w:themeColor="text1"/>
                <w:sz w:val="22"/>
              </w:rPr>
              <w:t xml:space="preserve"> </w:t>
            </w:r>
            <w:r w:rsidR="00443296">
              <w:rPr>
                <w:rFonts w:ascii="Calibri" w:hAnsi="Calibri" w:cs="Calibri"/>
                <w:color w:val="000000" w:themeColor="text1"/>
                <w:sz w:val="22"/>
              </w:rPr>
              <w:t>Other</w:t>
            </w:r>
            <w:r w:rsidR="00443296" w:rsidRPr="00443296">
              <w:rPr>
                <w:rFonts w:ascii="Calibri" w:hAnsi="Calibri" w:cs="Calibri"/>
                <w:color w:val="000000" w:themeColor="text1"/>
                <w:sz w:val="22"/>
              </w:rPr>
              <w:t xml:space="preserve"> </w:t>
            </w:r>
          </w:p>
        </w:tc>
        <w:tc>
          <w:tcPr>
            <w:tcW w:w="5109" w:type="dxa"/>
          </w:tcPr>
          <w:p w14:paraId="43036A5C" w14:textId="77777777" w:rsidR="00443296" w:rsidRPr="00443296" w:rsidRDefault="00443296">
            <w:pPr>
              <w:rPr>
                <w:rFonts w:ascii="Segoe UI Symbol" w:eastAsia="MS Gothic" w:hAnsi="Segoe UI Symbol" w:cs="Segoe UI Symbol"/>
                <w:color w:val="000000" w:themeColor="text1"/>
                <w:sz w:val="22"/>
              </w:rPr>
            </w:pPr>
          </w:p>
        </w:tc>
      </w:tr>
    </w:tbl>
    <w:p w14:paraId="15E41E1F" w14:textId="057CCC5E" w:rsidR="00F24D72" w:rsidRPr="00B74068" w:rsidRDefault="00373DB9" w:rsidP="00F24D72">
      <w:pPr>
        <w:pStyle w:val="Heading3"/>
        <w:rPr>
          <w:rFonts w:ascii="Calibri" w:hAnsi="Calibri" w:cs="Calibri"/>
          <w:color w:val="000000" w:themeColor="text1"/>
          <w:sz w:val="22"/>
        </w:rPr>
      </w:pPr>
      <w:r>
        <w:rPr>
          <w:rFonts w:ascii="Calibri" w:hAnsi="Calibri" w:cs="Calibri"/>
          <w:color w:val="000000" w:themeColor="text1"/>
          <w:sz w:val="22"/>
        </w:rPr>
        <w:t xml:space="preserve">7.2 </w:t>
      </w:r>
      <w:r w:rsidR="00F24D72" w:rsidRPr="00B74068">
        <w:rPr>
          <w:rFonts w:ascii="Calibri" w:hAnsi="Calibri" w:cs="Calibri"/>
          <w:color w:val="000000" w:themeColor="text1"/>
          <w:sz w:val="22"/>
        </w:rPr>
        <w:t>Describe the service participation expectations</w:t>
      </w:r>
      <w:r w:rsidR="00FD6D8E">
        <w:rPr>
          <w:rFonts w:ascii="Calibri" w:hAnsi="Calibri" w:cs="Calibri"/>
          <w:color w:val="000000" w:themeColor="text1"/>
          <w:sz w:val="22"/>
        </w:rPr>
        <w:t xml:space="preserve"> and strategies for how youth will be engaged and motivated.</w:t>
      </w:r>
    </w:p>
    <w:tbl>
      <w:tblPr>
        <w:tblStyle w:val="TableGrid"/>
        <w:tblW w:w="0" w:type="auto"/>
        <w:jc w:val="center"/>
        <w:tblLook w:val="04A0" w:firstRow="1" w:lastRow="0" w:firstColumn="1" w:lastColumn="0" w:noHBand="0" w:noVBand="1"/>
      </w:tblPr>
      <w:tblGrid>
        <w:gridCol w:w="10214"/>
      </w:tblGrid>
      <w:tr w:rsidR="00F24D72" w:rsidRPr="00B74068" w14:paraId="03D83B85" w14:textId="77777777" w:rsidTr="0028204C">
        <w:trPr>
          <w:jc w:val="center"/>
        </w:trPr>
        <w:tc>
          <w:tcPr>
            <w:tcW w:w="10368" w:type="dxa"/>
          </w:tcPr>
          <w:p w14:paraId="6B6459DC" w14:textId="77777777" w:rsidR="00F24D72"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Describe the service participation expectations."/>
                <w:tag w:val="Describe the service participation expectations."/>
                <w:id w:val="1876120564"/>
                <w:text/>
              </w:sdtPr>
              <w:sdtEndPr/>
              <w:sdtContent>
                <w:r w:rsidR="00F24D72" w:rsidRPr="00B74068">
                  <w:rPr>
                    <w:rFonts w:ascii="Calibri" w:hAnsi="Calibri" w:cs="Calibri"/>
                    <w:color w:val="000000" w:themeColor="text1"/>
                    <w:sz w:val="22"/>
                  </w:rPr>
                  <w:t>Type response here.</w:t>
                </w:r>
              </w:sdtContent>
            </w:sdt>
            <w:r w:rsidR="00F24D72" w:rsidRPr="00B74068">
              <w:rPr>
                <w:rFonts w:ascii="Calibri" w:hAnsi="Calibri" w:cs="Calibri"/>
                <w:color w:val="000000" w:themeColor="text1"/>
                <w:sz w:val="22"/>
              </w:rPr>
              <w:br/>
              <w:t xml:space="preserve"> </w:t>
            </w:r>
            <w:r w:rsidR="00F24D72" w:rsidRPr="00B74068">
              <w:rPr>
                <w:rFonts w:ascii="Calibri" w:hAnsi="Calibri" w:cs="Calibri"/>
                <w:color w:val="000000" w:themeColor="text1"/>
                <w:sz w:val="22"/>
              </w:rPr>
              <w:br/>
              <w:t xml:space="preserve"> </w:t>
            </w:r>
            <w:r w:rsidR="00F24D72" w:rsidRPr="00B74068">
              <w:rPr>
                <w:rFonts w:ascii="Calibri" w:hAnsi="Calibri" w:cs="Calibri"/>
                <w:color w:val="000000" w:themeColor="text1"/>
                <w:sz w:val="22"/>
              </w:rPr>
              <w:br/>
              <w:t xml:space="preserve"> </w:t>
            </w:r>
            <w:r w:rsidR="00F24D72" w:rsidRPr="00B74068">
              <w:rPr>
                <w:rFonts w:ascii="Calibri" w:hAnsi="Calibri" w:cs="Calibri"/>
                <w:color w:val="000000" w:themeColor="text1"/>
                <w:sz w:val="22"/>
              </w:rPr>
              <w:br/>
              <w:t xml:space="preserve"> </w:t>
            </w:r>
          </w:p>
        </w:tc>
      </w:tr>
    </w:tbl>
    <w:p w14:paraId="30D052F1" w14:textId="07353038" w:rsidR="00C945C2" w:rsidRPr="00B74068" w:rsidRDefault="00FF7CE4" w:rsidP="00440CBF">
      <w:pPr>
        <w:pStyle w:val="Heading3"/>
        <w:spacing w:before="240"/>
        <w:rPr>
          <w:rFonts w:ascii="Calibri" w:hAnsi="Calibri" w:cs="Calibri"/>
          <w:color w:val="000000" w:themeColor="text1"/>
          <w:sz w:val="22"/>
        </w:rPr>
      </w:pPr>
      <w:r>
        <w:rPr>
          <w:rFonts w:ascii="Calibri" w:hAnsi="Calibri" w:cs="Calibri"/>
          <w:color w:val="000000" w:themeColor="text1"/>
          <w:sz w:val="22"/>
        </w:rPr>
        <w:t>7</w:t>
      </w:r>
      <w:r w:rsidR="00FB3664" w:rsidRPr="00B74068">
        <w:rPr>
          <w:rFonts w:ascii="Calibri" w:hAnsi="Calibri" w:cs="Calibri"/>
          <w:color w:val="000000" w:themeColor="text1"/>
          <w:sz w:val="22"/>
        </w:rPr>
        <w:t>.</w:t>
      </w:r>
      <w:r w:rsidR="00F24D72">
        <w:rPr>
          <w:rFonts w:ascii="Calibri" w:hAnsi="Calibri" w:cs="Calibri"/>
          <w:color w:val="000000" w:themeColor="text1"/>
          <w:sz w:val="22"/>
        </w:rPr>
        <w:t>3</w:t>
      </w:r>
      <w:r w:rsidR="00FB3664" w:rsidRPr="00B74068">
        <w:rPr>
          <w:rFonts w:ascii="Calibri" w:hAnsi="Calibri" w:cs="Calibri"/>
          <w:color w:val="000000" w:themeColor="text1"/>
          <w:sz w:val="22"/>
        </w:rPr>
        <w:t xml:space="preserve"> Service Description: Describe</w:t>
      </w:r>
      <w:r w:rsidR="00303BD9">
        <w:rPr>
          <w:rFonts w:ascii="Calibri" w:hAnsi="Calibri" w:cs="Calibri"/>
          <w:color w:val="000000" w:themeColor="text1"/>
          <w:sz w:val="22"/>
        </w:rPr>
        <w:t xml:space="preserve"> the case management model, frequency, and</w:t>
      </w:r>
      <w:r w:rsidR="00FB3664" w:rsidRPr="00B74068">
        <w:rPr>
          <w:rFonts w:ascii="Calibri" w:hAnsi="Calibri" w:cs="Calibri"/>
          <w:color w:val="000000" w:themeColor="text1"/>
          <w:sz w:val="22"/>
        </w:rPr>
        <w:t xml:space="preserve"> services, who provides them, how often participants receive them, and whether services are direct or through partners.</w:t>
      </w:r>
      <w:r w:rsidR="006E7C54">
        <w:rPr>
          <w:rFonts w:ascii="Calibri" w:hAnsi="Calibri" w:cs="Calibri"/>
          <w:color w:val="000000" w:themeColor="text1"/>
          <w:sz w:val="22"/>
        </w:rPr>
        <w:t xml:space="preserve"> All programs should address how the program will assist participants to access </w:t>
      </w:r>
      <w:r w:rsidR="00303BD9">
        <w:rPr>
          <w:rFonts w:ascii="Calibri" w:hAnsi="Calibri" w:cs="Calibri"/>
          <w:color w:val="000000" w:themeColor="text1"/>
          <w:sz w:val="22"/>
        </w:rPr>
        <w:t xml:space="preserve">or maintain </w:t>
      </w:r>
      <w:r w:rsidR="006E7C54">
        <w:rPr>
          <w:rFonts w:ascii="Calibri" w:hAnsi="Calibri" w:cs="Calibri"/>
          <w:color w:val="000000" w:themeColor="text1"/>
          <w:sz w:val="22"/>
        </w:rPr>
        <w:t>permanent housing</w:t>
      </w:r>
      <w:r w:rsidR="00F24D72">
        <w:rPr>
          <w:rFonts w:ascii="Calibri" w:hAnsi="Calibri" w:cs="Calibri"/>
          <w:color w:val="000000" w:themeColor="text1"/>
          <w:sz w:val="22"/>
        </w:rPr>
        <w:t>;</w:t>
      </w:r>
      <w:r w:rsidR="006E7C54">
        <w:rPr>
          <w:rFonts w:ascii="Calibri" w:hAnsi="Calibri" w:cs="Calibri"/>
          <w:color w:val="000000" w:themeColor="text1"/>
          <w:sz w:val="22"/>
        </w:rPr>
        <w:t xml:space="preserve"> </w:t>
      </w:r>
      <w:r w:rsidR="00A12061">
        <w:rPr>
          <w:rFonts w:ascii="Calibri" w:hAnsi="Calibri" w:cs="Calibri"/>
          <w:color w:val="000000" w:themeColor="text1"/>
          <w:sz w:val="22"/>
        </w:rPr>
        <w:t>I</w:t>
      </w:r>
      <w:r w:rsidR="006E7C54">
        <w:rPr>
          <w:rFonts w:ascii="Calibri" w:hAnsi="Calibri" w:cs="Calibri"/>
          <w:color w:val="000000" w:themeColor="text1"/>
          <w:sz w:val="22"/>
        </w:rPr>
        <w:t xml:space="preserve">f the project does not provide these services directly, please indicate referral partners and strategies to ensure that participants receive assistance with these needs. </w:t>
      </w:r>
    </w:p>
    <w:tbl>
      <w:tblPr>
        <w:tblStyle w:val="TableGrid"/>
        <w:tblW w:w="0" w:type="auto"/>
        <w:jc w:val="center"/>
        <w:tblLook w:val="04A0" w:firstRow="1" w:lastRow="0" w:firstColumn="1" w:lastColumn="0" w:noHBand="0" w:noVBand="1"/>
      </w:tblPr>
      <w:tblGrid>
        <w:gridCol w:w="10214"/>
      </w:tblGrid>
      <w:tr w:rsidR="00C945C2" w:rsidRPr="00B74068" w14:paraId="0E790D34" w14:textId="77777777">
        <w:trPr>
          <w:jc w:val="center"/>
        </w:trPr>
        <w:tc>
          <w:tcPr>
            <w:tcW w:w="10368" w:type="dxa"/>
          </w:tcPr>
          <w:bookmarkStart w:id="3" w:name="_Hlk232973861"/>
          <w:p w14:paraId="430AC01E"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6.2 Service Description: Describe services, who provides them, h"/>
                <w:tag w:val="6.2 Service Description: Describe services, who provides them, h"/>
                <w:id w:val="2075860932"/>
                <w:text/>
              </w:sdtPr>
              <w:sdtEndPr/>
              <w:sdtContent>
                <w:r w:rsidR="00FB3664" w:rsidRPr="00B74068">
                  <w:rPr>
                    <w:rFonts w:ascii="Calibri" w:hAnsi="Calibri" w:cs="Calibri"/>
                    <w:color w:val="000000" w:themeColor="text1"/>
                    <w:sz w:val="22"/>
                  </w:rPr>
                  <w:t>Type response here.</w:t>
                </w:r>
              </w:sdtContent>
            </w:sdt>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p>
        </w:tc>
      </w:tr>
      <w:bookmarkEnd w:id="3"/>
    </w:tbl>
    <w:p w14:paraId="08B2EAFE" w14:textId="77777777" w:rsidR="00DE6257" w:rsidRDefault="00DE6257" w:rsidP="00DE6257">
      <w:pPr>
        <w:pStyle w:val="Heading1"/>
        <w:spacing w:before="0"/>
        <w:rPr>
          <w:rFonts w:ascii="Calibri" w:hAnsi="Calibri" w:cs="Calibri"/>
          <w:color w:val="000000" w:themeColor="text1"/>
          <w:sz w:val="22"/>
          <w:szCs w:val="22"/>
        </w:rPr>
      </w:pPr>
    </w:p>
    <w:p w14:paraId="4C7E5EF3" w14:textId="5C05BB30" w:rsidR="00C945C2" w:rsidRPr="00B74068" w:rsidRDefault="00FB3664" w:rsidP="007B26B1">
      <w:pPr>
        <w:pStyle w:val="Heading1"/>
        <w:shd w:val="clear" w:color="auto" w:fill="C6D9F1" w:themeFill="text2" w:themeFillTint="33"/>
        <w:spacing w:before="0"/>
        <w:rPr>
          <w:rFonts w:ascii="Calibri" w:hAnsi="Calibri" w:cs="Calibri"/>
          <w:color w:val="000000" w:themeColor="text1"/>
          <w:sz w:val="22"/>
          <w:szCs w:val="22"/>
        </w:rPr>
      </w:pPr>
      <w:r w:rsidRPr="00B74068">
        <w:rPr>
          <w:rFonts w:ascii="Calibri" w:hAnsi="Calibri" w:cs="Calibri"/>
          <w:color w:val="000000" w:themeColor="text1"/>
          <w:sz w:val="22"/>
          <w:szCs w:val="22"/>
        </w:rPr>
        <w:t xml:space="preserve">Section </w:t>
      </w:r>
      <w:r w:rsidR="008D7001">
        <w:rPr>
          <w:rFonts w:ascii="Calibri" w:hAnsi="Calibri" w:cs="Calibri"/>
          <w:color w:val="000000" w:themeColor="text1"/>
          <w:sz w:val="22"/>
          <w:szCs w:val="22"/>
        </w:rPr>
        <w:t>8</w:t>
      </w:r>
      <w:r w:rsidRPr="00B74068">
        <w:rPr>
          <w:rFonts w:ascii="Calibri" w:hAnsi="Calibri" w:cs="Calibri"/>
          <w:color w:val="000000" w:themeColor="text1"/>
          <w:sz w:val="22"/>
          <w:szCs w:val="22"/>
        </w:rPr>
        <w:t xml:space="preserve"> </w:t>
      </w:r>
      <w:r w:rsidR="00A948D0">
        <w:rPr>
          <w:rFonts w:ascii="Calibri" w:hAnsi="Calibri" w:cs="Calibri"/>
          <w:color w:val="000000" w:themeColor="text1"/>
          <w:sz w:val="22"/>
          <w:szCs w:val="22"/>
        </w:rPr>
        <w:t>–</w:t>
      </w:r>
      <w:r w:rsidRPr="00B74068">
        <w:rPr>
          <w:rFonts w:ascii="Calibri" w:hAnsi="Calibri" w:cs="Calibri"/>
          <w:color w:val="000000" w:themeColor="text1"/>
          <w:sz w:val="22"/>
          <w:szCs w:val="22"/>
        </w:rPr>
        <w:t xml:space="preserve"> Budget</w:t>
      </w:r>
      <w:r w:rsidR="00A948D0">
        <w:rPr>
          <w:rFonts w:ascii="Calibri" w:hAnsi="Calibri" w:cs="Calibri"/>
          <w:color w:val="000000" w:themeColor="text1"/>
          <w:sz w:val="22"/>
          <w:szCs w:val="22"/>
        </w:rPr>
        <w:t xml:space="preserve">, </w:t>
      </w:r>
      <w:r w:rsidRPr="00B74068">
        <w:rPr>
          <w:rFonts w:ascii="Calibri" w:hAnsi="Calibri" w:cs="Calibri"/>
          <w:color w:val="000000" w:themeColor="text1"/>
          <w:sz w:val="22"/>
          <w:szCs w:val="22"/>
        </w:rPr>
        <w:t>Match</w:t>
      </w:r>
      <w:r w:rsidR="00A948D0">
        <w:rPr>
          <w:rFonts w:ascii="Calibri" w:hAnsi="Calibri" w:cs="Calibri"/>
          <w:color w:val="000000" w:themeColor="text1"/>
          <w:sz w:val="22"/>
          <w:szCs w:val="22"/>
        </w:rPr>
        <w:t>, and Leverage</w:t>
      </w:r>
    </w:p>
    <w:p w14:paraId="270D73DC" w14:textId="3ADECE18" w:rsidR="00C945C2" w:rsidRPr="00B74068" w:rsidRDefault="008D7001">
      <w:pPr>
        <w:pStyle w:val="Heading2"/>
        <w:rPr>
          <w:rFonts w:ascii="Calibri" w:hAnsi="Calibri" w:cs="Calibri"/>
          <w:color w:val="000000" w:themeColor="text1"/>
          <w:szCs w:val="22"/>
        </w:rPr>
      </w:pPr>
      <w:r>
        <w:rPr>
          <w:rFonts w:ascii="Calibri" w:hAnsi="Calibri" w:cs="Calibri"/>
          <w:color w:val="000000" w:themeColor="text1"/>
          <w:szCs w:val="22"/>
        </w:rPr>
        <w:t>8</w:t>
      </w:r>
      <w:r w:rsidR="00FB3664" w:rsidRPr="00B74068">
        <w:rPr>
          <w:rFonts w:ascii="Calibri" w:hAnsi="Calibri" w:cs="Calibri"/>
          <w:color w:val="000000" w:themeColor="text1"/>
          <w:szCs w:val="22"/>
        </w:rPr>
        <w:t xml:space="preserve">.1 </w:t>
      </w:r>
      <w:r>
        <w:rPr>
          <w:rFonts w:ascii="Calibri" w:hAnsi="Calibri" w:cs="Calibri"/>
          <w:color w:val="000000" w:themeColor="text1"/>
          <w:szCs w:val="22"/>
        </w:rPr>
        <w:t>YHDP</w:t>
      </w:r>
      <w:r w:rsidR="00FB3664" w:rsidRPr="00B74068">
        <w:rPr>
          <w:rFonts w:ascii="Calibri" w:hAnsi="Calibri" w:cs="Calibri"/>
          <w:color w:val="000000" w:themeColor="text1"/>
          <w:szCs w:val="22"/>
        </w:rPr>
        <w:t xml:space="preserve"> Budget Request</w:t>
      </w:r>
    </w:p>
    <w:tbl>
      <w:tblPr>
        <w:tblStyle w:val="TableGrid"/>
        <w:tblW w:w="0" w:type="auto"/>
        <w:jc w:val="center"/>
        <w:tblLook w:val="04A0" w:firstRow="1" w:lastRow="0" w:firstColumn="1" w:lastColumn="0" w:noHBand="0" w:noVBand="1"/>
      </w:tblPr>
      <w:tblGrid>
        <w:gridCol w:w="5500"/>
        <w:gridCol w:w="4500"/>
      </w:tblGrid>
      <w:tr w:rsidR="00C945C2" w:rsidRPr="00B74068" w14:paraId="1FD2788C" w14:textId="77777777" w:rsidTr="00A948D0">
        <w:trPr>
          <w:jc w:val="center"/>
        </w:trPr>
        <w:tc>
          <w:tcPr>
            <w:tcW w:w="5500" w:type="dxa"/>
            <w:shd w:val="clear" w:color="auto" w:fill="DBE5F1" w:themeFill="accent1" w:themeFillTint="33"/>
          </w:tcPr>
          <w:p w14:paraId="4A2281C2"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Budget Line Item</w:t>
            </w:r>
          </w:p>
        </w:tc>
        <w:tc>
          <w:tcPr>
            <w:tcW w:w="4500" w:type="dxa"/>
            <w:shd w:val="clear" w:color="auto" w:fill="DBE5F1" w:themeFill="accent1" w:themeFillTint="33"/>
          </w:tcPr>
          <w:p w14:paraId="28D8CA37" w14:textId="33F84C5D"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Request</w:t>
            </w:r>
            <w:r w:rsidR="00A948D0">
              <w:rPr>
                <w:rFonts w:ascii="Calibri" w:hAnsi="Calibri" w:cs="Calibri"/>
                <w:b/>
                <w:color w:val="000000" w:themeColor="text1"/>
                <w:sz w:val="22"/>
              </w:rPr>
              <w:t xml:space="preserve"> for HUD </w:t>
            </w:r>
            <w:r w:rsidR="00FD6D8E">
              <w:rPr>
                <w:rFonts w:ascii="Calibri" w:hAnsi="Calibri" w:cs="Calibri"/>
                <w:b/>
                <w:color w:val="000000" w:themeColor="text1"/>
                <w:sz w:val="22"/>
              </w:rPr>
              <w:t>YHDP</w:t>
            </w:r>
            <w:r w:rsidR="00A948D0">
              <w:rPr>
                <w:rFonts w:ascii="Calibri" w:hAnsi="Calibri" w:cs="Calibri"/>
                <w:b/>
                <w:color w:val="000000" w:themeColor="text1"/>
                <w:sz w:val="22"/>
              </w:rPr>
              <w:t xml:space="preserve"> Funds</w:t>
            </w:r>
          </w:p>
        </w:tc>
      </w:tr>
      <w:tr w:rsidR="00C945C2" w:rsidRPr="00B74068" w14:paraId="37679ADF" w14:textId="77777777">
        <w:trPr>
          <w:jc w:val="center"/>
        </w:trPr>
        <w:tc>
          <w:tcPr>
            <w:tcW w:w="5500" w:type="dxa"/>
          </w:tcPr>
          <w:p w14:paraId="554E51B8" w14:textId="77777777" w:rsidR="00C945C2" w:rsidRPr="00B74068" w:rsidRDefault="00FB3664">
            <w:pPr>
              <w:rPr>
                <w:rFonts w:ascii="Calibri" w:hAnsi="Calibri" w:cs="Calibri"/>
                <w:color w:val="000000" w:themeColor="text1"/>
                <w:sz w:val="22"/>
              </w:rPr>
            </w:pPr>
            <w:r w:rsidRPr="00B74068">
              <w:rPr>
                <w:rFonts w:ascii="Calibri" w:hAnsi="Calibri" w:cs="Calibri"/>
                <w:color w:val="000000" w:themeColor="text1"/>
                <w:sz w:val="22"/>
              </w:rPr>
              <w:t>Supportive Services</w:t>
            </w:r>
          </w:p>
        </w:tc>
        <w:tc>
          <w:tcPr>
            <w:tcW w:w="4500" w:type="dxa"/>
          </w:tcPr>
          <w:p w14:paraId="38A1EF56"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budget_Supportive Services"/>
                <w:tag w:val="budget_Supportive Services"/>
                <w:id w:val="1580098844"/>
                <w:text/>
              </w:sdtPr>
              <w:sdtEndPr/>
              <w:sdtContent>
                <w:r w:rsidR="00FB3664" w:rsidRPr="00B74068">
                  <w:rPr>
                    <w:rFonts w:ascii="Calibri" w:hAnsi="Calibri" w:cs="Calibri"/>
                    <w:color w:val="000000" w:themeColor="text1"/>
                    <w:sz w:val="22"/>
                  </w:rPr>
                  <w:t>$</w:t>
                </w:r>
              </w:sdtContent>
            </w:sdt>
          </w:p>
        </w:tc>
      </w:tr>
      <w:tr w:rsidR="00C945C2" w:rsidRPr="00B74068" w14:paraId="592702C2" w14:textId="77777777">
        <w:trPr>
          <w:jc w:val="center"/>
        </w:trPr>
        <w:tc>
          <w:tcPr>
            <w:tcW w:w="5500" w:type="dxa"/>
          </w:tcPr>
          <w:p w14:paraId="697D28F2" w14:textId="77777777" w:rsidR="00C945C2" w:rsidRPr="008D7001" w:rsidRDefault="00FB3664">
            <w:pPr>
              <w:rPr>
                <w:rFonts w:ascii="Calibri" w:hAnsi="Calibri" w:cs="Calibri"/>
                <w:color w:val="000000" w:themeColor="text1"/>
                <w:sz w:val="22"/>
              </w:rPr>
            </w:pPr>
            <w:r w:rsidRPr="008D7001">
              <w:rPr>
                <w:rFonts w:ascii="Calibri" w:hAnsi="Calibri" w:cs="Calibri"/>
                <w:color w:val="000000" w:themeColor="text1"/>
                <w:sz w:val="22"/>
              </w:rPr>
              <w:t>Administration</w:t>
            </w:r>
          </w:p>
        </w:tc>
        <w:tc>
          <w:tcPr>
            <w:tcW w:w="4500" w:type="dxa"/>
          </w:tcPr>
          <w:p w14:paraId="0198ACBA"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budget_Administration"/>
                <w:tag w:val="budget_Administration"/>
                <w:id w:val="-32810477"/>
                <w:text/>
              </w:sdtPr>
              <w:sdtEndPr/>
              <w:sdtContent>
                <w:r w:rsidR="00FB3664" w:rsidRPr="00B74068">
                  <w:rPr>
                    <w:rFonts w:ascii="Calibri" w:hAnsi="Calibri" w:cs="Calibri"/>
                    <w:color w:val="000000" w:themeColor="text1"/>
                    <w:sz w:val="22"/>
                  </w:rPr>
                  <w:t>$</w:t>
                </w:r>
              </w:sdtContent>
            </w:sdt>
          </w:p>
        </w:tc>
      </w:tr>
      <w:tr w:rsidR="00C945C2" w:rsidRPr="00B74068" w14:paraId="736A51CB" w14:textId="77777777">
        <w:trPr>
          <w:jc w:val="center"/>
        </w:trPr>
        <w:tc>
          <w:tcPr>
            <w:tcW w:w="5500" w:type="dxa"/>
          </w:tcPr>
          <w:p w14:paraId="48A1A63E" w14:textId="77777777" w:rsidR="00C945C2" w:rsidRPr="00B74068" w:rsidRDefault="00FB3664">
            <w:pPr>
              <w:rPr>
                <w:rFonts w:ascii="Calibri" w:hAnsi="Calibri" w:cs="Calibri"/>
                <w:color w:val="000000" w:themeColor="text1"/>
                <w:sz w:val="22"/>
              </w:rPr>
            </w:pPr>
            <w:r w:rsidRPr="00B74068">
              <w:rPr>
                <w:rFonts w:ascii="Calibri" w:hAnsi="Calibri" w:cs="Calibri"/>
                <w:color w:val="000000" w:themeColor="text1"/>
                <w:sz w:val="22"/>
              </w:rPr>
              <w:t>Other, if eligible</w:t>
            </w:r>
          </w:p>
        </w:tc>
        <w:tc>
          <w:tcPr>
            <w:tcW w:w="4500" w:type="dxa"/>
          </w:tcPr>
          <w:p w14:paraId="7C736EB0"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budget_Other, if eligible"/>
                <w:tag w:val="budget_Other, if eligible"/>
                <w:id w:val="-813553212"/>
                <w:text/>
              </w:sdtPr>
              <w:sdtEndPr/>
              <w:sdtContent>
                <w:r w:rsidR="00FB3664" w:rsidRPr="00B74068">
                  <w:rPr>
                    <w:rFonts w:ascii="Calibri" w:hAnsi="Calibri" w:cs="Calibri"/>
                    <w:color w:val="000000" w:themeColor="text1"/>
                    <w:sz w:val="22"/>
                  </w:rPr>
                  <w:t>$</w:t>
                </w:r>
              </w:sdtContent>
            </w:sdt>
          </w:p>
        </w:tc>
      </w:tr>
    </w:tbl>
    <w:p w14:paraId="0DD542C7" w14:textId="019DA7CB" w:rsidR="00D33277" w:rsidRPr="00D33277" w:rsidRDefault="008D7001" w:rsidP="00A948D0">
      <w:pPr>
        <w:pStyle w:val="Heading2"/>
        <w:shd w:val="clear" w:color="auto" w:fill="FFFFFF"/>
        <w:spacing w:before="240" w:line="390" w:lineRule="atLeast"/>
        <w:rPr>
          <w:rFonts w:ascii="Roboto" w:eastAsia="Times New Roman" w:hAnsi="Roboto" w:cs="Times New Roman"/>
          <w:color w:val="6E6E6E"/>
          <w:sz w:val="30"/>
          <w:szCs w:val="30"/>
        </w:rPr>
      </w:pPr>
      <w:r>
        <w:rPr>
          <w:rFonts w:ascii="Calibri" w:hAnsi="Calibri" w:cs="Calibri"/>
          <w:color w:val="000000" w:themeColor="text1"/>
        </w:rPr>
        <w:lastRenderedPageBreak/>
        <w:t>8</w:t>
      </w:r>
      <w:r w:rsidR="00FB3664" w:rsidRPr="00B74068">
        <w:rPr>
          <w:rFonts w:ascii="Calibri" w:hAnsi="Calibri" w:cs="Calibri"/>
          <w:color w:val="000000" w:themeColor="text1"/>
        </w:rPr>
        <w:t>.2 Budget Narrative</w:t>
      </w:r>
    </w:p>
    <w:p w14:paraId="50D0BC53" w14:textId="25B8A81D" w:rsidR="00C945C2" w:rsidRPr="00D33277" w:rsidRDefault="00D33277">
      <w:pPr>
        <w:pStyle w:val="Heading3"/>
        <w:rPr>
          <w:rFonts w:ascii="Calibri" w:hAnsi="Calibri" w:cs="Calibri"/>
          <w:b w:val="0"/>
          <w:bCs w:val="0"/>
          <w:color w:val="000000" w:themeColor="text1"/>
          <w:sz w:val="22"/>
          <w:szCs w:val="26"/>
        </w:rPr>
      </w:pPr>
      <w:r w:rsidRPr="00D33277">
        <w:rPr>
          <w:rFonts w:ascii="Calibri" w:hAnsi="Calibri" w:cs="Calibri"/>
          <w:color w:val="000000" w:themeColor="text1"/>
          <w:sz w:val="22"/>
          <w:szCs w:val="26"/>
        </w:rPr>
        <w:t>Provide detail and justification for the costs of each line item</w:t>
      </w:r>
      <w:r>
        <w:rPr>
          <w:rFonts w:ascii="Calibri" w:hAnsi="Calibri" w:cs="Calibri"/>
          <w:color w:val="000000" w:themeColor="text1"/>
          <w:sz w:val="22"/>
          <w:szCs w:val="26"/>
        </w:rPr>
        <w:t xml:space="preserve"> listed in the budget</w:t>
      </w:r>
      <w:r w:rsidR="00FB3664" w:rsidRPr="00D33277">
        <w:rPr>
          <w:rFonts w:ascii="Calibri" w:hAnsi="Calibri" w:cs="Calibri"/>
          <w:color w:val="000000" w:themeColor="text1"/>
          <w:sz w:val="22"/>
          <w:szCs w:val="26"/>
        </w:rPr>
        <w:t>.</w:t>
      </w:r>
      <w:r>
        <w:rPr>
          <w:rFonts w:ascii="Calibri" w:hAnsi="Calibri" w:cs="Calibri"/>
          <w:color w:val="000000" w:themeColor="text1"/>
          <w:sz w:val="22"/>
          <w:szCs w:val="26"/>
        </w:rPr>
        <w:t xml:space="preserve"> T</w:t>
      </w:r>
      <w:r>
        <w:rPr>
          <w:rFonts w:ascii="Roboto" w:hAnsi="Roboto"/>
          <w:color w:val="000000"/>
          <w:shd w:val="clear" w:color="auto" w:fill="FFFFFF"/>
        </w:rPr>
        <w:t>he budget narrative should explain </w:t>
      </w:r>
      <w:r w:rsidRPr="00D33277">
        <w:rPr>
          <w:rStyle w:val="Strong"/>
          <w:rFonts w:ascii="Roboto" w:hAnsi="Roboto"/>
          <w:b/>
          <w:bCs/>
          <w:color w:val="000000"/>
          <w:shd w:val="clear" w:color="auto" w:fill="FFFFFF"/>
        </w:rPr>
        <w:t>how the costs were estimated and why they are necessary</w:t>
      </w:r>
      <w:r w:rsidRPr="00D33277">
        <w:rPr>
          <w:rFonts w:ascii="Roboto" w:hAnsi="Roboto"/>
          <w:b w:val="0"/>
          <w:bCs w:val="0"/>
          <w:color w:val="000000"/>
          <w:shd w:val="clear" w:color="auto" w:fill="FFFFFF"/>
        </w:rPr>
        <w:t>,</w:t>
      </w:r>
    </w:p>
    <w:tbl>
      <w:tblPr>
        <w:tblStyle w:val="TableGrid"/>
        <w:tblW w:w="0" w:type="auto"/>
        <w:jc w:val="center"/>
        <w:tblLook w:val="04A0" w:firstRow="1" w:lastRow="0" w:firstColumn="1" w:lastColumn="0" w:noHBand="0" w:noVBand="1"/>
      </w:tblPr>
      <w:tblGrid>
        <w:gridCol w:w="10214"/>
      </w:tblGrid>
      <w:tr w:rsidR="00C945C2" w:rsidRPr="00B74068" w14:paraId="0938284F" w14:textId="77777777">
        <w:trPr>
          <w:jc w:val="center"/>
        </w:trPr>
        <w:tc>
          <w:tcPr>
            <w:tcW w:w="10368" w:type="dxa"/>
          </w:tcPr>
          <w:p w14:paraId="72D5A56C"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10.2 Budget Narrative: Explain how the budget was developed and "/>
                <w:tag w:val="10.2 Budget Narrative: Explain how the budget was developed and "/>
                <w:id w:val="-1933495780"/>
                <w:text/>
              </w:sdtPr>
              <w:sdtEndPr/>
              <w:sdtContent>
                <w:r w:rsidR="00FB3664" w:rsidRPr="00B74068">
                  <w:rPr>
                    <w:rFonts w:ascii="Calibri" w:hAnsi="Calibri" w:cs="Calibri"/>
                    <w:color w:val="000000" w:themeColor="text1"/>
                    <w:sz w:val="22"/>
                  </w:rPr>
                  <w:t>Type response here.</w:t>
                </w:r>
              </w:sdtContent>
            </w:sdt>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p>
        </w:tc>
      </w:tr>
    </w:tbl>
    <w:p w14:paraId="4A6F0CC8" w14:textId="49B40293" w:rsidR="00C945C2" w:rsidRPr="00721589" w:rsidRDefault="006C0ABC">
      <w:pPr>
        <w:pStyle w:val="Heading2"/>
        <w:rPr>
          <w:rFonts w:ascii="Calibri" w:hAnsi="Calibri" w:cs="Calibri"/>
          <w:color w:val="000000" w:themeColor="text1"/>
          <w:szCs w:val="22"/>
        </w:rPr>
      </w:pPr>
      <w:r w:rsidRPr="00721589">
        <w:rPr>
          <w:rFonts w:ascii="Calibri" w:hAnsi="Calibri" w:cs="Calibri"/>
          <w:color w:val="000000" w:themeColor="text1"/>
          <w:szCs w:val="22"/>
        </w:rPr>
        <w:t>8</w:t>
      </w:r>
      <w:r w:rsidR="00FB3664" w:rsidRPr="00721589">
        <w:rPr>
          <w:rFonts w:ascii="Calibri" w:hAnsi="Calibri" w:cs="Calibri"/>
          <w:color w:val="000000" w:themeColor="text1"/>
          <w:szCs w:val="22"/>
        </w:rPr>
        <w:t>.3 Match</w:t>
      </w:r>
      <w:r w:rsidR="00FD6D8E" w:rsidRPr="00721589">
        <w:rPr>
          <w:rFonts w:ascii="Calibri" w:hAnsi="Calibri" w:cs="Calibri"/>
          <w:color w:val="000000" w:themeColor="text1"/>
          <w:szCs w:val="22"/>
        </w:rPr>
        <w:t xml:space="preserve"> </w:t>
      </w:r>
      <w:r w:rsidR="00E170A7" w:rsidRPr="00721589">
        <w:rPr>
          <w:rFonts w:ascii="Calibri" w:hAnsi="Calibri" w:cs="Calibri"/>
          <w:color w:val="000000" w:themeColor="text1"/>
          <w:szCs w:val="22"/>
        </w:rPr>
        <w:t xml:space="preserve">– answer only </w:t>
      </w:r>
      <w:r w:rsidR="00343E9A" w:rsidRPr="00721589">
        <w:rPr>
          <w:rFonts w:ascii="Calibri" w:hAnsi="Calibri" w:cs="Calibri"/>
          <w:color w:val="000000" w:themeColor="text1"/>
          <w:szCs w:val="22"/>
        </w:rPr>
        <w:t>8</w:t>
      </w:r>
      <w:r w:rsidR="00E170A7" w:rsidRPr="00721589">
        <w:rPr>
          <w:rFonts w:ascii="Calibri" w:hAnsi="Calibri" w:cs="Calibri"/>
          <w:color w:val="000000" w:themeColor="text1"/>
          <w:szCs w:val="22"/>
        </w:rPr>
        <w:t>.</w:t>
      </w:r>
      <w:r w:rsidR="00721589" w:rsidRPr="00721589">
        <w:rPr>
          <w:rFonts w:ascii="Calibri" w:hAnsi="Calibri" w:cs="Calibri"/>
          <w:color w:val="000000" w:themeColor="text1"/>
          <w:szCs w:val="22"/>
        </w:rPr>
        <w:t>3</w:t>
      </w:r>
      <w:r w:rsidR="00E170A7" w:rsidRPr="00721589">
        <w:rPr>
          <w:rFonts w:ascii="Calibri" w:hAnsi="Calibri" w:cs="Calibri"/>
          <w:color w:val="000000" w:themeColor="text1"/>
          <w:szCs w:val="22"/>
        </w:rPr>
        <w:t xml:space="preserve">a or </w:t>
      </w:r>
      <w:r w:rsidR="00343E9A" w:rsidRPr="00721589">
        <w:rPr>
          <w:rFonts w:ascii="Calibri" w:hAnsi="Calibri" w:cs="Calibri"/>
          <w:color w:val="000000" w:themeColor="text1"/>
          <w:szCs w:val="22"/>
        </w:rPr>
        <w:t>8</w:t>
      </w:r>
      <w:r w:rsidR="00E170A7" w:rsidRPr="00721589">
        <w:rPr>
          <w:rFonts w:ascii="Calibri" w:hAnsi="Calibri" w:cs="Calibri"/>
          <w:color w:val="000000" w:themeColor="text1"/>
          <w:szCs w:val="22"/>
        </w:rPr>
        <w:t>.</w:t>
      </w:r>
      <w:r w:rsidR="00721589" w:rsidRPr="00721589">
        <w:rPr>
          <w:rFonts w:ascii="Calibri" w:hAnsi="Calibri" w:cs="Calibri"/>
          <w:color w:val="000000" w:themeColor="text1"/>
          <w:szCs w:val="22"/>
        </w:rPr>
        <w:t>3</w:t>
      </w:r>
      <w:r w:rsidR="00E170A7" w:rsidRPr="00721589">
        <w:rPr>
          <w:rFonts w:ascii="Calibri" w:hAnsi="Calibri" w:cs="Calibri"/>
          <w:color w:val="000000" w:themeColor="text1"/>
          <w:szCs w:val="22"/>
        </w:rPr>
        <w:t>b</w:t>
      </w:r>
    </w:p>
    <w:p w14:paraId="6A9BFDDF" w14:textId="77777777" w:rsidR="00343E9A" w:rsidRPr="00721589" w:rsidRDefault="00343E9A" w:rsidP="00343E9A">
      <w:pPr>
        <w:rPr>
          <w:rFonts w:asciiTheme="majorHAnsi" w:hAnsiTheme="majorHAnsi" w:cstheme="majorHAnsi"/>
          <w:b/>
          <w:bCs/>
          <w:sz w:val="22"/>
        </w:rPr>
      </w:pPr>
    </w:p>
    <w:p w14:paraId="08AC8CED" w14:textId="03E1057B" w:rsidR="00343E9A" w:rsidRPr="00721589" w:rsidRDefault="00343E9A" w:rsidP="00343E9A">
      <w:pPr>
        <w:rPr>
          <w:rFonts w:asciiTheme="majorHAnsi" w:hAnsiTheme="majorHAnsi" w:cstheme="majorHAnsi"/>
          <w:b/>
          <w:bCs/>
          <w:sz w:val="22"/>
        </w:rPr>
      </w:pPr>
      <w:r w:rsidRPr="00721589">
        <w:rPr>
          <w:rFonts w:asciiTheme="majorHAnsi" w:hAnsiTheme="majorHAnsi" w:cstheme="majorHAnsi"/>
          <w:b/>
          <w:bCs/>
          <w:sz w:val="22"/>
        </w:rPr>
        <w:t xml:space="preserve">8.3a Provide any sources* of 25% match for the project and provide narrative. </w:t>
      </w:r>
    </w:p>
    <w:tbl>
      <w:tblPr>
        <w:tblStyle w:val="TableGrid"/>
        <w:tblW w:w="0" w:type="auto"/>
        <w:jc w:val="center"/>
        <w:tblLook w:val="04A0" w:firstRow="1" w:lastRow="0" w:firstColumn="1" w:lastColumn="0" w:noHBand="0" w:noVBand="1"/>
      </w:tblPr>
      <w:tblGrid>
        <w:gridCol w:w="3000"/>
        <w:gridCol w:w="2000"/>
        <w:gridCol w:w="2500"/>
        <w:gridCol w:w="2500"/>
      </w:tblGrid>
      <w:tr w:rsidR="00343E9A" w:rsidRPr="00721589" w14:paraId="0EDB46D2" w14:textId="77777777" w:rsidTr="002C5E2A">
        <w:trPr>
          <w:jc w:val="center"/>
        </w:trPr>
        <w:tc>
          <w:tcPr>
            <w:tcW w:w="3000" w:type="dxa"/>
            <w:shd w:val="clear" w:color="auto" w:fill="EDEAF5"/>
          </w:tcPr>
          <w:p w14:paraId="5EA721CF" w14:textId="77777777" w:rsidR="00343E9A" w:rsidRPr="00721589" w:rsidRDefault="00343E9A" w:rsidP="002C5E2A">
            <w:pPr>
              <w:rPr>
                <w:rFonts w:ascii="Calibri" w:hAnsi="Calibri" w:cs="Calibri"/>
                <w:color w:val="000000" w:themeColor="text1"/>
                <w:sz w:val="22"/>
              </w:rPr>
            </w:pPr>
            <w:r w:rsidRPr="00721589">
              <w:rPr>
                <w:rFonts w:ascii="Calibri" w:hAnsi="Calibri" w:cs="Calibri"/>
                <w:b/>
                <w:color w:val="000000" w:themeColor="text1"/>
                <w:sz w:val="22"/>
              </w:rPr>
              <w:t>Match Source</w:t>
            </w:r>
          </w:p>
        </w:tc>
        <w:tc>
          <w:tcPr>
            <w:tcW w:w="2000" w:type="dxa"/>
            <w:shd w:val="clear" w:color="auto" w:fill="EDEAF5"/>
          </w:tcPr>
          <w:p w14:paraId="4CC8E780" w14:textId="77777777" w:rsidR="00343E9A" w:rsidRPr="00721589" w:rsidRDefault="00343E9A" w:rsidP="002C5E2A">
            <w:pPr>
              <w:rPr>
                <w:rFonts w:ascii="Calibri" w:hAnsi="Calibri" w:cs="Calibri"/>
                <w:color w:val="000000" w:themeColor="text1"/>
                <w:sz w:val="22"/>
              </w:rPr>
            </w:pPr>
            <w:r w:rsidRPr="00721589">
              <w:rPr>
                <w:rFonts w:ascii="Calibri" w:hAnsi="Calibri" w:cs="Calibri"/>
                <w:b/>
                <w:color w:val="000000" w:themeColor="text1"/>
                <w:sz w:val="22"/>
              </w:rPr>
              <w:t>Cash or In-Kind</w:t>
            </w:r>
          </w:p>
        </w:tc>
        <w:tc>
          <w:tcPr>
            <w:tcW w:w="2500" w:type="dxa"/>
            <w:shd w:val="clear" w:color="auto" w:fill="EDEAF5"/>
          </w:tcPr>
          <w:p w14:paraId="52660984" w14:textId="77777777" w:rsidR="00343E9A" w:rsidRPr="00721589" w:rsidRDefault="00343E9A" w:rsidP="002C5E2A">
            <w:pPr>
              <w:rPr>
                <w:rFonts w:ascii="Calibri" w:hAnsi="Calibri" w:cs="Calibri"/>
                <w:color w:val="000000" w:themeColor="text1"/>
                <w:sz w:val="22"/>
              </w:rPr>
            </w:pPr>
            <w:r w:rsidRPr="00721589">
              <w:rPr>
                <w:rFonts w:ascii="Calibri" w:hAnsi="Calibri" w:cs="Calibri"/>
                <w:b/>
                <w:color w:val="000000" w:themeColor="text1"/>
                <w:sz w:val="22"/>
              </w:rPr>
              <w:t>Amount</w:t>
            </w:r>
          </w:p>
        </w:tc>
        <w:tc>
          <w:tcPr>
            <w:tcW w:w="2500" w:type="dxa"/>
            <w:shd w:val="clear" w:color="auto" w:fill="EDEAF5"/>
          </w:tcPr>
          <w:p w14:paraId="2F87FC00" w14:textId="77777777" w:rsidR="00343E9A" w:rsidRPr="00721589" w:rsidRDefault="00343E9A" w:rsidP="002C5E2A">
            <w:pPr>
              <w:rPr>
                <w:rFonts w:ascii="Calibri" w:hAnsi="Calibri" w:cs="Calibri"/>
                <w:color w:val="000000" w:themeColor="text1"/>
                <w:sz w:val="22"/>
              </w:rPr>
            </w:pPr>
            <w:r w:rsidRPr="00721589">
              <w:rPr>
                <w:rFonts w:ascii="Calibri" w:hAnsi="Calibri" w:cs="Calibri"/>
                <w:b/>
                <w:color w:val="000000" w:themeColor="text1"/>
                <w:sz w:val="22"/>
              </w:rPr>
              <w:t>Committed?</w:t>
            </w:r>
          </w:p>
        </w:tc>
      </w:tr>
      <w:tr w:rsidR="00343E9A" w:rsidRPr="00721589" w14:paraId="7704EDC7" w14:textId="77777777" w:rsidTr="002C5E2A">
        <w:trPr>
          <w:jc w:val="center"/>
        </w:trPr>
        <w:tc>
          <w:tcPr>
            <w:tcW w:w="3000" w:type="dxa"/>
          </w:tcPr>
          <w:p w14:paraId="0D38B052"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1_0"/>
                <w:tag w:val="match1_0"/>
                <w:id w:val="-1509441492"/>
                <w:showingPlcHdr/>
                <w:text/>
              </w:sdtPr>
              <w:sdtEndPr/>
              <w:sdtContent>
                <w:r w:rsidR="00343E9A" w:rsidRPr="00721589">
                  <w:rPr>
                    <w:rFonts w:ascii="Calibri" w:hAnsi="Calibri" w:cs="Calibri"/>
                    <w:color w:val="000000" w:themeColor="text1"/>
                    <w:sz w:val="22"/>
                  </w:rPr>
                  <w:t xml:space="preserve">     </w:t>
                </w:r>
              </w:sdtContent>
            </w:sdt>
          </w:p>
        </w:tc>
        <w:tc>
          <w:tcPr>
            <w:tcW w:w="2000" w:type="dxa"/>
          </w:tcPr>
          <w:p w14:paraId="52D0FEF2"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1_1"/>
                <w:tag w:val="match1_1"/>
                <w:id w:val="-798454270"/>
                <w:text/>
              </w:sdtPr>
              <w:sdtEndPr/>
              <w:sdtContent/>
            </w:sdt>
          </w:p>
        </w:tc>
        <w:tc>
          <w:tcPr>
            <w:tcW w:w="2500" w:type="dxa"/>
          </w:tcPr>
          <w:p w14:paraId="36D17CDB"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1_2"/>
                <w:tag w:val="match1_2"/>
                <w:id w:val="1396081455"/>
                <w:text/>
              </w:sdtPr>
              <w:sdtEndPr/>
              <w:sdtContent/>
            </w:sdt>
          </w:p>
        </w:tc>
        <w:tc>
          <w:tcPr>
            <w:tcW w:w="2500" w:type="dxa"/>
          </w:tcPr>
          <w:p w14:paraId="1DAFA977"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1_3"/>
                <w:tag w:val="match1_3"/>
                <w:id w:val="-121849423"/>
                <w:text/>
              </w:sdtPr>
              <w:sdtEndPr/>
              <w:sdtContent/>
            </w:sdt>
          </w:p>
        </w:tc>
      </w:tr>
      <w:tr w:rsidR="00343E9A" w:rsidRPr="00721589" w14:paraId="7D3584C0" w14:textId="77777777" w:rsidTr="002C5E2A">
        <w:trPr>
          <w:jc w:val="center"/>
        </w:trPr>
        <w:tc>
          <w:tcPr>
            <w:tcW w:w="3000" w:type="dxa"/>
          </w:tcPr>
          <w:p w14:paraId="1322EA4D"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2_0"/>
                <w:tag w:val="match2_0"/>
                <w:id w:val="853695004"/>
                <w:showingPlcHdr/>
                <w:text/>
              </w:sdtPr>
              <w:sdtEndPr/>
              <w:sdtContent>
                <w:r w:rsidR="00343E9A" w:rsidRPr="00721589">
                  <w:rPr>
                    <w:rFonts w:ascii="Calibri" w:hAnsi="Calibri" w:cs="Calibri"/>
                    <w:color w:val="000000" w:themeColor="text1"/>
                    <w:sz w:val="22"/>
                  </w:rPr>
                  <w:t xml:space="preserve">     </w:t>
                </w:r>
              </w:sdtContent>
            </w:sdt>
          </w:p>
        </w:tc>
        <w:tc>
          <w:tcPr>
            <w:tcW w:w="2000" w:type="dxa"/>
          </w:tcPr>
          <w:p w14:paraId="3D833AF4"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2_1"/>
                <w:tag w:val="match2_1"/>
                <w:id w:val="1155572657"/>
                <w:text/>
              </w:sdtPr>
              <w:sdtEndPr/>
              <w:sdtContent/>
            </w:sdt>
          </w:p>
        </w:tc>
        <w:tc>
          <w:tcPr>
            <w:tcW w:w="2500" w:type="dxa"/>
          </w:tcPr>
          <w:p w14:paraId="6E797835"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2_2"/>
                <w:tag w:val="match2_2"/>
                <w:id w:val="568310627"/>
                <w:text/>
              </w:sdtPr>
              <w:sdtEndPr/>
              <w:sdtContent/>
            </w:sdt>
          </w:p>
        </w:tc>
        <w:tc>
          <w:tcPr>
            <w:tcW w:w="2500" w:type="dxa"/>
          </w:tcPr>
          <w:p w14:paraId="450573BA"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2_3"/>
                <w:tag w:val="match2_3"/>
                <w:id w:val="862242353"/>
                <w:text/>
              </w:sdtPr>
              <w:sdtEndPr/>
              <w:sdtContent/>
            </w:sdt>
          </w:p>
        </w:tc>
      </w:tr>
      <w:tr w:rsidR="00343E9A" w:rsidRPr="00721589" w14:paraId="69BFDA86" w14:textId="77777777" w:rsidTr="002C5E2A">
        <w:trPr>
          <w:jc w:val="center"/>
        </w:trPr>
        <w:tc>
          <w:tcPr>
            <w:tcW w:w="3000" w:type="dxa"/>
          </w:tcPr>
          <w:p w14:paraId="0932C652"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3_0"/>
                <w:tag w:val="match3_0"/>
                <w:id w:val="-1556609438"/>
                <w:showingPlcHdr/>
                <w:text/>
              </w:sdtPr>
              <w:sdtEndPr/>
              <w:sdtContent>
                <w:r w:rsidR="00343E9A" w:rsidRPr="00721589">
                  <w:rPr>
                    <w:rFonts w:ascii="Calibri" w:hAnsi="Calibri" w:cs="Calibri"/>
                    <w:color w:val="000000" w:themeColor="text1"/>
                    <w:sz w:val="22"/>
                  </w:rPr>
                  <w:t xml:space="preserve">     </w:t>
                </w:r>
              </w:sdtContent>
            </w:sdt>
          </w:p>
        </w:tc>
        <w:tc>
          <w:tcPr>
            <w:tcW w:w="2000" w:type="dxa"/>
          </w:tcPr>
          <w:p w14:paraId="7BEEE1F8"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3_1"/>
                <w:tag w:val="match3_1"/>
                <w:id w:val="781840338"/>
                <w:text/>
              </w:sdtPr>
              <w:sdtEndPr/>
              <w:sdtContent/>
            </w:sdt>
          </w:p>
        </w:tc>
        <w:tc>
          <w:tcPr>
            <w:tcW w:w="2500" w:type="dxa"/>
          </w:tcPr>
          <w:p w14:paraId="165FF16A"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3_2"/>
                <w:tag w:val="match3_2"/>
                <w:id w:val="-1318419583"/>
                <w:text/>
              </w:sdtPr>
              <w:sdtEndPr/>
              <w:sdtContent/>
            </w:sdt>
          </w:p>
        </w:tc>
        <w:tc>
          <w:tcPr>
            <w:tcW w:w="2500" w:type="dxa"/>
          </w:tcPr>
          <w:p w14:paraId="79BD2EF8"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3_3"/>
                <w:tag w:val="match3_3"/>
                <w:id w:val="1049578614"/>
                <w:text/>
              </w:sdtPr>
              <w:sdtEndPr/>
              <w:sdtContent/>
            </w:sdt>
          </w:p>
        </w:tc>
      </w:tr>
      <w:tr w:rsidR="00343E9A" w:rsidRPr="00721589" w14:paraId="3505E17A" w14:textId="77777777" w:rsidTr="002C5E2A">
        <w:trPr>
          <w:jc w:val="center"/>
        </w:trPr>
        <w:tc>
          <w:tcPr>
            <w:tcW w:w="3000" w:type="dxa"/>
          </w:tcPr>
          <w:p w14:paraId="002F3F65"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4_0"/>
                <w:tag w:val="match4_0"/>
                <w:id w:val="-1718192018"/>
                <w:showingPlcHdr/>
                <w:text/>
              </w:sdtPr>
              <w:sdtEndPr/>
              <w:sdtContent>
                <w:r w:rsidR="00343E9A" w:rsidRPr="00721589">
                  <w:rPr>
                    <w:rFonts w:ascii="Calibri" w:hAnsi="Calibri" w:cs="Calibri"/>
                    <w:color w:val="000000" w:themeColor="text1"/>
                    <w:sz w:val="22"/>
                  </w:rPr>
                  <w:t xml:space="preserve">     </w:t>
                </w:r>
              </w:sdtContent>
            </w:sdt>
          </w:p>
        </w:tc>
        <w:tc>
          <w:tcPr>
            <w:tcW w:w="2000" w:type="dxa"/>
          </w:tcPr>
          <w:p w14:paraId="2F9FAAB5"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4_1"/>
                <w:tag w:val="match4_1"/>
                <w:id w:val="-2108888463"/>
                <w:text/>
              </w:sdtPr>
              <w:sdtEndPr/>
              <w:sdtContent/>
            </w:sdt>
          </w:p>
        </w:tc>
        <w:tc>
          <w:tcPr>
            <w:tcW w:w="2500" w:type="dxa"/>
          </w:tcPr>
          <w:p w14:paraId="1B64B142"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4_2"/>
                <w:tag w:val="match4_2"/>
                <w:id w:val="1316214495"/>
                <w:text/>
              </w:sdtPr>
              <w:sdtEndPr/>
              <w:sdtContent/>
            </w:sdt>
          </w:p>
        </w:tc>
        <w:tc>
          <w:tcPr>
            <w:tcW w:w="2500" w:type="dxa"/>
          </w:tcPr>
          <w:p w14:paraId="00F0E821"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match4_3"/>
                <w:tag w:val="match4_3"/>
                <w:id w:val="-1548375456"/>
                <w:text/>
              </w:sdtPr>
              <w:sdtEndPr/>
              <w:sdtContent/>
            </w:sdt>
          </w:p>
        </w:tc>
      </w:tr>
    </w:tbl>
    <w:p w14:paraId="3DA7D499" w14:textId="77777777" w:rsidR="00343E9A" w:rsidRPr="00721589" w:rsidRDefault="00343E9A" w:rsidP="00343E9A">
      <w:pPr>
        <w:pStyle w:val="Heading3"/>
        <w:rPr>
          <w:rFonts w:ascii="Calibri" w:hAnsi="Calibri" w:cs="Calibri"/>
          <w:b w:val="0"/>
          <w:bCs w:val="0"/>
          <w:color w:val="000000" w:themeColor="text1"/>
          <w:sz w:val="22"/>
        </w:rPr>
      </w:pPr>
      <w:r w:rsidRPr="00721589">
        <w:rPr>
          <w:rFonts w:ascii="Calibri" w:hAnsi="Calibri" w:cs="Calibri"/>
          <w:color w:val="000000" w:themeColor="text1"/>
          <w:sz w:val="22"/>
        </w:rPr>
        <w:t xml:space="preserve">Describe the match source and how it will support the project. </w:t>
      </w:r>
      <w:r w:rsidRPr="00721589">
        <w:rPr>
          <w:rFonts w:ascii="Calibri" w:hAnsi="Calibri" w:cs="Calibri"/>
          <w:b w:val="0"/>
          <w:bCs w:val="0"/>
          <w:color w:val="000000" w:themeColor="text1"/>
          <w:sz w:val="22"/>
        </w:rPr>
        <w:t>Note that cash or in-kind match must be for items that would be eligible for funding in the YHDP Grant program.</w:t>
      </w:r>
    </w:p>
    <w:tbl>
      <w:tblPr>
        <w:tblStyle w:val="TableGrid"/>
        <w:tblW w:w="0" w:type="auto"/>
        <w:jc w:val="center"/>
        <w:tblLook w:val="04A0" w:firstRow="1" w:lastRow="0" w:firstColumn="1" w:lastColumn="0" w:noHBand="0" w:noVBand="1"/>
      </w:tblPr>
      <w:tblGrid>
        <w:gridCol w:w="10214"/>
      </w:tblGrid>
      <w:tr w:rsidR="00343E9A" w:rsidRPr="00721589" w14:paraId="3FEBF2AB" w14:textId="77777777" w:rsidTr="002C5E2A">
        <w:trPr>
          <w:jc w:val="center"/>
        </w:trPr>
        <w:tc>
          <w:tcPr>
            <w:tcW w:w="10368" w:type="dxa"/>
          </w:tcPr>
          <w:p w14:paraId="6A93B74D" w14:textId="77777777" w:rsidR="00343E9A"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Describe the match source and how it will support the project."/>
                <w:tag w:val="Describe the match source and how it will support the project."/>
                <w:id w:val="1958208061"/>
                <w:text/>
              </w:sdtPr>
              <w:sdtEndPr/>
              <w:sdtContent>
                <w:r w:rsidR="00343E9A" w:rsidRPr="00721589">
                  <w:rPr>
                    <w:rFonts w:ascii="Calibri" w:hAnsi="Calibri" w:cs="Calibri"/>
                    <w:color w:val="000000" w:themeColor="text1"/>
                    <w:sz w:val="22"/>
                  </w:rPr>
                  <w:t>Type response here.</w:t>
                </w:r>
              </w:sdtContent>
            </w:sdt>
            <w:r w:rsidR="00343E9A" w:rsidRPr="00721589">
              <w:rPr>
                <w:rFonts w:ascii="Calibri" w:hAnsi="Calibri" w:cs="Calibri"/>
                <w:color w:val="000000" w:themeColor="text1"/>
                <w:sz w:val="22"/>
              </w:rPr>
              <w:br/>
              <w:t xml:space="preserve"> </w:t>
            </w:r>
            <w:r w:rsidR="00343E9A" w:rsidRPr="00721589">
              <w:rPr>
                <w:rFonts w:ascii="Calibri" w:hAnsi="Calibri" w:cs="Calibri"/>
                <w:color w:val="000000" w:themeColor="text1"/>
                <w:sz w:val="22"/>
              </w:rPr>
              <w:br/>
              <w:t xml:space="preserve"> </w:t>
            </w:r>
            <w:r w:rsidR="00343E9A" w:rsidRPr="00721589">
              <w:rPr>
                <w:rFonts w:ascii="Calibri" w:hAnsi="Calibri" w:cs="Calibri"/>
                <w:color w:val="000000" w:themeColor="text1"/>
                <w:sz w:val="22"/>
              </w:rPr>
              <w:br/>
              <w:t xml:space="preserve"> </w:t>
            </w:r>
          </w:p>
        </w:tc>
      </w:tr>
    </w:tbl>
    <w:p w14:paraId="59C960F6" w14:textId="77777777" w:rsidR="00343E9A" w:rsidRPr="00721589" w:rsidRDefault="00343E9A" w:rsidP="00343E9A">
      <w:pPr>
        <w:spacing w:before="100" w:beforeAutospacing="1" w:after="0"/>
        <w:rPr>
          <w:rFonts w:ascii="Calibri" w:hAnsi="Calibri" w:cs="Calibri"/>
          <w:b/>
          <w:bCs/>
          <w:color w:val="000000" w:themeColor="text1"/>
          <w:sz w:val="22"/>
        </w:rPr>
      </w:pPr>
      <w:r w:rsidRPr="00721589">
        <w:rPr>
          <w:rFonts w:ascii="Calibri" w:hAnsi="Calibri" w:cs="Calibri"/>
          <w:b/>
          <w:bCs/>
          <w:color w:val="000000" w:themeColor="text1"/>
          <w:sz w:val="22"/>
        </w:rPr>
        <w:t>*Attachment Requirement</w:t>
      </w:r>
    </w:p>
    <w:p w14:paraId="1D99AB37" w14:textId="77777777" w:rsidR="00343E9A" w:rsidRPr="00721589" w:rsidRDefault="00343E9A" w:rsidP="00343E9A">
      <w:pPr>
        <w:pStyle w:val="ListParagraph"/>
        <w:numPr>
          <w:ilvl w:val="0"/>
          <w:numId w:val="13"/>
        </w:numPr>
        <w:spacing w:after="0"/>
        <w:rPr>
          <w:rFonts w:ascii="Calibri" w:hAnsi="Calibri" w:cs="Calibri"/>
          <w:color w:val="000000" w:themeColor="text1"/>
          <w:sz w:val="22"/>
        </w:rPr>
      </w:pPr>
      <w:r w:rsidRPr="00721589">
        <w:rPr>
          <w:rFonts w:ascii="Calibri" w:hAnsi="Calibri" w:cs="Calibri"/>
          <w:color w:val="000000" w:themeColor="text1"/>
          <w:sz w:val="22"/>
        </w:rPr>
        <w:t>Documentation verifying match commitments (if applicable)</w:t>
      </w:r>
    </w:p>
    <w:p w14:paraId="0DE0EB38" w14:textId="77777777" w:rsidR="00343E9A" w:rsidRPr="00721589" w:rsidRDefault="00343E9A" w:rsidP="00343E9A"/>
    <w:p w14:paraId="0A5E00EA" w14:textId="28F87DC0" w:rsidR="00E170A7" w:rsidRPr="00721589" w:rsidRDefault="006C0ABC" w:rsidP="00E170A7">
      <w:pPr>
        <w:pStyle w:val="Heading3"/>
        <w:rPr>
          <w:rFonts w:ascii="Calibri" w:hAnsi="Calibri" w:cs="Calibri"/>
          <w:b w:val="0"/>
          <w:bCs w:val="0"/>
          <w:color w:val="000000" w:themeColor="text1"/>
          <w:sz w:val="22"/>
        </w:rPr>
      </w:pPr>
      <w:r w:rsidRPr="00721589">
        <w:rPr>
          <w:rFonts w:ascii="Calibri" w:hAnsi="Calibri" w:cs="Calibri"/>
          <w:color w:val="000000" w:themeColor="text1"/>
          <w:sz w:val="22"/>
        </w:rPr>
        <w:t>8</w:t>
      </w:r>
      <w:r w:rsidR="00E170A7" w:rsidRPr="00721589">
        <w:rPr>
          <w:rFonts w:ascii="Calibri" w:hAnsi="Calibri" w:cs="Calibri"/>
          <w:color w:val="000000" w:themeColor="text1"/>
          <w:sz w:val="22"/>
        </w:rPr>
        <w:t>.3</w:t>
      </w:r>
      <w:r w:rsidR="008871D8" w:rsidRPr="00721589">
        <w:rPr>
          <w:rFonts w:ascii="Calibri" w:hAnsi="Calibri" w:cs="Calibri"/>
          <w:color w:val="000000" w:themeColor="text1"/>
          <w:sz w:val="22"/>
        </w:rPr>
        <w:t>b</w:t>
      </w:r>
      <w:r w:rsidR="00E170A7" w:rsidRPr="00721589">
        <w:rPr>
          <w:rFonts w:ascii="Calibri" w:hAnsi="Calibri" w:cs="Calibri"/>
          <w:color w:val="000000" w:themeColor="text1"/>
          <w:sz w:val="22"/>
        </w:rPr>
        <w:t xml:space="preserve"> </w:t>
      </w:r>
      <w:r w:rsidR="00343E9A" w:rsidRPr="00721589">
        <w:rPr>
          <w:rFonts w:ascii="Calibri" w:hAnsi="Calibri" w:cs="Calibri"/>
          <w:color w:val="000000" w:themeColor="text1"/>
          <w:sz w:val="22"/>
        </w:rPr>
        <w:t>If not providing match, d</w:t>
      </w:r>
      <w:r w:rsidR="00E170A7" w:rsidRPr="00721589">
        <w:rPr>
          <w:rFonts w:ascii="Calibri" w:hAnsi="Calibri" w:cs="Calibri"/>
          <w:color w:val="000000" w:themeColor="text1"/>
          <w:sz w:val="22"/>
        </w:rPr>
        <w:t xml:space="preserve">escribe </w:t>
      </w:r>
      <w:r w:rsidR="00721589">
        <w:rPr>
          <w:rFonts w:ascii="Calibri" w:hAnsi="Calibri" w:cs="Calibri"/>
          <w:color w:val="000000" w:themeColor="text1"/>
          <w:sz w:val="22"/>
        </w:rPr>
        <w:t xml:space="preserve">community </w:t>
      </w:r>
      <w:r w:rsidR="00E170A7" w:rsidRPr="00721589">
        <w:rPr>
          <w:rFonts w:ascii="Calibri" w:hAnsi="Calibri" w:cs="Calibri"/>
          <w:color w:val="000000" w:themeColor="text1"/>
          <w:sz w:val="22"/>
        </w:rPr>
        <w:t xml:space="preserve">resources </w:t>
      </w:r>
      <w:r w:rsidR="00721589">
        <w:rPr>
          <w:rFonts w:ascii="Calibri" w:hAnsi="Calibri" w:cs="Calibri"/>
          <w:color w:val="000000" w:themeColor="text1"/>
          <w:sz w:val="22"/>
        </w:rPr>
        <w:t>that will</w:t>
      </w:r>
      <w:r w:rsidR="00E170A7" w:rsidRPr="00721589">
        <w:rPr>
          <w:rFonts w:ascii="Calibri" w:hAnsi="Calibri" w:cs="Calibri"/>
          <w:color w:val="000000" w:themeColor="text1"/>
          <w:sz w:val="22"/>
        </w:rPr>
        <w:t xml:space="preserve"> support the CoC in seeking a match waiver for YHDP projects and explain how it will support the project. </w:t>
      </w:r>
      <w:r w:rsidR="00721589">
        <w:rPr>
          <w:rFonts w:ascii="Calibri" w:hAnsi="Calibri" w:cs="Calibri"/>
          <w:color w:val="000000" w:themeColor="text1"/>
          <w:sz w:val="22"/>
        </w:rPr>
        <w:t>Provide information about specific programs or resources that will be made available to youth served by the project.</w:t>
      </w:r>
    </w:p>
    <w:tbl>
      <w:tblPr>
        <w:tblStyle w:val="TableGrid"/>
        <w:tblW w:w="0" w:type="auto"/>
        <w:jc w:val="center"/>
        <w:tblLook w:val="04A0" w:firstRow="1" w:lastRow="0" w:firstColumn="1" w:lastColumn="0" w:noHBand="0" w:noVBand="1"/>
      </w:tblPr>
      <w:tblGrid>
        <w:gridCol w:w="10214"/>
      </w:tblGrid>
      <w:tr w:rsidR="00E170A7" w:rsidRPr="00343E9A" w14:paraId="1B098A1C" w14:textId="77777777" w:rsidTr="002C5E2A">
        <w:trPr>
          <w:jc w:val="center"/>
        </w:trPr>
        <w:tc>
          <w:tcPr>
            <w:tcW w:w="10368" w:type="dxa"/>
          </w:tcPr>
          <w:p w14:paraId="5355BB91" w14:textId="77777777" w:rsidR="00E170A7" w:rsidRPr="00721589" w:rsidRDefault="00721589" w:rsidP="002C5E2A">
            <w:pPr>
              <w:rPr>
                <w:rFonts w:ascii="Calibri" w:hAnsi="Calibri" w:cs="Calibri"/>
                <w:color w:val="000000" w:themeColor="text1"/>
                <w:sz w:val="22"/>
              </w:rPr>
            </w:pPr>
            <w:sdt>
              <w:sdtPr>
                <w:rPr>
                  <w:rFonts w:ascii="Calibri" w:hAnsi="Calibri" w:cs="Calibri"/>
                  <w:color w:val="000000" w:themeColor="text1"/>
                  <w:sz w:val="22"/>
                </w:rPr>
                <w:alias w:val="Describe the match source and how it will support the project."/>
                <w:tag w:val="Describe the match source and how it will support the project."/>
                <w:id w:val="-2085369562"/>
                <w:text/>
              </w:sdtPr>
              <w:sdtEndPr/>
              <w:sdtContent>
                <w:r w:rsidR="00E170A7" w:rsidRPr="00721589">
                  <w:rPr>
                    <w:rFonts w:ascii="Calibri" w:hAnsi="Calibri" w:cs="Calibri"/>
                    <w:color w:val="000000" w:themeColor="text1"/>
                    <w:sz w:val="22"/>
                  </w:rPr>
                  <w:t>Type response here.</w:t>
                </w:r>
              </w:sdtContent>
            </w:sdt>
            <w:r w:rsidR="00E170A7" w:rsidRPr="00721589">
              <w:rPr>
                <w:rFonts w:ascii="Calibri" w:hAnsi="Calibri" w:cs="Calibri"/>
                <w:color w:val="000000" w:themeColor="text1"/>
                <w:sz w:val="22"/>
              </w:rPr>
              <w:br/>
              <w:t xml:space="preserve"> </w:t>
            </w:r>
            <w:r w:rsidR="00E170A7" w:rsidRPr="00721589">
              <w:rPr>
                <w:rFonts w:ascii="Calibri" w:hAnsi="Calibri" w:cs="Calibri"/>
                <w:color w:val="000000" w:themeColor="text1"/>
                <w:sz w:val="22"/>
              </w:rPr>
              <w:br/>
              <w:t xml:space="preserve"> </w:t>
            </w:r>
            <w:r w:rsidR="00E170A7" w:rsidRPr="00721589">
              <w:rPr>
                <w:rFonts w:ascii="Calibri" w:hAnsi="Calibri" w:cs="Calibri"/>
                <w:color w:val="000000" w:themeColor="text1"/>
                <w:sz w:val="22"/>
              </w:rPr>
              <w:br/>
              <w:t xml:space="preserve"> </w:t>
            </w:r>
          </w:p>
        </w:tc>
      </w:tr>
    </w:tbl>
    <w:p w14:paraId="3CC60F9C" w14:textId="775FEDE8" w:rsidR="00C945C2" w:rsidRPr="00B74068" w:rsidRDefault="00FB3664" w:rsidP="00DE6257">
      <w:pPr>
        <w:pStyle w:val="Heading1"/>
        <w:shd w:val="clear" w:color="auto" w:fill="C6D9F1" w:themeFill="text2" w:themeFillTint="33"/>
        <w:spacing w:before="360"/>
        <w:rPr>
          <w:rFonts w:ascii="Calibri" w:hAnsi="Calibri" w:cs="Calibri"/>
          <w:color w:val="000000" w:themeColor="text1"/>
          <w:sz w:val="22"/>
          <w:szCs w:val="22"/>
        </w:rPr>
      </w:pPr>
      <w:r w:rsidRPr="00B74068">
        <w:rPr>
          <w:rFonts w:ascii="Calibri" w:hAnsi="Calibri" w:cs="Calibri"/>
          <w:color w:val="000000" w:themeColor="text1"/>
          <w:sz w:val="22"/>
          <w:szCs w:val="22"/>
        </w:rPr>
        <w:t xml:space="preserve">Section </w:t>
      </w:r>
      <w:r w:rsidR="006C0ABC">
        <w:rPr>
          <w:rFonts w:ascii="Calibri" w:hAnsi="Calibri" w:cs="Calibri"/>
          <w:color w:val="000000" w:themeColor="text1"/>
          <w:sz w:val="22"/>
          <w:szCs w:val="22"/>
        </w:rPr>
        <w:t>9</w:t>
      </w:r>
      <w:r w:rsidRPr="00B74068">
        <w:rPr>
          <w:rFonts w:ascii="Calibri" w:hAnsi="Calibri" w:cs="Calibri"/>
          <w:color w:val="000000" w:themeColor="text1"/>
          <w:sz w:val="22"/>
          <w:szCs w:val="22"/>
        </w:rPr>
        <w:t xml:space="preserve"> - Readiness to Implement</w:t>
      </w:r>
    </w:p>
    <w:p w14:paraId="1551AE57" w14:textId="7080B2E2" w:rsidR="00C945C2" w:rsidRPr="00B74068" w:rsidRDefault="006C0ABC">
      <w:pPr>
        <w:pStyle w:val="Heading3"/>
        <w:rPr>
          <w:rFonts w:ascii="Calibri" w:hAnsi="Calibri" w:cs="Calibri"/>
          <w:color w:val="000000" w:themeColor="text1"/>
          <w:sz w:val="22"/>
        </w:rPr>
      </w:pPr>
      <w:r>
        <w:rPr>
          <w:rFonts w:ascii="Calibri" w:hAnsi="Calibri" w:cs="Calibri"/>
          <w:color w:val="000000" w:themeColor="text1"/>
          <w:sz w:val="22"/>
        </w:rPr>
        <w:t>9</w:t>
      </w:r>
      <w:r w:rsidR="00FB3664" w:rsidRPr="00B74068">
        <w:rPr>
          <w:rFonts w:ascii="Calibri" w:hAnsi="Calibri" w:cs="Calibri"/>
          <w:color w:val="000000" w:themeColor="text1"/>
          <w:sz w:val="22"/>
        </w:rPr>
        <w:t>.1 Start-Up Timeline: If awarded, when could the project begin serving participants?</w:t>
      </w:r>
    </w:p>
    <w:tbl>
      <w:tblPr>
        <w:tblStyle w:val="TableGrid"/>
        <w:tblW w:w="0" w:type="auto"/>
        <w:jc w:val="center"/>
        <w:tblLook w:val="04A0" w:firstRow="1" w:lastRow="0" w:firstColumn="1" w:lastColumn="0" w:noHBand="0" w:noVBand="1"/>
      </w:tblPr>
      <w:tblGrid>
        <w:gridCol w:w="10214"/>
      </w:tblGrid>
      <w:tr w:rsidR="00C945C2" w:rsidRPr="00B74068" w14:paraId="20D30C87" w14:textId="77777777">
        <w:trPr>
          <w:jc w:val="center"/>
        </w:trPr>
        <w:tc>
          <w:tcPr>
            <w:tcW w:w="10368" w:type="dxa"/>
          </w:tcPr>
          <w:p w14:paraId="7999EAD6"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11.1 Start-Up Timeline: If awarded, when could the project begin"/>
                <w:tag w:val="11.1 Start-Up Timeline: If awarded, when could the project begin"/>
                <w:id w:val="707926216"/>
                <w:text/>
              </w:sdtPr>
              <w:sdtEndPr/>
              <w:sdtContent>
                <w:r w:rsidR="00FB3664" w:rsidRPr="00B74068">
                  <w:rPr>
                    <w:rFonts w:ascii="Calibri" w:hAnsi="Calibri" w:cs="Calibri"/>
                    <w:color w:val="000000" w:themeColor="text1"/>
                    <w:sz w:val="22"/>
                  </w:rPr>
                  <w:t>Type response here.</w:t>
                </w:r>
              </w:sdtContent>
            </w:sdt>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p>
        </w:tc>
      </w:tr>
    </w:tbl>
    <w:p w14:paraId="5B946963" w14:textId="76864DDA" w:rsidR="00C945C2" w:rsidRPr="00B74068" w:rsidRDefault="006C0ABC">
      <w:pPr>
        <w:pStyle w:val="Heading3"/>
        <w:rPr>
          <w:rFonts w:ascii="Calibri" w:hAnsi="Calibri" w:cs="Calibri"/>
          <w:color w:val="000000" w:themeColor="text1"/>
          <w:sz w:val="22"/>
        </w:rPr>
      </w:pPr>
      <w:r>
        <w:rPr>
          <w:rFonts w:ascii="Calibri" w:hAnsi="Calibri" w:cs="Calibri"/>
          <w:color w:val="000000" w:themeColor="text1"/>
          <w:sz w:val="22"/>
        </w:rPr>
        <w:lastRenderedPageBreak/>
        <w:t>9</w:t>
      </w:r>
      <w:r w:rsidR="00FB3664" w:rsidRPr="00B74068">
        <w:rPr>
          <w:rFonts w:ascii="Calibri" w:hAnsi="Calibri" w:cs="Calibri"/>
          <w:color w:val="000000" w:themeColor="text1"/>
          <w:sz w:val="22"/>
        </w:rPr>
        <w:t>.2 Staffing Readiness: Describe current staffing capacity and any positions that would need to be hired.</w:t>
      </w:r>
    </w:p>
    <w:tbl>
      <w:tblPr>
        <w:tblStyle w:val="TableGrid"/>
        <w:tblW w:w="0" w:type="auto"/>
        <w:jc w:val="center"/>
        <w:tblLook w:val="04A0" w:firstRow="1" w:lastRow="0" w:firstColumn="1" w:lastColumn="0" w:noHBand="0" w:noVBand="1"/>
      </w:tblPr>
      <w:tblGrid>
        <w:gridCol w:w="10214"/>
      </w:tblGrid>
      <w:tr w:rsidR="00C945C2" w:rsidRPr="00B74068" w14:paraId="63D4AB40" w14:textId="77777777">
        <w:trPr>
          <w:jc w:val="center"/>
        </w:trPr>
        <w:tc>
          <w:tcPr>
            <w:tcW w:w="10368" w:type="dxa"/>
          </w:tcPr>
          <w:p w14:paraId="679BECB4"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11.2 Staffing Readiness: Describe current staffing capacity and "/>
                <w:tag w:val="11.2 Staffing Readiness: Describe current staffing capacity and "/>
                <w:id w:val="205839229"/>
                <w:text/>
              </w:sdtPr>
              <w:sdtEndPr/>
              <w:sdtContent>
                <w:r w:rsidR="00FB3664" w:rsidRPr="00B74068">
                  <w:rPr>
                    <w:rFonts w:ascii="Calibri" w:hAnsi="Calibri" w:cs="Calibri"/>
                    <w:color w:val="000000" w:themeColor="text1"/>
                    <w:sz w:val="22"/>
                  </w:rPr>
                  <w:t>Type response here.</w:t>
                </w:r>
              </w:sdtContent>
            </w:sdt>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p>
        </w:tc>
      </w:tr>
    </w:tbl>
    <w:p w14:paraId="70BAABBC" w14:textId="57F5DF2A" w:rsidR="00C945C2" w:rsidRPr="00B74068" w:rsidRDefault="006C0ABC">
      <w:pPr>
        <w:pStyle w:val="Heading3"/>
        <w:rPr>
          <w:rFonts w:ascii="Calibri" w:hAnsi="Calibri" w:cs="Calibri"/>
          <w:color w:val="000000" w:themeColor="text1"/>
          <w:sz w:val="22"/>
        </w:rPr>
      </w:pPr>
      <w:r>
        <w:rPr>
          <w:rFonts w:ascii="Calibri" w:hAnsi="Calibri" w:cs="Calibri"/>
          <w:color w:val="000000" w:themeColor="text1"/>
          <w:sz w:val="22"/>
        </w:rPr>
        <w:t>9</w:t>
      </w:r>
      <w:r w:rsidR="00FB3664" w:rsidRPr="00B74068">
        <w:rPr>
          <w:rFonts w:ascii="Calibri" w:hAnsi="Calibri" w:cs="Calibri"/>
          <w:color w:val="000000" w:themeColor="text1"/>
          <w:sz w:val="22"/>
        </w:rPr>
        <w:t>.3 Administrative Capacity: Describe your organization’s ability to manage grant compliance, reporting, invoicing, documentation, monitoring, and financial oversight.</w:t>
      </w:r>
    </w:p>
    <w:tbl>
      <w:tblPr>
        <w:tblStyle w:val="TableGrid"/>
        <w:tblW w:w="0" w:type="auto"/>
        <w:jc w:val="center"/>
        <w:tblLook w:val="04A0" w:firstRow="1" w:lastRow="0" w:firstColumn="1" w:lastColumn="0" w:noHBand="0" w:noVBand="1"/>
      </w:tblPr>
      <w:tblGrid>
        <w:gridCol w:w="10214"/>
      </w:tblGrid>
      <w:tr w:rsidR="00C945C2" w:rsidRPr="00B74068" w14:paraId="7C584BA9" w14:textId="77777777">
        <w:trPr>
          <w:jc w:val="center"/>
        </w:trPr>
        <w:tc>
          <w:tcPr>
            <w:tcW w:w="10368" w:type="dxa"/>
          </w:tcPr>
          <w:p w14:paraId="445B444E"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11.3 Administrative Capacity: Describe your organization’s abili"/>
                <w:tag w:val="11.3 Administrative Capacity: Describe your organization’s abili"/>
                <w:id w:val="-1264847932"/>
                <w:text/>
              </w:sdtPr>
              <w:sdtEndPr/>
              <w:sdtContent>
                <w:r w:rsidR="00FB3664" w:rsidRPr="00B74068">
                  <w:rPr>
                    <w:rFonts w:ascii="Calibri" w:hAnsi="Calibri" w:cs="Calibri"/>
                    <w:color w:val="000000" w:themeColor="text1"/>
                    <w:sz w:val="22"/>
                  </w:rPr>
                  <w:t>Type response here.</w:t>
                </w:r>
              </w:sdtContent>
            </w:sdt>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r w:rsidR="00FB3664" w:rsidRPr="00B74068">
              <w:rPr>
                <w:rFonts w:ascii="Calibri" w:hAnsi="Calibri" w:cs="Calibri"/>
                <w:color w:val="000000" w:themeColor="text1"/>
                <w:sz w:val="22"/>
              </w:rPr>
              <w:br/>
              <w:t xml:space="preserve"> </w:t>
            </w:r>
          </w:p>
        </w:tc>
      </w:tr>
    </w:tbl>
    <w:p w14:paraId="6C223453" w14:textId="77777777" w:rsidR="00DE6257" w:rsidRDefault="00DE6257" w:rsidP="00DE6257">
      <w:pPr>
        <w:pStyle w:val="Heading1"/>
        <w:shd w:val="clear" w:color="auto" w:fill="C6D9F1" w:themeFill="text2" w:themeFillTint="33"/>
        <w:rPr>
          <w:rFonts w:ascii="Calibri" w:hAnsi="Calibri" w:cs="Calibri"/>
          <w:color w:val="000000" w:themeColor="text1"/>
          <w:sz w:val="22"/>
          <w:szCs w:val="22"/>
        </w:rPr>
      </w:pPr>
      <w:r w:rsidRPr="00B74068">
        <w:rPr>
          <w:rFonts w:ascii="Calibri" w:hAnsi="Calibri" w:cs="Calibri"/>
          <w:color w:val="000000" w:themeColor="text1"/>
          <w:sz w:val="22"/>
          <w:szCs w:val="22"/>
        </w:rPr>
        <w:t>Required Attachments</w:t>
      </w:r>
    </w:p>
    <w:p w14:paraId="773E4956" w14:textId="77777777" w:rsidR="00DE6257" w:rsidRPr="00A948D0" w:rsidRDefault="00DE6257" w:rsidP="00DE6257">
      <w:pPr>
        <w:pStyle w:val="Heading1"/>
        <w:spacing w:before="0"/>
        <w:rPr>
          <w:rFonts w:ascii="Calibri" w:hAnsi="Calibri" w:cs="Calibri"/>
          <w:color w:val="000000" w:themeColor="text1"/>
          <w:sz w:val="22"/>
          <w:szCs w:val="22"/>
        </w:rPr>
      </w:pPr>
    </w:p>
    <w:tbl>
      <w:tblPr>
        <w:tblStyle w:val="TableGrid"/>
        <w:tblW w:w="0" w:type="auto"/>
        <w:jc w:val="center"/>
        <w:tblLook w:val="04A0" w:firstRow="1" w:lastRow="0" w:firstColumn="1" w:lastColumn="0" w:noHBand="0" w:noVBand="1"/>
      </w:tblPr>
      <w:tblGrid>
        <w:gridCol w:w="5200"/>
        <w:gridCol w:w="3300"/>
        <w:gridCol w:w="1500"/>
      </w:tblGrid>
      <w:tr w:rsidR="00DE6257" w:rsidRPr="00B74068" w14:paraId="6EF288A3" w14:textId="77777777" w:rsidTr="0028204C">
        <w:trPr>
          <w:jc w:val="center"/>
        </w:trPr>
        <w:tc>
          <w:tcPr>
            <w:tcW w:w="5200" w:type="dxa"/>
            <w:shd w:val="clear" w:color="auto" w:fill="EDEAF5"/>
          </w:tcPr>
          <w:p w14:paraId="2B906BBE" w14:textId="77777777" w:rsidR="00DE6257" w:rsidRPr="00B74068" w:rsidRDefault="00DE6257" w:rsidP="0028204C">
            <w:pPr>
              <w:rPr>
                <w:rFonts w:ascii="Calibri" w:hAnsi="Calibri" w:cs="Calibri"/>
                <w:color w:val="000000" w:themeColor="text1"/>
                <w:sz w:val="22"/>
              </w:rPr>
            </w:pPr>
            <w:r w:rsidRPr="00B74068">
              <w:rPr>
                <w:rFonts w:ascii="Calibri" w:hAnsi="Calibri" w:cs="Calibri"/>
                <w:b/>
                <w:color w:val="000000" w:themeColor="text1"/>
                <w:sz w:val="22"/>
              </w:rPr>
              <w:t>Required Attachment</w:t>
            </w:r>
          </w:p>
        </w:tc>
        <w:tc>
          <w:tcPr>
            <w:tcW w:w="3300" w:type="dxa"/>
            <w:shd w:val="clear" w:color="auto" w:fill="EDEAF5"/>
          </w:tcPr>
          <w:p w14:paraId="5E822978" w14:textId="77777777" w:rsidR="00DE6257" w:rsidRPr="00B74068" w:rsidRDefault="00DE6257" w:rsidP="0028204C">
            <w:pPr>
              <w:rPr>
                <w:rFonts w:ascii="Calibri" w:hAnsi="Calibri" w:cs="Calibri"/>
                <w:color w:val="000000" w:themeColor="text1"/>
                <w:sz w:val="22"/>
              </w:rPr>
            </w:pPr>
            <w:r w:rsidRPr="00B74068">
              <w:rPr>
                <w:rFonts w:ascii="Calibri" w:hAnsi="Calibri" w:cs="Calibri"/>
                <w:b/>
                <w:color w:val="000000" w:themeColor="text1"/>
                <w:sz w:val="22"/>
              </w:rPr>
              <w:t>Applies To</w:t>
            </w:r>
          </w:p>
        </w:tc>
        <w:tc>
          <w:tcPr>
            <w:tcW w:w="1500" w:type="dxa"/>
            <w:shd w:val="clear" w:color="auto" w:fill="EDEAF5"/>
          </w:tcPr>
          <w:p w14:paraId="427DCB71" w14:textId="77777777" w:rsidR="00DE6257" w:rsidRPr="00B74068" w:rsidRDefault="00DE6257" w:rsidP="0028204C">
            <w:pPr>
              <w:rPr>
                <w:rFonts w:ascii="Calibri" w:hAnsi="Calibri" w:cs="Calibri"/>
                <w:color w:val="000000" w:themeColor="text1"/>
                <w:sz w:val="22"/>
              </w:rPr>
            </w:pPr>
            <w:r w:rsidRPr="00B74068">
              <w:rPr>
                <w:rFonts w:ascii="Calibri" w:hAnsi="Calibri" w:cs="Calibri"/>
                <w:b/>
                <w:color w:val="000000" w:themeColor="text1"/>
                <w:sz w:val="22"/>
              </w:rPr>
              <w:t>Submitted?</w:t>
            </w:r>
          </w:p>
        </w:tc>
      </w:tr>
      <w:tr w:rsidR="00DE6257" w:rsidRPr="00B74068" w14:paraId="59CA6587" w14:textId="77777777" w:rsidTr="0028204C">
        <w:trPr>
          <w:jc w:val="center"/>
        </w:trPr>
        <w:tc>
          <w:tcPr>
            <w:tcW w:w="5200" w:type="dxa"/>
          </w:tcPr>
          <w:p w14:paraId="6970C634" w14:textId="77777777"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SAM.gov / UEI confirmation</w:t>
            </w:r>
          </w:p>
        </w:tc>
        <w:tc>
          <w:tcPr>
            <w:tcW w:w="3300" w:type="dxa"/>
          </w:tcPr>
          <w:p w14:paraId="2670B5CC" w14:textId="77777777"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All new projects</w:t>
            </w:r>
          </w:p>
        </w:tc>
        <w:tc>
          <w:tcPr>
            <w:tcW w:w="1500" w:type="dxa"/>
          </w:tcPr>
          <w:p w14:paraId="4CFB2515" w14:textId="77777777" w:rsidR="00DE6257" w:rsidRDefault="00721589" w:rsidP="0028204C">
            <w:pPr>
              <w:rPr>
                <w:rFonts w:ascii="Calibri" w:hAnsi="Calibri" w:cs="Calibri"/>
                <w:color w:val="000000" w:themeColor="text1"/>
                <w:sz w:val="22"/>
              </w:rPr>
            </w:pPr>
            <w:sdt>
              <w:sdtPr>
                <w:rPr>
                  <w:rFonts w:ascii="Calibri" w:hAnsi="Calibri" w:cs="Calibri"/>
                  <w:color w:val="000000" w:themeColor="text1"/>
                  <w:sz w:val="22"/>
                </w:rPr>
                <w:alias w:val=""/>
                <w:tag w:val="att_4"/>
                <w:id w:val="938027813"/>
                <w14:checkbox>
                  <w14:checked w14:val="0"/>
                  <w14:checkedState w14:val="2612" w14:font="MS Gothic"/>
                  <w14:uncheckedState w14:val="2610" w14:font="MS Gothic"/>
                </w14:checkbox>
              </w:sdtPr>
              <w:sdtEndPr/>
              <w:sdtContent>
                <w:r w:rsidR="00DE6257" w:rsidRPr="00B74068">
                  <w:rPr>
                    <w:rFonts w:ascii="Segoe UI Symbol" w:eastAsia="MS Gothic" w:hAnsi="Segoe UI Symbol" w:cs="Segoe UI Symbol"/>
                    <w:color w:val="000000" w:themeColor="text1"/>
                    <w:sz w:val="22"/>
                  </w:rPr>
                  <w:t>☐</w:t>
                </w:r>
              </w:sdtContent>
            </w:sdt>
            <w:r w:rsidR="00DE6257" w:rsidRPr="00B74068">
              <w:rPr>
                <w:rFonts w:ascii="Calibri" w:hAnsi="Calibri" w:cs="Calibri"/>
                <w:color w:val="000000" w:themeColor="text1"/>
                <w:sz w:val="22"/>
              </w:rPr>
              <w:t xml:space="preserve">     </w:t>
            </w:r>
          </w:p>
        </w:tc>
      </w:tr>
      <w:tr w:rsidR="00DE6257" w:rsidRPr="00B74068" w14:paraId="251F94CC" w14:textId="77777777" w:rsidTr="0028204C">
        <w:trPr>
          <w:jc w:val="center"/>
        </w:trPr>
        <w:tc>
          <w:tcPr>
            <w:tcW w:w="5200" w:type="dxa"/>
          </w:tcPr>
          <w:p w14:paraId="44A5D026" w14:textId="77777777"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Applicant eligibility documentation</w:t>
            </w:r>
            <w:r>
              <w:rPr>
                <w:rFonts w:ascii="Calibri" w:hAnsi="Calibri" w:cs="Calibri"/>
                <w:color w:val="000000" w:themeColor="text1"/>
                <w:sz w:val="22"/>
              </w:rPr>
              <w:t xml:space="preserve"> (documentation of non-profit status)</w:t>
            </w:r>
          </w:p>
        </w:tc>
        <w:tc>
          <w:tcPr>
            <w:tcW w:w="3300" w:type="dxa"/>
          </w:tcPr>
          <w:p w14:paraId="282F0F0F" w14:textId="77777777"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All new projects</w:t>
            </w:r>
          </w:p>
        </w:tc>
        <w:tc>
          <w:tcPr>
            <w:tcW w:w="1500" w:type="dxa"/>
          </w:tcPr>
          <w:p w14:paraId="30617057" w14:textId="77777777" w:rsidR="00DE6257"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
                <w:tag w:val="att_5"/>
                <w:id w:val="190180855"/>
                <w14:checkbox>
                  <w14:checked w14:val="0"/>
                  <w14:checkedState w14:val="2612" w14:font="MS Gothic"/>
                  <w14:uncheckedState w14:val="2610" w14:font="MS Gothic"/>
                </w14:checkbox>
              </w:sdtPr>
              <w:sdtEndPr/>
              <w:sdtContent>
                <w:r w:rsidR="00DE6257" w:rsidRPr="00B74068">
                  <w:rPr>
                    <w:rFonts w:ascii="Segoe UI Symbol" w:eastAsia="MS Gothic" w:hAnsi="Segoe UI Symbol" w:cs="Segoe UI Symbol"/>
                    <w:color w:val="000000" w:themeColor="text1"/>
                    <w:sz w:val="22"/>
                  </w:rPr>
                  <w:t>☐</w:t>
                </w:r>
              </w:sdtContent>
            </w:sdt>
            <w:r w:rsidR="00DE6257" w:rsidRPr="00B74068">
              <w:rPr>
                <w:rFonts w:ascii="Calibri" w:hAnsi="Calibri" w:cs="Calibri"/>
                <w:color w:val="000000" w:themeColor="text1"/>
                <w:sz w:val="22"/>
              </w:rPr>
              <w:t xml:space="preserve">     </w:t>
            </w:r>
          </w:p>
        </w:tc>
      </w:tr>
      <w:tr w:rsidR="00DE6257" w:rsidRPr="00B74068" w14:paraId="71FDB168" w14:textId="77777777" w:rsidTr="0028204C">
        <w:trPr>
          <w:jc w:val="center"/>
        </w:trPr>
        <w:tc>
          <w:tcPr>
            <w:tcW w:w="5200" w:type="dxa"/>
          </w:tcPr>
          <w:p w14:paraId="479C0BC2" w14:textId="77777777"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Most recent audit or financial statement</w:t>
            </w:r>
          </w:p>
        </w:tc>
        <w:tc>
          <w:tcPr>
            <w:tcW w:w="3300" w:type="dxa"/>
          </w:tcPr>
          <w:p w14:paraId="487BED6A" w14:textId="77777777"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All new projects, as applicable</w:t>
            </w:r>
          </w:p>
        </w:tc>
        <w:tc>
          <w:tcPr>
            <w:tcW w:w="1500" w:type="dxa"/>
          </w:tcPr>
          <w:p w14:paraId="554FD07A" w14:textId="77777777" w:rsidR="00DE6257" w:rsidRDefault="00721589" w:rsidP="0028204C">
            <w:pPr>
              <w:rPr>
                <w:rFonts w:ascii="Calibri" w:hAnsi="Calibri" w:cs="Calibri"/>
                <w:color w:val="000000" w:themeColor="text1"/>
                <w:sz w:val="22"/>
              </w:rPr>
            </w:pPr>
            <w:sdt>
              <w:sdtPr>
                <w:rPr>
                  <w:rFonts w:ascii="Calibri" w:hAnsi="Calibri" w:cs="Calibri"/>
                  <w:color w:val="000000" w:themeColor="text1"/>
                  <w:sz w:val="22"/>
                </w:rPr>
                <w:alias w:val=""/>
                <w:tag w:val="att_6"/>
                <w:id w:val="992038406"/>
                <w14:checkbox>
                  <w14:checked w14:val="0"/>
                  <w14:checkedState w14:val="2612" w14:font="MS Gothic"/>
                  <w14:uncheckedState w14:val="2610" w14:font="MS Gothic"/>
                </w14:checkbox>
              </w:sdtPr>
              <w:sdtEndPr/>
              <w:sdtContent>
                <w:r w:rsidR="00DE6257" w:rsidRPr="00B74068">
                  <w:rPr>
                    <w:rFonts w:ascii="Segoe UI Symbol" w:eastAsia="MS Gothic" w:hAnsi="Segoe UI Symbol" w:cs="Segoe UI Symbol"/>
                    <w:color w:val="000000" w:themeColor="text1"/>
                    <w:sz w:val="22"/>
                  </w:rPr>
                  <w:t>☐</w:t>
                </w:r>
              </w:sdtContent>
            </w:sdt>
            <w:r w:rsidR="00DE6257" w:rsidRPr="00B74068">
              <w:rPr>
                <w:rFonts w:ascii="Calibri" w:hAnsi="Calibri" w:cs="Calibri"/>
                <w:color w:val="000000" w:themeColor="text1"/>
                <w:sz w:val="22"/>
              </w:rPr>
              <w:t xml:space="preserve">     </w:t>
            </w:r>
          </w:p>
        </w:tc>
      </w:tr>
      <w:tr w:rsidR="00DE6257" w:rsidRPr="00B74068" w14:paraId="208A6E3C" w14:textId="77777777" w:rsidTr="0028204C">
        <w:trPr>
          <w:jc w:val="center"/>
        </w:trPr>
        <w:tc>
          <w:tcPr>
            <w:tcW w:w="5200" w:type="dxa"/>
          </w:tcPr>
          <w:p w14:paraId="60EF63E5" w14:textId="34855D24"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Match documentation</w:t>
            </w:r>
            <w:r w:rsidR="004B1187">
              <w:rPr>
                <w:rFonts w:ascii="Calibri" w:hAnsi="Calibri" w:cs="Calibri"/>
                <w:color w:val="000000" w:themeColor="text1"/>
                <w:sz w:val="22"/>
              </w:rPr>
              <w:t xml:space="preserve"> (if applicable)</w:t>
            </w:r>
          </w:p>
        </w:tc>
        <w:tc>
          <w:tcPr>
            <w:tcW w:w="3300" w:type="dxa"/>
          </w:tcPr>
          <w:p w14:paraId="5AD83CB4" w14:textId="77777777" w:rsidR="00DE6257" w:rsidRPr="00B74068" w:rsidRDefault="00DE6257" w:rsidP="0028204C">
            <w:pPr>
              <w:rPr>
                <w:rFonts w:ascii="Calibri" w:hAnsi="Calibri" w:cs="Calibri"/>
                <w:color w:val="000000" w:themeColor="text1"/>
                <w:sz w:val="22"/>
              </w:rPr>
            </w:pPr>
            <w:r w:rsidRPr="00B74068">
              <w:rPr>
                <w:rFonts w:ascii="Calibri" w:hAnsi="Calibri" w:cs="Calibri"/>
                <w:color w:val="000000" w:themeColor="text1"/>
                <w:sz w:val="22"/>
              </w:rPr>
              <w:t>All new projects</w:t>
            </w:r>
          </w:p>
        </w:tc>
        <w:tc>
          <w:tcPr>
            <w:tcW w:w="1500" w:type="dxa"/>
          </w:tcPr>
          <w:p w14:paraId="349DB08A" w14:textId="77777777" w:rsidR="00DE6257" w:rsidRPr="00B74068" w:rsidRDefault="00721589" w:rsidP="0028204C">
            <w:pPr>
              <w:rPr>
                <w:rFonts w:ascii="Calibri" w:hAnsi="Calibri" w:cs="Calibri"/>
                <w:color w:val="000000" w:themeColor="text1"/>
                <w:sz w:val="22"/>
              </w:rPr>
            </w:pPr>
            <w:sdt>
              <w:sdtPr>
                <w:rPr>
                  <w:rFonts w:ascii="Calibri" w:hAnsi="Calibri" w:cs="Calibri"/>
                  <w:color w:val="000000" w:themeColor="text1"/>
                  <w:sz w:val="22"/>
                </w:rPr>
                <w:alias w:val=""/>
                <w:tag w:val="att_3"/>
                <w:id w:val="350020891"/>
                <w14:checkbox>
                  <w14:checked w14:val="0"/>
                  <w14:checkedState w14:val="2612" w14:font="MS Gothic"/>
                  <w14:uncheckedState w14:val="2610" w14:font="MS Gothic"/>
                </w14:checkbox>
              </w:sdtPr>
              <w:sdtEndPr/>
              <w:sdtContent>
                <w:r w:rsidR="00DE6257" w:rsidRPr="00B74068">
                  <w:rPr>
                    <w:rFonts w:ascii="Segoe UI Symbol" w:eastAsia="MS Gothic" w:hAnsi="Segoe UI Symbol" w:cs="Segoe UI Symbol"/>
                    <w:color w:val="000000" w:themeColor="text1"/>
                    <w:sz w:val="22"/>
                  </w:rPr>
                  <w:t>☐</w:t>
                </w:r>
              </w:sdtContent>
            </w:sdt>
            <w:r w:rsidR="00DE6257" w:rsidRPr="00B74068">
              <w:rPr>
                <w:rFonts w:ascii="Calibri" w:hAnsi="Calibri" w:cs="Calibri"/>
                <w:color w:val="000000" w:themeColor="text1"/>
                <w:sz w:val="22"/>
              </w:rPr>
              <w:t xml:space="preserve">     </w:t>
            </w:r>
          </w:p>
        </w:tc>
      </w:tr>
    </w:tbl>
    <w:p w14:paraId="6A46EE83" w14:textId="77777777" w:rsidR="00DE6257" w:rsidRPr="00541946" w:rsidRDefault="00DE6257" w:rsidP="00DE6257"/>
    <w:p w14:paraId="6A70C5D1" w14:textId="77777777" w:rsidR="00DE6257" w:rsidRDefault="00DE6257">
      <w:pPr>
        <w:rPr>
          <w:rFonts w:ascii="Calibri" w:eastAsiaTheme="majorEastAsia" w:hAnsi="Calibri" w:cs="Calibri"/>
          <w:b/>
          <w:bCs/>
          <w:color w:val="000000" w:themeColor="text1"/>
          <w:sz w:val="22"/>
        </w:rPr>
      </w:pPr>
      <w:r>
        <w:rPr>
          <w:rFonts w:ascii="Calibri" w:hAnsi="Calibri" w:cs="Calibri"/>
          <w:color w:val="000000" w:themeColor="text1"/>
          <w:sz w:val="22"/>
        </w:rPr>
        <w:br w:type="page"/>
      </w:r>
    </w:p>
    <w:p w14:paraId="7BD4C1BA" w14:textId="7F152D1E" w:rsidR="00C945C2" w:rsidRDefault="00FB3664" w:rsidP="00A948D0">
      <w:pPr>
        <w:pStyle w:val="Heading1"/>
        <w:shd w:val="clear" w:color="auto" w:fill="C6D9F1" w:themeFill="text2" w:themeFillTint="33"/>
        <w:rPr>
          <w:rFonts w:ascii="Calibri" w:hAnsi="Calibri" w:cs="Calibri"/>
          <w:color w:val="000000" w:themeColor="text1"/>
          <w:sz w:val="22"/>
          <w:szCs w:val="22"/>
        </w:rPr>
      </w:pPr>
      <w:r w:rsidRPr="00B74068">
        <w:rPr>
          <w:rFonts w:ascii="Calibri" w:hAnsi="Calibri" w:cs="Calibri"/>
          <w:color w:val="000000" w:themeColor="text1"/>
          <w:sz w:val="22"/>
          <w:szCs w:val="22"/>
        </w:rPr>
        <w:lastRenderedPageBreak/>
        <w:t>Applicant Certification</w:t>
      </w:r>
    </w:p>
    <w:p w14:paraId="2C18FD73" w14:textId="77777777" w:rsidR="00C945C2" w:rsidRPr="00B74068" w:rsidRDefault="00FB3664" w:rsidP="00A948D0">
      <w:pPr>
        <w:spacing w:before="240"/>
        <w:rPr>
          <w:rFonts w:ascii="Calibri" w:hAnsi="Calibri" w:cs="Calibri"/>
          <w:color w:val="000000" w:themeColor="text1"/>
          <w:sz w:val="22"/>
        </w:rPr>
      </w:pPr>
      <w:r w:rsidRPr="00B74068">
        <w:rPr>
          <w:rFonts w:ascii="Calibri" w:hAnsi="Calibri" w:cs="Calibri"/>
          <w:b/>
          <w:color w:val="000000" w:themeColor="text1"/>
          <w:sz w:val="22"/>
        </w:rPr>
        <w:t>By signing below, the applicant certifies that:</w:t>
      </w:r>
    </w:p>
    <w:p w14:paraId="55BFE870" w14:textId="77777777" w:rsidR="00C945C2" w:rsidRPr="00B74068" w:rsidRDefault="00FB3664">
      <w:pPr>
        <w:pStyle w:val="ListBullet"/>
        <w:rPr>
          <w:rFonts w:ascii="Calibri" w:hAnsi="Calibri" w:cs="Calibri"/>
          <w:color w:val="000000" w:themeColor="text1"/>
          <w:sz w:val="22"/>
        </w:rPr>
      </w:pPr>
      <w:r w:rsidRPr="00B74068">
        <w:rPr>
          <w:rFonts w:ascii="Calibri" w:hAnsi="Calibri" w:cs="Calibri"/>
          <w:color w:val="000000" w:themeColor="text1"/>
          <w:sz w:val="22"/>
        </w:rPr>
        <w:t>the information submitted is accurate to the best of the applicant’s knowledge;</w:t>
      </w:r>
    </w:p>
    <w:p w14:paraId="3E44EB5A" w14:textId="77777777" w:rsidR="00C945C2" w:rsidRPr="00B74068" w:rsidRDefault="00FB3664">
      <w:pPr>
        <w:pStyle w:val="ListBullet"/>
        <w:rPr>
          <w:rFonts w:ascii="Calibri" w:hAnsi="Calibri" w:cs="Calibri"/>
          <w:color w:val="000000" w:themeColor="text1"/>
          <w:sz w:val="22"/>
        </w:rPr>
      </w:pPr>
      <w:r w:rsidRPr="00B74068">
        <w:rPr>
          <w:rFonts w:ascii="Calibri" w:hAnsi="Calibri" w:cs="Calibri"/>
          <w:color w:val="000000" w:themeColor="text1"/>
          <w:sz w:val="22"/>
        </w:rPr>
        <w:t>the applicant understands that submission does not guarantee funding;</w:t>
      </w:r>
    </w:p>
    <w:p w14:paraId="7505AD4A" w14:textId="77777777" w:rsidR="00C945C2" w:rsidRPr="00B74068" w:rsidRDefault="00FB3664">
      <w:pPr>
        <w:pStyle w:val="ListBullet"/>
        <w:rPr>
          <w:rFonts w:ascii="Calibri" w:hAnsi="Calibri" w:cs="Calibri"/>
          <w:color w:val="000000" w:themeColor="text1"/>
          <w:sz w:val="22"/>
        </w:rPr>
      </w:pPr>
      <w:r w:rsidRPr="00B74068">
        <w:rPr>
          <w:rFonts w:ascii="Calibri" w:hAnsi="Calibri" w:cs="Calibri"/>
          <w:color w:val="000000" w:themeColor="text1"/>
          <w:sz w:val="22"/>
        </w:rPr>
        <w:t>the applicant agrees to comply with HUD and local competition requirements if selected;</w:t>
      </w:r>
    </w:p>
    <w:p w14:paraId="75D5E8AA" w14:textId="77777777" w:rsidR="00C945C2" w:rsidRPr="00B74068" w:rsidRDefault="00FB3664">
      <w:pPr>
        <w:pStyle w:val="ListBullet"/>
        <w:rPr>
          <w:rFonts w:ascii="Calibri" w:hAnsi="Calibri" w:cs="Calibri"/>
          <w:color w:val="000000" w:themeColor="text1"/>
          <w:sz w:val="22"/>
        </w:rPr>
      </w:pPr>
      <w:r w:rsidRPr="00B74068">
        <w:rPr>
          <w:rFonts w:ascii="Calibri" w:hAnsi="Calibri" w:cs="Calibri"/>
          <w:color w:val="000000" w:themeColor="text1"/>
          <w:sz w:val="22"/>
        </w:rPr>
        <w:t>the applicant understands that local deadlines are earlier than HUD’s final deadline;</w:t>
      </w:r>
    </w:p>
    <w:p w14:paraId="2A4BBA78" w14:textId="77777777" w:rsidR="00C945C2" w:rsidRPr="00B74068" w:rsidRDefault="00FB3664">
      <w:pPr>
        <w:pStyle w:val="ListBullet"/>
        <w:rPr>
          <w:rFonts w:ascii="Calibri" w:hAnsi="Calibri" w:cs="Calibri"/>
          <w:color w:val="000000" w:themeColor="text1"/>
          <w:sz w:val="22"/>
        </w:rPr>
      </w:pPr>
      <w:r w:rsidRPr="00B74068">
        <w:rPr>
          <w:rFonts w:ascii="Calibri" w:hAnsi="Calibri" w:cs="Calibri"/>
          <w:color w:val="000000" w:themeColor="text1"/>
          <w:sz w:val="22"/>
        </w:rPr>
        <w:t xml:space="preserve">the applicant understands that projects must </w:t>
      </w:r>
      <w:r w:rsidRPr="00FD6D8E">
        <w:rPr>
          <w:rFonts w:ascii="Calibri" w:hAnsi="Calibri" w:cs="Calibri"/>
          <w:color w:val="000000" w:themeColor="text1"/>
          <w:sz w:val="22"/>
        </w:rPr>
        <w:t>be reviewed, scored, ranked, and approved</w:t>
      </w:r>
      <w:r w:rsidRPr="00B74068">
        <w:rPr>
          <w:rFonts w:ascii="Calibri" w:hAnsi="Calibri" w:cs="Calibri"/>
          <w:color w:val="000000" w:themeColor="text1"/>
          <w:sz w:val="22"/>
        </w:rPr>
        <w:t xml:space="preserve"> locally before submission to HUD;</w:t>
      </w:r>
    </w:p>
    <w:p w14:paraId="363D590C" w14:textId="29193A4D" w:rsidR="00C945C2" w:rsidRPr="00B74068" w:rsidRDefault="00FB3664">
      <w:pPr>
        <w:pStyle w:val="ListBullet"/>
        <w:rPr>
          <w:rFonts w:ascii="Calibri" w:hAnsi="Calibri" w:cs="Calibri"/>
          <w:color w:val="000000" w:themeColor="text1"/>
          <w:sz w:val="22"/>
        </w:rPr>
      </w:pPr>
      <w:r w:rsidRPr="00B74068">
        <w:rPr>
          <w:rFonts w:ascii="Calibri" w:hAnsi="Calibri" w:cs="Calibri"/>
          <w:color w:val="000000" w:themeColor="text1"/>
          <w:sz w:val="22"/>
        </w:rPr>
        <w:t>the applicant agrees to provide additional documentation or clarification if requested by C</w:t>
      </w:r>
      <w:r w:rsidR="00A948D0">
        <w:rPr>
          <w:rFonts w:ascii="Calibri" w:hAnsi="Calibri" w:cs="Calibri"/>
          <w:color w:val="000000" w:themeColor="text1"/>
          <w:sz w:val="22"/>
        </w:rPr>
        <w:t xml:space="preserve">oC; and </w:t>
      </w:r>
    </w:p>
    <w:p w14:paraId="6A8DF7D3" w14:textId="316DB178" w:rsidR="00C945C2" w:rsidRDefault="00FB3664">
      <w:pPr>
        <w:pStyle w:val="ListBullet"/>
        <w:rPr>
          <w:rFonts w:ascii="Calibri" w:hAnsi="Calibri" w:cs="Calibri"/>
          <w:color w:val="000000" w:themeColor="text1"/>
          <w:sz w:val="22"/>
        </w:rPr>
      </w:pPr>
      <w:r w:rsidRPr="00B74068">
        <w:rPr>
          <w:rFonts w:ascii="Calibri" w:hAnsi="Calibri" w:cs="Calibri"/>
          <w:color w:val="000000" w:themeColor="text1"/>
          <w:sz w:val="22"/>
        </w:rPr>
        <w:t>final funding is subject to HUD eligibility, local ranking, HUD selection, and availability of funds.</w:t>
      </w:r>
    </w:p>
    <w:p w14:paraId="1BBC98A6" w14:textId="77777777" w:rsidR="004B1187" w:rsidRDefault="004B1187" w:rsidP="004B1187">
      <w:pPr>
        <w:pStyle w:val="ListBullet"/>
        <w:numPr>
          <w:ilvl w:val="0"/>
          <w:numId w:val="0"/>
        </w:numPr>
        <w:ind w:left="360" w:hanging="360"/>
        <w:rPr>
          <w:rFonts w:ascii="Calibri" w:hAnsi="Calibri" w:cs="Calibri"/>
          <w:b/>
          <w:bCs/>
          <w:color w:val="000000" w:themeColor="text1"/>
          <w:sz w:val="22"/>
        </w:rPr>
      </w:pPr>
    </w:p>
    <w:p w14:paraId="3ABBC047" w14:textId="5431F624" w:rsidR="004B1187" w:rsidRDefault="004B1187" w:rsidP="004B1187">
      <w:pPr>
        <w:pStyle w:val="ListBullet"/>
        <w:numPr>
          <w:ilvl w:val="0"/>
          <w:numId w:val="0"/>
        </w:numPr>
        <w:ind w:left="360" w:hanging="360"/>
        <w:rPr>
          <w:rFonts w:ascii="Calibri" w:hAnsi="Calibri" w:cs="Calibri"/>
          <w:b/>
          <w:bCs/>
          <w:color w:val="000000" w:themeColor="text1"/>
          <w:sz w:val="22"/>
        </w:rPr>
      </w:pPr>
      <w:r w:rsidRPr="003A49A5">
        <w:rPr>
          <w:rFonts w:ascii="Calibri" w:hAnsi="Calibri" w:cs="Calibri"/>
          <w:b/>
          <w:bCs/>
          <w:color w:val="000000" w:themeColor="text1"/>
          <w:sz w:val="22"/>
        </w:rPr>
        <w:t>Additionally, the applicant certifies that:</w:t>
      </w:r>
    </w:p>
    <w:p w14:paraId="4FCC2B93" w14:textId="77777777" w:rsidR="004B1187" w:rsidRPr="003A49A5" w:rsidRDefault="004B1187" w:rsidP="004B1187">
      <w:pPr>
        <w:pStyle w:val="ListBullet"/>
        <w:rPr>
          <w:rFonts w:ascii="Calibri" w:hAnsi="Calibri" w:cs="Calibri"/>
          <w:color w:val="000000" w:themeColor="text1"/>
          <w:sz w:val="22"/>
        </w:rPr>
      </w:pPr>
      <w:r w:rsidRPr="003A49A5">
        <w:rPr>
          <w:rFonts w:ascii="Calibri" w:hAnsi="Calibri" w:cs="Calibri"/>
          <w:color w:val="000000" w:themeColor="text1"/>
          <w:sz w:val="22"/>
        </w:rPr>
        <w:t xml:space="preserve">The project applicant will not engage in illegal racial discrimination.  </w:t>
      </w:r>
    </w:p>
    <w:p w14:paraId="66B080B0" w14:textId="77777777" w:rsidR="004B1187" w:rsidRPr="003A49A5" w:rsidRDefault="004B1187" w:rsidP="004B1187">
      <w:pPr>
        <w:pStyle w:val="ListBullet"/>
        <w:rPr>
          <w:rFonts w:ascii="Calibri" w:hAnsi="Calibri" w:cs="Calibri"/>
          <w:color w:val="000000" w:themeColor="text1"/>
          <w:sz w:val="22"/>
        </w:rPr>
      </w:pPr>
      <w:r w:rsidRPr="003A49A5">
        <w:rPr>
          <w:rFonts w:ascii="Calibri" w:hAnsi="Calibri" w:cs="Calibri"/>
          <w:color w:val="000000" w:themeColor="text1"/>
          <w:sz w:val="22"/>
        </w:rPr>
        <w:t>The project applicant will not operate drug injection sites or “safe consumption sites” in violation of 21 USC 856(a)(1), knowingly permit the use or distribution of illicit drugs on property under their control in violation of 21 USC 856(a)(2), or knowingly distribute drug paraphernalia in violation of 21 USC 863.</w:t>
      </w:r>
    </w:p>
    <w:p w14:paraId="583E1911" w14:textId="77777777" w:rsidR="004B1187" w:rsidRDefault="004B1187" w:rsidP="004B1187">
      <w:pPr>
        <w:pStyle w:val="ListBullet"/>
        <w:numPr>
          <w:ilvl w:val="0"/>
          <w:numId w:val="0"/>
        </w:numPr>
        <w:ind w:left="360" w:hanging="360"/>
        <w:rPr>
          <w:rFonts w:ascii="Calibri" w:hAnsi="Calibri" w:cs="Calibri"/>
          <w:color w:val="000000" w:themeColor="text1"/>
          <w:sz w:val="22"/>
        </w:rPr>
      </w:pPr>
    </w:p>
    <w:p w14:paraId="3CAE252C" w14:textId="77777777" w:rsidR="004B1187" w:rsidRPr="00B74068" w:rsidRDefault="004B1187" w:rsidP="004B1187">
      <w:pPr>
        <w:pStyle w:val="ListBullet"/>
        <w:numPr>
          <w:ilvl w:val="0"/>
          <w:numId w:val="0"/>
        </w:numPr>
        <w:ind w:left="360" w:hanging="360"/>
        <w:rPr>
          <w:rFonts w:ascii="Calibri" w:hAnsi="Calibri" w:cs="Calibri"/>
          <w:color w:val="000000" w:themeColor="text1"/>
          <w:sz w:val="22"/>
        </w:rPr>
      </w:pPr>
    </w:p>
    <w:tbl>
      <w:tblPr>
        <w:tblStyle w:val="TableGrid"/>
        <w:tblW w:w="0" w:type="auto"/>
        <w:jc w:val="center"/>
        <w:tblLook w:val="04A0" w:firstRow="1" w:lastRow="0" w:firstColumn="1" w:lastColumn="0" w:noHBand="0" w:noVBand="1"/>
      </w:tblPr>
      <w:tblGrid>
        <w:gridCol w:w="3000"/>
        <w:gridCol w:w="7000"/>
      </w:tblGrid>
      <w:tr w:rsidR="00C945C2" w:rsidRPr="00B74068" w14:paraId="31D1E279" w14:textId="77777777">
        <w:trPr>
          <w:jc w:val="center"/>
        </w:trPr>
        <w:tc>
          <w:tcPr>
            <w:tcW w:w="3000" w:type="dxa"/>
            <w:shd w:val="clear" w:color="auto" w:fill="EDEAF5"/>
          </w:tcPr>
          <w:p w14:paraId="63694B04"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Authorized Representative Name</w:t>
            </w:r>
          </w:p>
        </w:tc>
        <w:tc>
          <w:tcPr>
            <w:tcW w:w="7000" w:type="dxa"/>
          </w:tcPr>
          <w:p w14:paraId="596FD1D6"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Authorized Representative Name"/>
                <w:tag w:val="Authorized Representative Name"/>
                <w:id w:val="779232210"/>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72A33946" w14:textId="77777777">
        <w:trPr>
          <w:jc w:val="center"/>
        </w:trPr>
        <w:tc>
          <w:tcPr>
            <w:tcW w:w="3000" w:type="dxa"/>
            <w:shd w:val="clear" w:color="auto" w:fill="EDEAF5"/>
          </w:tcPr>
          <w:p w14:paraId="5BEA0CBA"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Title</w:t>
            </w:r>
          </w:p>
        </w:tc>
        <w:tc>
          <w:tcPr>
            <w:tcW w:w="7000" w:type="dxa"/>
          </w:tcPr>
          <w:p w14:paraId="3CF7346E"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Title"/>
                <w:tag w:val="Title"/>
                <w:id w:val="1976254826"/>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41693321" w14:textId="77777777">
        <w:trPr>
          <w:jc w:val="center"/>
        </w:trPr>
        <w:tc>
          <w:tcPr>
            <w:tcW w:w="3000" w:type="dxa"/>
            <w:shd w:val="clear" w:color="auto" w:fill="EDEAF5"/>
          </w:tcPr>
          <w:p w14:paraId="7AD9200C"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Signature</w:t>
            </w:r>
          </w:p>
        </w:tc>
        <w:tc>
          <w:tcPr>
            <w:tcW w:w="7000" w:type="dxa"/>
          </w:tcPr>
          <w:p w14:paraId="76AF62AB"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Signature"/>
                <w:tag w:val="Signature"/>
                <w:id w:val="-832288374"/>
                <w:text/>
              </w:sdtPr>
              <w:sdtEndPr/>
              <w:sdtContent>
                <w:r w:rsidR="00FB3664" w:rsidRPr="00B74068">
                  <w:rPr>
                    <w:rFonts w:ascii="Calibri" w:hAnsi="Calibri" w:cs="Calibri"/>
                    <w:color w:val="000000" w:themeColor="text1"/>
                    <w:sz w:val="22"/>
                  </w:rPr>
                  <w:t>Click or tap here to enter text.</w:t>
                </w:r>
              </w:sdtContent>
            </w:sdt>
          </w:p>
        </w:tc>
      </w:tr>
      <w:tr w:rsidR="00C945C2" w:rsidRPr="00B74068" w14:paraId="7ADD8DCB" w14:textId="77777777">
        <w:trPr>
          <w:jc w:val="center"/>
        </w:trPr>
        <w:tc>
          <w:tcPr>
            <w:tcW w:w="3000" w:type="dxa"/>
            <w:shd w:val="clear" w:color="auto" w:fill="EDEAF5"/>
          </w:tcPr>
          <w:p w14:paraId="7BDB6050" w14:textId="77777777" w:rsidR="00C945C2" w:rsidRPr="00B74068" w:rsidRDefault="00FB3664">
            <w:pPr>
              <w:rPr>
                <w:rFonts w:ascii="Calibri" w:hAnsi="Calibri" w:cs="Calibri"/>
                <w:color w:val="000000" w:themeColor="text1"/>
                <w:sz w:val="22"/>
              </w:rPr>
            </w:pPr>
            <w:r w:rsidRPr="00B74068">
              <w:rPr>
                <w:rFonts w:ascii="Calibri" w:hAnsi="Calibri" w:cs="Calibri"/>
                <w:b/>
                <w:color w:val="000000" w:themeColor="text1"/>
                <w:sz w:val="22"/>
              </w:rPr>
              <w:t>Date</w:t>
            </w:r>
          </w:p>
        </w:tc>
        <w:tc>
          <w:tcPr>
            <w:tcW w:w="7000" w:type="dxa"/>
          </w:tcPr>
          <w:p w14:paraId="2A0AC969" w14:textId="77777777" w:rsidR="00C945C2" w:rsidRPr="00B74068" w:rsidRDefault="00721589">
            <w:pPr>
              <w:rPr>
                <w:rFonts w:ascii="Calibri" w:hAnsi="Calibri" w:cs="Calibri"/>
                <w:color w:val="000000" w:themeColor="text1"/>
                <w:sz w:val="22"/>
              </w:rPr>
            </w:pPr>
            <w:sdt>
              <w:sdtPr>
                <w:rPr>
                  <w:rFonts w:ascii="Calibri" w:hAnsi="Calibri" w:cs="Calibri"/>
                  <w:color w:val="000000" w:themeColor="text1"/>
                  <w:sz w:val="22"/>
                </w:rPr>
                <w:alias w:val="Date"/>
                <w:tag w:val="Date"/>
                <w:id w:val="1979262160"/>
                <w:text/>
              </w:sdtPr>
              <w:sdtEndPr/>
              <w:sdtContent>
                <w:r w:rsidR="00FB3664" w:rsidRPr="00B74068">
                  <w:rPr>
                    <w:rFonts w:ascii="Calibri" w:hAnsi="Calibri" w:cs="Calibri"/>
                    <w:color w:val="000000" w:themeColor="text1"/>
                    <w:sz w:val="22"/>
                  </w:rPr>
                  <w:t>Click or tap here to enter text.</w:t>
                </w:r>
              </w:sdtContent>
            </w:sdt>
          </w:p>
        </w:tc>
      </w:tr>
    </w:tbl>
    <w:p w14:paraId="090B95CC" w14:textId="695409FA" w:rsidR="00541946" w:rsidRPr="00541946" w:rsidRDefault="00541946" w:rsidP="00DE6257"/>
    <w:sectPr w:rsidR="00541946" w:rsidRPr="00541946" w:rsidSect="00541946">
      <w:headerReference w:type="default" r:id="rId11"/>
      <w:footerReference w:type="default" r:id="rId12"/>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77D95" w14:textId="77777777" w:rsidR="00D27C9D" w:rsidRDefault="00D27C9D">
      <w:pPr>
        <w:spacing w:after="0" w:line="240" w:lineRule="auto"/>
      </w:pPr>
      <w:r>
        <w:separator/>
      </w:r>
    </w:p>
  </w:endnote>
  <w:endnote w:type="continuationSeparator" w:id="0">
    <w:p w14:paraId="1E811E80" w14:textId="77777777" w:rsidR="00D27C9D" w:rsidRDefault="00D2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8BA6" w14:textId="046869A5" w:rsidR="00C945C2" w:rsidRDefault="00541946">
    <w:pPr>
      <w:pStyle w:val="Footer"/>
      <w:jc w:val="center"/>
    </w:pPr>
    <w:r>
      <w:t xml:space="preserve">Springfield-Hampden County </w:t>
    </w:r>
    <w:r w:rsidR="00FB3664">
      <w:t>Continuum of Care (</w:t>
    </w:r>
    <w:r>
      <w:t>MA-504</w:t>
    </w:r>
    <w:r w:rsidR="00FB3664">
      <w:t>) | FY2</w:t>
    </w:r>
    <w:r w:rsidR="00DD2178">
      <w:t>4/25 YHDP</w:t>
    </w:r>
    <w:r w:rsidR="00FB3664">
      <w:t xml:space="preserve"> New Project Local Application</w:t>
    </w:r>
  </w:p>
  <w:p w14:paraId="20FA6917" w14:textId="50125B03" w:rsidR="00C50F62" w:rsidRDefault="00C50F62">
    <w:pPr>
      <w:pStyle w:val="Footer"/>
      <w:jc w:val="center"/>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5570E" w14:textId="77777777" w:rsidR="00D27C9D" w:rsidRDefault="00D27C9D">
      <w:pPr>
        <w:spacing w:after="0" w:line="240" w:lineRule="auto"/>
      </w:pPr>
      <w:r>
        <w:separator/>
      </w:r>
    </w:p>
  </w:footnote>
  <w:footnote w:type="continuationSeparator" w:id="0">
    <w:p w14:paraId="1F1258F9" w14:textId="77777777" w:rsidR="00D27C9D" w:rsidRDefault="00D27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BE2F" w14:textId="04894AE6" w:rsidR="00C945C2" w:rsidRDefault="00C945C2" w:rsidP="00B74068">
    <w:pPr>
      <w:pStyle w:val="Header"/>
    </w:pPr>
  </w:p>
  <w:p w14:paraId="3D0D900E" w14:textId="3E691AAE" w:rsidR="00B74068" w:rsidRDefault="00B74068">
    <w:pPr>
      <w:pStyle w:val="Header"/>
      <w:jc w:val="center"/>
    </w:pPr>
  </w:p>
  <w:p w14:paraId="4E1E693D" w14:textId="29857F75" w:rsidR="00B74068" w:rsidRDefault="00B74068" w:rsidP="00B740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4FF1CFB"/>
    <w:multiLevelType w:val="hybridMultilevel"/>
    <w:tmpl w:val="10D6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3B63A9"/>
    <w:multiLevelType w:val="hybridMultilevel"/>
    <w:tmpl w:val="185A8E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49922301"/>
    <w:multiLevelType w:val="hybridMultilevel"/>
    <w:tmpl w:val="2A0E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64270"/>
    <w:multiLevelType w:val="hybridMultilevel"/>
    <w:tmpl w:val="FD9AA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3F90"/>
    <w:rsid w:val="0011591F"/>
    <w:rsid w:val="0015074B"/>
    <w:rsid w:val="0015776C"/>
    <w:rsid w:val="001A63D6"/>
    <w:rsid w:val="001C1940"/>
    <w:rsid w:val="00235C24"/>
    <w:rsid w:val="00266EA6"/>
    <w:rsid w:val="0029639D"/>
    <w:rsid w:val="00303BD9"/>
    <w:rsid w:val="00326F90"/>
    <w:rsid w:val="00343E9A"/>
    <w:rsid w:val="00373DB9"/>
    <w:rsid w:val="003C694A"/>
    <w:rsid w:val="0042727B"/>
    <w:rsid w:val="00440CBF"/>
    <w:rsid w:val="00443296"/>
    <w:rsid w:val="004567B6"/>
    <w:rsid w:val="004B1187"/>
    <w:rsid w:val="004D709A"/>
    <w:rsid w:val="00541946"/>
    <w:rsid w:val="005B1642"/>
    <w:rsid w:val="005B5093"/>
    <w:rsid w:val="005E5E65"/>
    <w:rsid w:val="006C0ABC"/>
    <w:rsid w:val="006E7C54"/>
    <w:rsid w:val="00721589"/>
    <w:rsid w:val="00794821"/>
    <w:rsid w:val="007B26B1"/>
    <w:rsid w:val="00877224"/>
    <w:rsid w:val="008871D8"/>
    <w:rsid w:val="008D7001"/>
    <w:rsid w:val="008E741F"/>
    <w:rsid w:val="00923D80"/>
    <w:rsid w:val="00A12061"/>
    <w:rsid w:val="00A45E46"/>
    <w:rsid w:val="00A948D0"/>
    <w:rsid w:val="00AA0C46"/>
    <w:rsid w:val="00AA1D8D"/>
    <w:rsid w:val="00AB5E3E"/>
    <w:rsid w:val="00B03ACC"/>
    <w:rsid w:val="00B47730"/>
    <w:rsid w:val="00B54463"/>
    <w:rsid w:val="00B74068"/>
    <w:rsid w:val="00BB668A"/>
    <w:rsid w:val="00BB70B4"/>
    <w:rsid w:val="00C21E12"/>
    <w:rsid w:val="00C50F62"/>
    <w:rsid w:val="00C55684"/>
    <w:rsid w:val="00C945C2"/>
    <w:rsid w:val="00C94674"/>
    <w:rsid w:val="00CB0664"/>
    <w:rsid w:val="00D27C9D"/>
    <w:rsid w:val="00D33277"/>
    <w:rsid w:val="00DB3BA7"/>
    <w:rsid w:val="00DC4901"/>
    <w:rsid w:val="00DD2178"/>
    <w:rsid w:val="00DE6257"/>
    <w:rsid w:val="00E170A7"/>
    <w:rsid w:val="00E37182"/>
    <w:rsid w:val="00E37672"/>
    <w:rsid w:val="00E4373C"/>
    <w:rsid w:val="00E545B4"/>
    <w:rsid w:val="00EA4E5E"/>
    <w:rsid w:val="00EB2453"/>
    <w:rsid w:val="00EF1D2D"/>
    <w:rsid w:val="00EF3C96"/>
    <w:rsid w:val="00F24D72"/>
    <w:rsid w:val="00FA4F5A"/>
    <w:rsid w:val="00FB3664"/>
    <w:rsid w:val="00FC693F"/>
    <w:rsid w:val="00FD6D8E"/>
    <w:rsid w:val="00FF7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F40693F"/>
  <w14:defaultImageDpi w14:val="330"/>
  <w15:docId w15:val="{9DEEA6B4-2BEA-4D3A-8EE1-268E2742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C96"/>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42A5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42A56"/>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42A56"/>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342A56"/>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eastAsia="Aptos" w:hAnsi="Aptos"/>
      <w:color w:val="5A5A5A"/>
      <w:sz w:val="16"/>
    </w:rPr>
  </w:style>
  <w:style w:type="paragraph" w:styleId="NormalWeb">
    <w:name w:val="Normal (Web)"/>
    <w:basedOn w:val="Normal"/>
    <w:uiPriority w:val="99"/>
    <w:semiHidden/>
    <w:unhideWhenUsed/>
    <w:rsid w:val="00B74068"/>
    <w:rPr>
      <w:rFonts w:ascii="Times New Roman" w:hAnsi="Times New Roman" w:cs="Times New Roman"/>
      <w:sz w:val="24"/>
      <w:szCs w:val="24"/>
    </w:rPr>
  </w:style>
  <w:style w:type="character" w:styleId="Hyperlink">
    <w:name w:val="Hyperlink"/>
    <w:basedOn w:val="DefaultParagraphFont"/>
    <w:uiPriority w:val="99"/>
    <w:unhideWhenUsed/>
    <w:rsid w:val="005B1642"/>
    <w:rPr>
      <w:color w:val="0000FF" w:themeColor="hyperlink"/>
      <w:u w:val="single"/>
    </w:rPr>
  </w:style>
  <w:style w:type="character" w:styleId="UnresolvedMention">
    <w:name w:val="Unresolved Mention"/>
    <w:basedOn w:val="DefaultParagraphFont"/>
    <w:uiPriority w:val="99"/>
    <w:semiHidden/>
    <w:unhideWhenUsed/>
    <w:rsid w:val="005B1642"/>
    <w:rPr>
      <w:color w:val="605E5C"/>
      <w:shd w:val="clear" w:color="auto" w:fill="E1DFDD"/>
    </w:rPr>
  </w:style>
  <w:style w:type="paragraph" w:styleId="FootnoteText">
    <w:name w:val="footnote text"/>
    <w:basedOn w:val="Normal"/>
    <w:link w:val="FootnoteTextChar"/>
    <w:uiPriority w:val="99"/>
    <w:semiHidden/>
    <w:unhideWhenUsed/>
    <w:rsid w:val="00DE62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257"/>
    <w:rPr>
      <w:rFonts w:ascii="Aptos" w:eastAsia="Aptos" w:hAnsi="Aptos"/>
      <w:sz w:val="20"/>
      <w:szCs w:val="20"/>
    </w:rPr>
  </w:style>
  <w:style w:type="character" w:styleId="FootnoteReference">
    <w:name w:val="footnote reference"/>
    <w:basedOn w:val="DefaultParagraphFont"/>
    <w:uiPriority w:val="99"/>
    <w:semiHidden/>
    <w:unhideWhenUsed/>
    <w:rsid w:val="00DE6257"/>
    <w:rPr>
      <w:vertAlign w:val="superscript"/>
    </w:rPr>
  </w:style>
  <w:style w:type="character" w:styleId="CommentReference">
    <w:name w:val="annotation reference"/>
    <w:basedOn w:val="DefaultParagraphFont"/>
    <w:uiPriority w:val="99"/>
    <w:semiHidden/>
    <w:unhideWhenUsed/>
    <w:rsid w:val="005B5093"/>
    <w:rPr>
      <w:sz w:val="16"/>
      <w:szCs w:val="16"/>
    </w:rPr>
  </w:style>
  <w:style w:type="paragraph" w:styleId="CommentText">
    <w:name w:val="annotation text"/>
    <w:basedOn w:val="Normal"/>
    <w:link w:val="CommentTextChar"/>
    <w:uiPriority w:val="99"/>
    <w:semiHidden/>
    <w:unhideWhenUsed/>
    <w:rsid w:val="005B5093"/>
    <w:pPr>
      <w:spacing w:line="240" w:lineRule="auto"/>
    </w:pPr>
    <w:rPr>
      <w:sz w:val="20"/>
      <w:szCs w:val="20"/>
    </w:rPr>
  </w:style>
  <w:style w:type="character" w:customStyle="1" w:styleId="CommentTextChar">
    <w:name w:val="Comment Text Char"/>
    <w:basedOn w:val="DefaultParagraphFont"/>
    <w:link w:val="CommentText"/>
    <w:uiPriority w:val="99"/>
    <w:semiHidden/>
    <w:rsid w:val="005B5093"/>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5B5093"/>
    <w:rPr>
      <w:b/>
      <w:bCs/>
    </w:rPr>
  </w:style>
  <w:style w:type="character" w:customStyle="1" w:styleId="CommentSubjectChar">
    <w:name w:val="Comment Subject Char"/>
    <w:basedOn w:val="CommentTextChar"/>
    <w:link w:val="CommentSubject"/>
    <w:uiPriority w:val="99"/>
    <w:semiHidden/>
    <w:rsid w:val="005B5093"/>
    <w:rPr>
      <w:rFonts w:ascii="Aptos" w:eastAsia="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07268">
      <w:bodyDiv w:val="1"/>
      <w:marLeft w:val="0"/>
      <w:marRight w:val="0"/>
      <w:marTop w:val="0"/>
      <w:marBottom w:val="0"/>
      <w:divBdr>
        <w:top w:val="none" w:sz="0" w:space="0" w:color="auto"/>
        <w:left w:val="none" w:sz="0" w:space="0" w:color="auto"/>
        <w:bottom w:val="none" w:sz="0" w:space="0" w:color="auto"/>
        <w:right w:val="none" w:sz="0" w:space="0" w:color="auto"/>
      </w:divBdr>
    </w:div>
    <w:div w:id="1069184817">
      <w:bodyDiv w:val="1"/>
      <w:marLeft w:val="0"/>
      <w:marRight w:val="0"/>
      <w:marTop w:val="0"/>
      <w:marBottom w:val="0"/>
      <w:divBdr>
        <w:top w:val="none" w:sz="0" w:space="0" w:color="auto"/>
        <w:left w:val="none" w:sz="0" w:space="0" w:color="auto"/>
        <w:bottom w:val="none" w:sz="0" w:space="0" w:color="auto"/>
        <w:right w:val="none" w:sz="0" w:space="0" w:color="auto"/>
      </w:divBdr>
    </w:div>
    <w:div w:id="1183320617">
      <w:bodyDiv w:val="1"/>
      <w:marLeft w:val="0"/>
      <w:marRight w:val="0"/>
      <w:marTop w:val="0"/>
      <w:marBottom w:val="0"/>
      <w:divBdr>
        <w:top w:val="none" w:sz="0" w:space="0" w:color="auto"/>
        <w:left w:val="none" w:sz="0" w:space="0" w:color="auto"/>
        <w:bottom w:val="none" w:sz="0" w:space="0" w:color="auto"/>
        <w:right w:val="none" w:sz="0" w:space="0" w:color="auto"/>
      </w:divBdr>
    </w:div>
    <w:div w:id="17242098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elson@springfieldcityhal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rive.google.com/file/d/1C0yduiK-06W4b0k2MfHvn9xQhsRAKUU3/view?usp=drive_link" TargetMode="External"/><Relationship Id="rId4" Type="http://schemas.openxmlformats.org/officeDocument/2006/relationships/settings" Target="settings.xml"/><Relationship Id="rId9" Type="http://schemas.openxmlformats.org/officeDocument/2006/relationships/hyperlink" Target="https://drive.google.com/file/d/1C0yduiK-06W4b0k2MfHvn9xQhsRAKUU3/view?usp=drive_li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7158</TotalTime>
  <Pages>8</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FY26 New Project Local Application - Fillable</vt:lpstr>
    </vt:vector>
  </TitlesOfParts>
  <Manager/>
  <Company/>
  <LinksUpToDate>false</LinksUpToDate>
  <CharactersWithSpaces>10433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FY26 New Project Local Application - Fillable</dc:title>
  <dc:subject>The Way Home Continuum of Care TX-700 FY26 NOFO local competition application</dc:subject>
  <dc:creator>Coalition for the Homeless of Houston/Harris County</dc:creator>
  <cp:keywords/>
  <dc:description>generated by python-docx</dc:description>
  <cp:lastModifiedBy>Nelson, Hayley</cp:lastModifiedBy>
  <cp:revision>14</cp:revision>
  <cp:lastPrinted>2026-07-06T15:53:00Z</cp:lastPrinted>
  <dcterms:created xsi:type="dcterms:W3CDTF">2026-07-06T12:28:00Z</dcterms:created>
  <dcterms:modified xsi:type="dcterms:W3CDTF">2026-07-06T19:21:00Z</dcterms:modified>
  <cp:category/>
</cp:coreProperties>
</file>