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jc w:val="center"/>
        <w:tblLayout w:type="fixed"/>
        <w:tblLook w:val="04A0" w:firstRow="1" w:lastRow="0" w:firstColumn="1" w:lastColumn="0" w:noHBand="0" w:noVBand="1"/>
      </w:tblPr>
      <w:tblGrid>
        <w:gridCol w:w="2088"/>
        <w:gridCol w:w="7992"/>
      </w:tblGrid>
      <w:tr w:rsidR="007929DF" w14:paraId="576164D2" w14:textId="77777777">
        <w:trPr>
          <w:jc w:val="center"/>
        </w:trPr>
        <w:tc>
          <w:tcPr>
            <w:tcW w:w="2088" w:type="dxa"/>
            <w:shd w:val="clear" w:color="auto" w:fill="FFFFFF"/>
            <w:tcMar>
              <w:top w:w="130" w:type="dxa"/>
              <w:left w:w="80" w:type="dxa"/>
              <w:bottom w:w="130" w:type="dxa"/>
              <w:right w:w="80" w:type="dxa"/>
            </w:tcMar>
          </w:tcPr>
          <w:p w14:paraId="2C2AD1FF" w14:textId="77777777" w:rsidR="007929DF" w:rsidRDefault="00134C63">
            <w:pPr>
              <w:jc w:val="center"/>
            </w:pPr>
            <w:r>
              <w:rPr>
                <w:noProof/>
              </w:rPr>
              <w:drawing>
                <wp:inline distT="0" distB="0" distL="0" distR="0" wp14:anchorId="739A1712" wp14:editId="7973F443">
                  <wp:extent cx="1143000" cy="57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ec_logo.png"/>
                          <pic:cNvPicPr/>
                        </pic:nvPicPr>
                        <pic:blipFill>
                          <a:blip r:embed="rId8"/>
                          <a:stretch>
                            <a:fillRect/>
                          </a:stretch>
                        </pic:blipFill>
                        <pic:spPr>
                          <a:xfrm>
                            <a:off x="0" y="0"/>
                            <a:ext cx="1143000" cy="571500"/>
                          </a:xfrm>
                          <a:prstGeom prst="rect">
                            <a:avLst/>
                          </a:prstGeom>
                        </pic:spPr>
                      </pic:pic>
                    </a:graphicData>
                  </a:graphic>
                </wp:inline>
              </w:drawing>
            </w:r>
          </w:p>
        </w:tc>
        <w:tc>
          <w:tcPr>
            <w:tcW w:w="7992" w:type="dxa"/>
            <w:shd w:val="clear" w:color="auto" w:fill="083B5C"/>
            <w:tcMar>
              <w:top w:w="130" w:type="dxa"/>
              <w:left w:w="220" w:type="dxa"/>
              <w:bottom w:w="130" w:type="dxa"/>
              <w:right w:w="220" w:type="dxa"/>
            </w:tcMar>
          </w:tcPr>
          <w:p w14:paraId="01C6FF6E" w14:textId="77777777" w:rsidR="007929DF" w:rsidRDefault="00134C63">
            <w:pPr>
              <w:spacing w:after="40"/>
            </w:pPr>
            <w:r>
              <w:rPr>
                <w:b/>
                <w:color w:val="F3B51B"/>
                <w:sz w:val="26"/>
              </w:rPr>
              <w:t>2027 ENGINEERING EXCELLENCE AWARDS</w:t>
            </w:r>
          </w:p>
          <w:p w14:paraId="4A41BFA1" w14:textId="77777777" w:rsidR="007929DF" w:rsidRDefault="00134C63">
            <w:pPr>
              <w:spacing w:after="0"/>
            </w:pPr>
            <w:r>
              <w:rPr>
                <w:rFonts w:ascii="Aptos Display" w:hAnsi="Aptos Display"/>
                <w:b/>
                <w:color w:val="FFFFFF"/>
                <w:sz w:val="42"/>
              </w:rPr>
              <w:t>OFFICIAL ENTRY FORM</w:t>
            </w:r>
          </w:p>
        </w:tc>
      </w:tr>
    </w:tbl>
    <w:p w14:paraId="4E65BB42" w14:textId="77777777" w:rsidR="007929DF" w:rsidRDefault="007929DF"/>
    <w:tbl>
      <w:tblPr>
        <w:tblW w:w="10080" w:type="dxa"/>
        <w:jc w:val="center"/>
        <w:tblLayout w:type="fixed"/>
        <w:tblLook w:val="04A0" w:firstRow="1" w:lastRow="0" w:firstColumn="1" w:lastColumn="0" w:noHBand="0" w:noVBand="1"/>
      </w:tblPr>
      <w:tblGrid>
        <w:gridCol w:w="5040"/>
        <w:gridCol w:w="5040"/>
      </w:tblGrid>
      <w:tr w:rsidR="007929DF" w14:paraId="238ABCA3" w14:textId="77777777">
        <w:trPr>
          <w:jc w:val="center"/>
        </w:trPr>
        <w:tc>
          <w:tcPr>
            <w:tcW w:w="5040" w:type="dxa"/>
            <w:shd w:val="clear" w:color="auto" w:fill="EEF5F8"/>
            <w:tcMar>
              <w:top w:w="90" w:type="dxa"/>
              <w:left w:w="130" w:type="dxa"/>
              <w:bottom w:w="90" w:type="dxa"/>
              <w:right w:w="130" w:type="dxa"/>
            </w:tcMar>
          </w:tcPr>
          <w:p w14:paraId="2FCDAD31" w14:textId="77777777" w:rsidR="007929DF" w:rsidRDefault="00134C63">
            <w:pPr>
              <w:jc w:val="center"/>
            </w:pPr>
            <w:r>
              <w:rPr>
                <w:b/>
                <w:color w:val="083B5C"/>
                <w:sz w:val="22"/>
              </w:rPr>
              <w:t>OCTOBER 30, 2026</w:t>
            </w:r>
          </w:p>
          <w:p w14:paraId="0079FEF5" w14:textId="77777777" w:rsidR="007929DF" w:rsidRDefault="00134C63">
            <w:pPr>
              <w:spacing w:after="0"/>
              <w:jc w:val="center"/>
            </w:pPr>
            <w:r>
              <w:rPr>
                <w:b/>
                <w:color w:val="587080"/>
                <w:sz w:val="15"/>
              </w:rPr>
              <w:t>INTENT TO SUBMIT + FEE</w:t>
            </w:r>
          </w:p>
        </w:tc>
        <w:tc>
          <w:tcPr>
            <w:tcW w:w="5040" w:type="dxa"/>
            <w:shd w:val="clear" w:color="auto" w:fill="EEF5F8"/>
            <w:tcMar>
              <w:top w:w="90" w:type="dxa"/>
              <w:left w:w="130" w:type="dxa"/>
              <w:bottom w:w="90" w:type="dxa"/>
              <w:right w:w="130" w:type="dxa"/>
            </w:tcMar>
          </w:tcPr>
          <w:p w14:paraId="63369B6C" w14:textId="77777777" w:rsidR="007929DF" w:rsidRDefault="00134C63">
            <w:pPr>
              <w:jc w:val="center"/>
            </w:pPr>
            <w:r>
              <w:rPr>
                <w:b/>
                <w:color w:val="083B5C"/>
                <w:sz w:val="22"/>
              </w:rPr>
              <w:t>NOVEMBER 30, 2026</w:t>
            </w:r>
          </w:p>
          <w:p w14:paraId="40F574B3" w14:textId="77777777" w:rsidR="007929DF" w:rsidRDefault="00134C63">
            <w:pPr>
              <w:spacing w:after="0"/>
              <w:jc w:val="center"/>
            </w:pPr>
            <w:r>
              <w:rPr>
                <w:b/>
                <w:color w:val="587080"/>
                <w:sz w:val="15"/>
              </w:rPr>
              <w:t>FINAL ENTRY MATERIALS</w:t>
            </w:r>
          </w:p>
        </w:tc>
      </w:tr>
    </w:tbl>
    <w:p w14:paraId="1C73893E" w14:textId="77777777" w:rsidR="007929DF" w:rsidRDefault="00134C63">
      <w:pPr>
        <w:spacing w:after="120"/>
        <w:jc w:val="center"/>
      </w:pPr>
      <w:r>
        <w:rPr>
          <w:color w:val="587080"/>
          <w:sz w:val="17"/>
        </w:rPr>
        <w:t>Complete a separate Official Entry Form for each project. Enter all names exactly as they should appear on awards, publicity, and recognition materials.</w:t>
      </w:r>
    </w:p>
    <w:tbl>
      <w:tblPr>
        <w:tblW w:w="10080" w:type="dxa"/>
        <w:jc w:val="center"/>
        <w:tblLayout w:type="fixed"/>
        <w:tblLook w:val="04A0" w:firstRow="1" w:lastRow="0" w:firstColumn="1" w:lastColumn="0" w:noHBand="0" w:noVBand="1"/>
      </w:tblPr>
      <w:tblGrid>
        <w:gridCol w:w="792"/>
        <w:gridCol w:w="9288"/>
      </w:tblGrid>
      <w:tr w:rsidR="007929DF" w14:paraId="5BCF004F" w14:textId="77777777">
        <w:trPr>
          <w:jc w:val="center"/>
        </w:trPr>
        <w:tc>
          <w:tcPr>
            <w:tcW w:w="792" w:type="dxa"/>
            <w:shd w:val="clear" w:color="auto" w:fill="F26A21"/>
            <w:tcMar>
              <w:top w:w="95" w:type="dxa"/>
              <w:left w:w="100" w:type="dxa"/>
              <w:bottom w:w="95" w:type="dxa"/>
              <w:right w:w="100" w:type="dxa"/>
            </w:tcMar>
          </w:tcPr>
          <w:p w14:paraId="1764C2B4" w14:textId="77777777" w:rsidR="007929DF" w:rsidRDefault="00134C63">
            <w:pPr>
              <w:jc w:val="center"/>
            </w:pPr>
            <w:r>
              <w:rPr>
                <w:b/>
                <w:color w:val="FFFFFF"/>
                <w:sz w:val="26"/>
              </w:rPr>
              <w:t>01</w:t>
            </w:r>
          </w:p>
        </w:tc>
        <w:tc>
          <w:tcPr>
            <w:tcW w:w="9288" w:type="dxa"/>
            <w:shd w:val="clear" w:color="auto" w:fill="083B5C"/>
            <w:tcMar>
              <w:top w:w="95" w:type="dxa"/>
              <w:left w:w="150" w:type="dxa"/>
              <w:bottom w:w="95" w:type="dxa"/>
              <w:right w:w="150" w:type="dxa"/>
            </w:tcMar>
          </w:tcPr>
          <w:p w14:paraId="0F8E2931" w14:textId="77777777" w:rsidR="007929DF" w:rsidRDefault="00134C63">
            <w:r>
              <w:rPr>
                <w:b/>
                <w:color w:val="FFFFFF"/>
              </w:rPr>
              <w:t>ABOUT THE PROJECT</w:t>
            </w:r>
          </w:p>
        </w:tc>
      </w:tr>
    </w:tbl>
    <w:p w14:paraId="2F4BC9CA" w14:textId="77777777" w:rsidR="007929DF" w:rsidRDefault="007929DF">
      <w:pPr>
        <w:spacing w:after="80"/>
      </w:pPr>
    </w:p>
    <w:tbl>
      <w:tblPr>
        <w:tblW w:w="10080" w:type="dxa"/>
        <w:jc w:val="center"/>
        <w:tblBorders>
          <w:top w:val="single" w:sz="6" w:space="0" w:color="AFC5D0"/>
          <w:left w:val="single" w:sz="6" w:space="0" w:color="AFC5D0"/>
          <w:bottom w:val="single" w:sz="6" w:space="0" w:color="AFC5D0"/>
          <w:right w:val="single" w:sz="6" w:space="0" w:color="AFC5D0"/>
          <w:insideH w:val="single" w:sz="6" w:space="0" w:color="AFC5D0"/>
          <w:insideV w:val="single" w:sz="6" w:space="0" w:color="AFC5D0"/>
        </w:tblBorders>
        <w:tblLayout w:type="fixed"/>
        <w:tblLook w:val="04A0" w:firstRow="1" w:lastRow="0" w:firstColumn="1" w:lastColumn="0" w:noHBand="0" w:noVBand="1"/>
      </w:tblPr>
      <w:tblGrid>
        <w:gridCol w:w="10080"/>
      </w:tblGrid>
      <w:tr w:rsidR="007929DF" w14:paraId="6D3F7060" w14:textId="77777777">
        <w:trPr>
          <w:jc w:val="center"/>
        </w:trPr>
        <w:tc>
          <w:tcPr>
            <w:tcW w:w="10080" w:type="dxa"/>
            <w:shd w:val="clear" w:color="auto" w:fill="EEF5F8"/>
            <w:tcMar>
              <w:top w:w="75" w:type="dxa"/>
              <w:left w:w="120" w:type="dxa"/>
              <w:bottom w:w="55" w:type="dxa"/>
              <w:right w:w="120" w:type="dxa"/>
            </w:tcMar>
          </w:tcPr>
          <w:p w14:paraId="0989243A" w14:textId="77777777" w:rsidR="007929DF" w:rsidRDefault="00134C63">
            <w:pPr>
              <w:spacing w:after="60"/>
            </w:pPr>
            <w:r>
              <w:rPr>
                <w:b/>
                <w:color w:val="587080"/>
                <w:sz w:val="15"/>
              </w:rPr>
              <w:t>OFFICIAL PROJECT TITLE - 10 WORDS OR FEWER</w:t>
            </w:r>
          </w:p>
        </w:tc>
      </w:tr>
      <w:tr w:rsidR="007929DF" w14:paraId="312278CA" w14:textId="77777777">
        <w:trPr>
          <w:jc w:val="center"/>
        </w:trPr>
        <w:tc>
          <w:tcPr>
            <w:tcW w:w="10080" w:type="dxa"/>
            <w:shd w:val="clear" w:color="auto" w:fill="F8FBFC"/>
            <w:tcMar>
              <w:top w:w="90" w:type="dxa"/>
              <w:left w:w="120" w:type="dxa"/>
              <w:bottom w:w="90" w:type="dxa"/>
              <w:right w:w="120" w:type="dxa"/>
            </w:tcMar>
            <w:vAlign w:val="center"/>
          </w:tcPr>
          <w:p w14:paraId="35C712A1" w14:textId="77777777" w:rsidR="007929DF" w:rsidRDefault="00134C63">
            <w:pPr>
              <w:spacing w:after="0"/>
            </w:pPr>
            <w:sdt>
              <w:sdtPr>
                <w:alias w:val="project_title"/>
                <w:tag w:val="project_title"/>
                <w:id w:val="-1683125517"/>
                <w:showingPlcHdr/>
                <w:text/>
              </w:sdtPr>
              <w:sdtEndPr/>
              <w:sdtContent>
                <w:r>
                  <w:rPr>
                    <w:color w:val="587080"/>
                  </w:rPr>
                  <w:t>Click or tap here to enter text.</w:t>
                </w:r>
              </w:sdtContent>
            </w:sdt>
          </w:p>
        </w:tc>
      </w:tr>
    </w:tbl>
    <w:p w14:paraId="1280B01B" w14:textId="77777777" w:rsidR="007929DF" w:rsidRDefault="007929DF">
      <w:pPr>
        <w:spacing w:after="60"/>
      </w:pPr>
    </w:p>
    <w:tbl>
      <w:tblPr>
        <w:tblW w:w="10080" w:type="dxa"/>
        <w:jc w:val="center"/>
        <w:tblBorders>
          <w:top w:val="single" w:sz="6" w:space="0" w:color="AFC5D0"/>
          <w:left w:val="single" w:sz="6" w:space="0" w:color="AFC5D0"/>
          <w:bottom w:val="single" w:sz="6" w:space="0" w:color="AFC5D0"/>
          <w:right w:val="single" w:sz="6" w:space="0" w:color="AFC5D0"/>
          <w:insideH w:val="single" w:sz="6" w:space="0" w:color="AFC5D0"/>
          <w:insideV w:val="single" w:sz="6" w:space="0" w:color="AFC5D0"/>
        </w:tblBorders>
        <w:tblLayout w:type="fixed"/>
        <w:tblLook w:val="04A0" w:firstRow="1" w:lastRow="0" w:firstColumn="1" w:lastColumn="0" w:noHBand="0" w:noVBand="1"/>
      </w:tblPr>
      <w:tblGrid>
        <w:gridCol w:w="5040"/>
        <w:gridCol w:w="5040"/>
      </w:tblGrid>
      <w:tr w:rsidR="007929DF" w14:paraId="387E949A" w14:textId="77777777">
        <w:trPr>
          <w:jc w:val="center"/>
        </w:trPr>
        <w:tc>
          <w:tcPr>
            <w:tcW w:w="5040" w:type="dxa"/>
            <w:shd w:val="clear" w:color="auto" w:fill="EEF5F8"/>
            <w:tcMar>
              <w:top w:w="75" w:type="dxa"/>
              <w:left w:w="120" w:type="dxa"/>
              <w:bottom w:w="55" w:type="dxa"/>
              <w:right w:w="120" w:type="dxa"/>
            </w:tcMar>
          </w:tcPr>
          <w:p w14:paraId="6DF0C3AA" w14:textId="77777777" w:rsidR="007929DF" w:rsidRDefault="00134C63">
            <w:pPr>
              <w:spacing w:after="60"/>
            </w:pPr>
            <w:r>
              <w:rPr>
                <w:b/>
                <w:color w:val="587080"/>
                <w:sz w:val="15"/>
              </w:rPr>
              <w:t>PROJECT LOCATION / ADDRESS</w:t>
            </w:r>
          </w:p>
        </w:tc>
        <w:tc>
          <w:tcPr>
            <w:tcW w:w="5040" w:type="dxa"/>
            <w:shd w:val="clear" w:color="auto" w:fill="EEF5F8"/>
            <w:tcMar>
              <w:top w:w="75" w:type="dxa"/>
              <w:left w:w="120" w:type="dxa"/>
              <w:bottom w:w="55" w:type="dxa"/>
              <w:right w:w="120" w:type="dxa"/>
            </w:tcMar>
          </w:tcPr>
          <w:p w14:paraId="488F3204" w14:textId="77777777" w:rsidR="007929DF" w:rsidRDefault="00134C63">
            <w:pPr>
              <w:spacing w:after="60"/>
            </w:pPr>
            <w:r>
              <w:rPr>
                <w:b/>
                <w:color w:val="587080"/>
                <w:sz w:val="15"/>
              </w:rPr>
              <w:t>CITY AND STATE</w:t>
            </w:r>
          </w:p>
        </w:tc>
      </w:tr>
      <w:tr w:rsidR="007929DF" w14:paraId="05C58E9F" w14:textId="77777777">
        <w:trPr>
          <w:jc w:val="center"/>
        </w:trPr>
        <w:tc>
          <w:tcPr>
            <w:tcW w:w="5040" w:type="dxa"/>
            <w:shd w:val="clear" w:color="auto" w:fill="F8FBFC"/>
            <w:tcMar>
              <w:top w:w="90" w:type="dxa"/>
              <w:left w:w="120" w:type="dxa"/>
              <w:bottom w:w="90" w:type="dxa"/>
              <w:right w:w="120" w:type="dxa"/>
            </w:tcMar>
            <w:vAlign w:val="center"/>
          </w:tcPr>
          <w:p w14:paraId="6B17A6EB" w14:textId="77777777" w:rsidR="007929DF" w:rsidRDefault="00134C63">
            <w:pPr>
              <w:spacing w:after="0"/>
            </w:pPr>
            <w:sdt>
              <w:sdtPr>
                <w:alias w:val="project_location"/>
                <w:tag w:val="project_location"/>
                <w:id w:val="-252984248"/>
                <w:showingPlcHdr/>
                <w:text/>
              </w:sdtPr>
              <w:sdtEndPr/>
              <w:sdtContent>
                <w:r>
                  <w:rPr>
                    <w:color w:val="587080"/>
                  </w:rPr>
                  <w:t>Street address or project location</w:t>
                </w:r>
              </w:sdtContent>
            </w:sdt>
          </w:p>
        </w:tc>
        <w:tc>
          <w:tcPr>
            <w:tcW w:w="5040" w:type="dxa"/>
            <w:shd w:val="clear" w:color="auto" w:fill="F8FBFC"/>
            <w:tcMar>
              <w:top w:w="90" w:type="dxa"/>
              <w:left w:w="120" w:type="dxa"/>
              <w:bottom w:w="90" w:type="dxa"/>
              <w:right w:w="120" w:type="dxa"/>
            </w:tcMar>
            <w:vAlign w:val="center"/>
          </w:tcPr>
          <w:p w14:paraId="056B7073" w14:textId="77777777" w:rsidR="007929DF" w:rsidRDefault="00134C63">
            <w:pPr>
              <w:spacing w:after="0"/>
            </w:pPr>
            <w:sdt>
              <w:sdtPr>
                <w:alias w:val="project_city_state"/>
                <w:tag w:val="project_city_state"/>
                <w:id w:val="1823694576"/>
                <w:showingPlcHdr/>
                <w:text/>
              </w:sdtPr>
              <w:sdtEndPr/>
              <w:sdtContent>
                <w:r>
                  <w:rPr>
                    <w:color w:val="587080"/>
                  </w:rPr>
                  <w:t>City, State</w:t>
                </w:r>
              </w:sdtContent>
            </w:sdt>
          </w:p>
        </w:tc>
      </w:tr>
    </w:tbl>
    <w:p w14:paraId="06FD2F00" w14:textId="77777777" w:rsidR="007929DF" w:rsidRDefault="007929DF">
      <w:pPr>
        <w:spacing w:after="60"/>
      </w:pPr>
    </w:p>
    <w:tbl>
      <w:tblPr>
        <w:tblW w:w="10080" w:type="dxa"/>
        <w:jc w:val="center"/>
        <w:tblBorders>
          <w:top w:val="single" w:sz="6" w:space="0" w:color="AFC5D0"/>
          <w:left w:val="single" w:sz="6" w:space="0" w:color="AFC5D0"/>
          <w:bottom w:val="single" w:sz="6" w:space="0" w:color="AFC5D0"/>
          <w:right w:val="single" w:sz="6" w:space="0" w:color="AFC5D0"/>
          <w:insideH w:val="single" w:sz="6" w:space="0" w:color="AFC5D0"/>
          <w:insideV w:val="single" w:sz="6" w:space="0" w:color="AFC5D0"/>
        </w:tblBorders>
        <w:tblLayout w:type="fixed"/>
        <w:tblLook w:val="04A0" w:firstRow="1" w:lastRow="0" w:firstColumn="1" w:lastColumn="0" w:noHBand="0" w:noVBand="1"/>
      </w:tblPr>
      <w:tblGrid>
        <w:gridCol w:w="5040"/>
        <w:gridCol w:w="5040"/>
      </w:tblGrid>
      <w:tr w:rsidR="007929DF" w14:paraId="3AE3B5D9" w14:textId="77777777">
        <w:trPr>
          <w:jc w:val="center"/>
        </w:trPr>
        <w:tc>
          <w:tcPr>
            <w:tcW w:w="5040" w:type="dxa"/>
            <w:shd w:val="clear" w:color="auto" w:fill="EEF5F8"/>
            <w:tcMar>
              <w:top w:w="75" w:type="dxa"/>
              <w:left w:w="120" w:type="dxa"/>
              <w:bottom w:w="55" w:type="dxa"/>
              <w:right w:w="120" w:type="dxa"/>
            </w:tcMar>
          </w:tcPr>
          <w:p w14:paraId="3A00C02F" w14:textId="77777777" w:rsidR="007929DF" w:rsidRDefault="00134C63">
            <w:pPr>
              <w:spacing w:after="60"/>
            </w:pPr>
            <w:r>
              <w:rPr>
                <w:b/>
                <w:color w:val="587080"/>
                <w:sz w:val="15"/>
              </w:rPr>
              <w:t>SCHEDULED COMPLETION / USE DATE</w:t>
            </w:r>
          </w:p>
        </w:tc>
        <w:tc>
          <w:tcPr>
            <w:tcW w:w="5040" w:type="dxa"/>
            <w:shd w:val="clear" w:color="auto" w:fill="EEF5F8"/>
            <w:tcMar>
              <w:top w:w="75" w:type="dxa"/>
              <w:left w:w="120" w:type="dxa"/>
              <w:bottom w:w="55" w:type="dxa"/>
              <w:right w:w="120" w:type="dxa"/>
            </w:tcMar>
          </w:tcPr>
          <w:p w14:paraId="49D992DB" w14:textId="77777777" w:rsidR="007929DF" w:rsidRDefault="00134C63">
            <w:pPr>
              <w:spacing w:after="60"/>
            </w:pPr>
            <w:r>
              <w:rPr>
                <w:b/>
                <w:color w:val="587080"/>
                <w:sz w:val="15"/>
              </w:rPr>
              <w:t>ACTUAL COMPLETION / USE DATE</w:t>
            </w:r>
          </w:p>
        </w:tc>
      </w:tr>
      <w:tr w:rsidR="007929DF" w14:paraId="413357CF" w14:textId="77777777">
        <w:trPr>
          <w:jc w:val="center"/>
        </w:trPr>
        <w:tc>
          <w:tcPr>
            <w:tcW w:w="5040" w:type="dxa"/>
            <w:shd w:val="clear" w:color="auto" w:fill="F8FBFC"/>
            <w:tcMar>
              <w:top w:w="90" w:type="dxa"/>
              <w:left w:w="120" w:type="dxa"/>
              <w:bottom w:w="90" w:type="dxa"/>
              <w:right w:w="120" w:type="dxa"/>
            </w:tcMar>
            <w:vAlign w:val="center"/>
          </w:tcPr>
          <w:p w14:paraId="4CC41AF3" w14:textId="77777777" w:rsidR="007929DF" w:rsidRDefault="00134C63">
            <w:pPr>
              <w:spacing w:after="0"/>
            </w:pPr>
            <w:sdt>
              <w:sdtPr>
                <w:alias w:val="scheduled_completion"/>
                <w:tag w:val="scheduled_completion"/>
                <w:id w:val="2142758210"/>
                <w:showingPlcHdr/>
                <w:text/>
              </w:sdtPr>
              <w:sdtEndPr/>
              <w:sdtContent>
                <w:r>
                  <w:rPr>
                    <w:color w:val="587080"/>
                  </w:rPr>
                  <w:t>Month / Day / Year</w:t>
                </w:r>
              </w:sdtContent>
            </w:sdt>
          </w:p>
        </w:tc>
        <w:tc>
          <w:tcPr>
            <w:tcW w:w="5040" w:type="dxa"/>
            <w:shd w:val="clear" w:color="auto" w:fill="F8FBFC"/>
            <w:tcMar>
              <w:top w:w="90" w:type="dxa"/>
              <w:left w:w="120" w:type="dxa"/>
              <w:bottom w:w="90" w:type="dxa"/>
              <w:right w:w="120" w:type="dxa"/>
            </w:tcMar>
            <w:vAlign w:val="center"/>
          </w:tcPr>
          <w:p w14:paraId="1A4AC34E" w14:textId="77777777" w:rsidR="007929DF" w:rsidRDefault="00134C63">
            <w:pPr>
              <w:spacing w:after="0"/>
            </w:pPr>
            <w:sdt>
              <w:sdtPr>
                <w:alias w:val="actual_completion"/>
                <w:tag w:val="actual_completion"/>
                <w:id w:val="-2034106869"/>
                <w:showingPlcHdr/>
                <w:text/>
              </w:sdtPr>
              <w:sdtEndPr/>
              <w:sdtContent>
                <w:r>
                  <w:rPr>
                    <w:color w:val="587080"/>
                  </w:rPr>
                  <w:t>Month / Day / Year</w:t>
                </w:r>
              </w:sdtContent>
            </w:sdt>
          </w:p>
        </w:tc>
      </w:tr>
    </w:tbl>
    <w:p w14:paraId="69BC7D2F" w14:textId="77777777" w:rsidR="007929DF" w:rsidRDefault="007929DF">
      <w:pPr>
        <w:spacing w:after="60"/>
      </w:pPr>
    </w:p>
    <w:tbl>
      <w:tblPr>
        <w:tblW w:w="10080" w:type="dxa"/>
        <w:jc w:val="center"/>
        <w:tblBorders>
          <w:top w:val="single" w:sz="6" w:space="0" w:color="AFC5D0"/>
          <w:left w:val="single" w:sz="6" w:space="0" w:color="AFC5D0"/>
          <w:bottom w:val="single" w:sz="6" w:space="0" w:color="AFC5D0"/>
          <w:right w:val="single" w:sz="6" w:space="0" w:color="AFC5D0"/>
          <w:insideH w:val="single" w:sz="6" w:space="0" w:color="AFC5D0"/>
          <w:insideV w:val="single" w:sz="6" w:space="0" w:color="AFC5D0"/>
        </w:tblBorders>
        <w:tblLayout w:type="fixed"/>
        <w:tblLook w:val="04A0" w:firstRow="1" w:lastRow="0" w:firstColumn="1" w:lastColumn="0" w:noHBand="0" w:noVBand="1"/>
      </w:tblPr>
      <w:tblGrid>
        <w:gridCol w:w="5040"/>
        <w:gridCol w:w="5040"/>
      </w:tblGrid>
      <w:tr w:rsidR="007929DF" w14:paraId="3EF69663" w14:textId="77777777">
        <w:trPr>
          <w:jc w:val="center"/>
        </w:trPr>
        <w:tc>
          <w:tcPr>
            <w:tcW w:w="5040" w:type="dxa"/>
            <w:shd w:val="clear" w:color="auto" w:fill="EEF5F8"/>
            <w:tcMar>
              <w:top w:w="75" w:type="dxa"/>
              <w:left w:w="120" w:type="dxa"/>
              <w:bottom w:w="55" w:type="dxa"/>
              <w:right w:w="120" w:type="dxa"/>
            </w:tcMar>
          </w:tcPr>
          <w:p w14:paraId="7F1B5DDF" w14:textId="77777777" w:rsidR="007929DF" w:rsidRDefault="00134C63">
            <w:pPr>
              <w:spacing w:after="60"/>
            </w:pPr>
            <w:r>
              <w:rPr>
                <w:b/>
                <w:color w:val="587080"/>
                <w:sz w:val="15"/>
              </w:rPr>
              <w:t>TOTAL PROJECT BUDGETED COST</w:t>
            </w:r>
          </w:p>
        </w:tc>
        <w:tc>
          <w:tcPr>
            <w:tcW w:w="5040" w:type="dxa"/>
            <w:shd w:val="clear" w:color="auto" w:fill="EEF5F8"/>
            <w:tcMar>
              <w:top w:w="75" w:type="dxa"/>
              <w:left w:w="120" w:type="dxa"/>
              <w:bottom w:w="55" w:type="dxa"/>
              <w:right w:w="120" w:type="dxa"/>
            </w:tcMar>
          </w:tcPr>
          <w:p w14:paraId="57ED2022" w14:textId="77777777" w:rsidR="007929DF" w:rsidRDefault="00134C63">
            <w:pPr>
              <w:spacing w:after="60"/>
            </w:pPr>
            <w:r>
              <w:rPr>
                <w:b/>
                <w:color w:val="587080"/>
                <w:sz w:val="15"/>
              </w:rPr>
              <w:t>TOTAL PROJECT ACTUAL COST</w:t>
            </w:r>
          </w:p>
        </w:tc>
      </w:tr>
      <w:tr w:rsidR="007929DF" w14:paraId="3648E9EA" w14:textId="77777777">
        <w:trPr>
          <w:jc w:val="center"/>
        </w:trPr>
        <w:tc>
          <w:tcPr>
            <w:tcW w:w="5040" w:type="dxa"/>
            <w:shd w:val="clear" w:color="auto" w:fill="F8FBFC"/>
            <w:tcMar>
              <w:top w:w="90" w:type="dxa"/>
              <w:left w:w="120" w:type="dxa"/>
              <w:bottom w:w="90" w:type="dxa"/>
              <w:right w:w="120" w:type="dxa"/>
            </w:tcMar>
            <w:vAlign w:val="center"/>
          </w:tcPr>
          <w:p w14:paraId="14F42C3C" w14:textId="77777777" w:rsidR="007929DF" w:rsidRDefault="00134C63">
            <w:pPr>
              <w:spacing w:after="0"/>
            </w:pPr>
            <w:sdt>
              <w:sdtPr>
                <w:alias w:val="total_budgeted"/>
                <w:tag w:val="total_budgeted"/>
                <w:id w:val="1301813382"/>
                <w:showingPlcHdr/>
                <w:text/>
              </w:sdtPr>
              <w:sdtEndPr/>
              <w:sdtContent>
                <w:r>
                  <w:rPr>
                    <w:color w:val="587080"/>
                  </w:rPr>
                  <w:t>$</w:t>
                </w:r>
              </w:sdtContent>
            </w:sdt>
          </w:p>
        </w:tc>
        <w:tc>
          <w:tcPr>
            <w:tcW w:w="5040" w:type="dxa"/>
            <w:shd w:val="clear" w:color="auto" w:fill="F8FBFC"/>
            <w:tcMar>
              <w:top w:w="90" w:type="dxa"/>
              <w:left w:w="120" w:type="dxa"/>
              <w:bottom w:w="90" w:type="dxa"/>
              <w:right w:w="120" w:type="dxa"/>
            </w:tcMar>
            <w:vAlign w:val="center"/>
          </w:tcPr>
          <w:p w14:paraId="7651AC38" w14:textId="77777777" w:rsidR="007929DF" w:rsidRDefault="00134C63">
            <w:pPr>
              <w:spacing w:after="0"/>
            </w:pPr>
            <w:sdt>
              <w:sdtPr>
                <w:alias w:val="total_actual"/>
                <w:tag w:val="total_actual"/>
                <w:id w:val="677470957"/>
                <w:showingPlcHdr/>
                <w:text/>
              </w:sdtPr>
              <w:sdtEndPr/>
              <w:sdtContent>
                <w:r>
                  <w:rPr>
                    <w:color w:val="587080"/>
                  </w:rPr>
                  <w:t>$</w:t>
                </w:r>
              </w:sdtContent>
            </w:sdt>
          </w:p>
        </w:tc>
      </w:tr>
    </w:tbl>
    <w:p w14:paraId="26427C5E" w14:textId="77777777" w:rsidR="007929DF" w:rsidRDefault="007929DF">
      <w:pPr>
        <w:spacing w:after="60"/>
      </w:pPr>
    </w:p>
    <w:tbl>
      <w:tblPr>
        <w:tblW w:w="10080" w:type="dxa"/>
        <w:jc w:val="center"/>
        <w:tblBorders>
          <w:top w:val="single" w:sz="6" w:space="0" w:color="AFC5D0"/>
          <w:left w:val="single" w:sz="6" w:space="0" w:color="AFC5D0"/>
          <w:bottom w:val="single" w:sz="6" w:space="0" w:color="AFC5D0"/>
          <w:right w:val="single" w:sz="6" w:space="0" w:color="AFC5D0"/>
          <w:insideH w:val="single" w:sz="6" w:space="0" w:color="AFC5D0"/>
          <w:insideV w:val="single" w:sz="6" w:space="0" w:color="AFC5D0"/>
        </w:tblBorders>
        <w:tblLayout w:type="fixed"/>
        <w:tblLook w:val="04A0" w:firstRow="1" w:lastRow="0" w:firstColumn="1" w:lastColumn="0" w:noHBand="0" w:noVBand="1"/>
      </w:tblPr>
      <w:tblGrid>
        <w:gridCol w:w="5040"/>
        <w:gridCol w:w="5040"/>
      </w:tblGrid>
      <w:tr w:rsidR="007929DF" w14:paraId="78351E1E" w14:textId="77777777">
        <w:trPr>
          <w:jc w:val="center"/>
        </w:trPr>
        <w:tc>
          <w:tcPr>
            <w:tcW w:w="5040" w:type="dxa"/>
            <w:shd w:val="clear" w:color="auto" w:fill="EEF5F8"/>
            <w:tcMar>
              <w:top w:w="75" w:type="dxa"/>
              <w:left w:w="120" w:type="dxa"/>
              <w:bottom w:w="55" w:type="dxa"/>
              <w:right w:w="120" w:type="dxa"/>
            </w:tcMar>
          </w:tcPr>
          <w:p w14:paraId="5FA9EB21" w14:textId="77777777" w:rsidR="007929DF" w:rsidRDefault="00134C63">
            <w:pPr>
              <w:spacing w:after="60"/>
            </w:pPr>
            <w:r>
              <w:rPr>
                <w:b/>
                <w:color w:val="587080"/>
                <w:sz w:val="15"/>
              </w:rPr>
              <w:t>ENTRANT'S BUDGETED PORTION</w:t>
            </w:r>
          </w:p>
        </w:tc>
        <w:tc>
          <w:tcPr>
            <w:tcW w:w="5040" w:type="dxa"/>
            <w:shd w:val="clear" w:color="auto" w:fill="EEF5F8"/>
            <w:tcMar>
              <w:top w:w="75" w:type="dxa"/>
              <w:left w:w="120" w:type="dxa"/>
              <w:bottom w:w="55" w:type="dxa"/>
              <w:right w:w="120" w:type="dxa"/>
            </w:tcMar>
          </w:tcPr>
          <w:p w14:paraId="14AE27AF" w14:textId="77777777" w:rsidR="007929DF" w:rsidRDefault="00134C63">
            <w:pPr>
              <w:spacing w:after="60"/>
            </w:pPr>
            <w:r>
              <w:rPr>
                <w:b/>
                <w:color w:val="587080"/>
                <w:sz w:val="15"/>
              </w:rPr>
              <w:t>ENTRANT'S ACTUAL PORTION</w:t>
            </w:r>
          </w:p>
        </w:tc>
      </w:tr>
      <w:tr w:rsidR="007929DF" w14:paraId="23E01C27" w14:textId="77777777">
        <w:trPr>
          <w:jc w:val="center"/>
        </w:trPr>
        <w:tc>
          <w:tcPr>
            <w:tcW w:w="5040" w:type="dxa"/>
            <w:shd w:val="clear" w:color="auto" w:fill="F8FBFC"/>
            <w:tcMar>
              <w:top w:w="90" w:type="dxa"/>
              <w:left w:w="120" w:type="dxa"/>
              <w:bottom w:w="90" w:type="dxa"/>
              <w:right w:w="120" w:type="dxa"/>
            </w:tcMar>
            <w:vAlign w:val="center"/>
          </w:tcPr>
          <w:p w14:paraId="28D151EC" w14:textId="77777777" w:rsidR="007929DF" w:rsidRDefault="00134C63">
            <w:pPr>
              <w:spacing w:after="0"/>
            </w:pPr>
            <w:sdt>
              <w:sdtPr>
                <w:alias w:val="entrant_budgeted"/>
                <w:tag w:val="entrant_budgeted"/>
                <w:id w:val="1753540094"/>
                <w:showingPlcHdr/>
                <w:text/>
              </w:sdtPr>
              <w:sdtEndPr/>
              <w:sdtContent>
                <w:r>
                  <w:rPr>
                    <w:color w:val="587080"/>
                  </w:rPr>
                  <w:t>$</w:t>
                </w:r>
              </w:sdtContent>
            </w:sdt>
          </w:p>
        </w:tc>
        <w:tc>
          <w:tcPr>
            <w:tcW w:w="5040" w:type="dxa"/>
            <w:shd w:val="clear" w:color="auto" w:fill="F8FBFC"/>
            <w:tcMar>
              <w:top w:w="90" w:type="dxa"/>
              <w:left w:w="120" w:type="dxa"/>
              <w:bottom w:w="90" w:type="dxa"/>
              <w:right w:w="120" w:type="dxa"/>
            </w:tcMar>
            <w:vAlign w:val="center"/>
          </w:tcPr>
          <w:p w14:paraId="0140894E" w14:textId="77777777" w:rsidR="007929DF" w:rsidRDefault="00134C63">
            <w:pPr>
              <w:spacing w:after="0"/>
            </w:pPr>
            <w:sdt>
              <w:sdtPr>
                <w:alias w:val="entrant_actual"/>
                <w:tag w:val="entrant_actual"/>
                <w:id w:val="-1238694526"/>
                <w:showingPlcHdr/>
                <w:text/>
              </w:sdtPr>
              <w:sdtEndPr/>
              <w:sdtContent>
                <w:r>
                  <w:rPr>
                    <w:color w:val="587080"/>
                  </w:rPr>
                  <w:t>$</w:t>
                </w:r>
              </w:sdtContent>
            </w:sdt>
          </w:p>
        </w:tc>
      </w:tr>
    </w:tbl>
    <w:p w14:paraId="67A4BB17" w14:textId="77777777" w:rsidR="007929DF" w:rsidRDefault="007929DF"/>
    <w:p w14:paraId="35AA4C2B" w14:textId="77777777" w:rsidR="007929DF" w:rsidRDefault="00134C63">
      <w:pPr>
        <w:spacing w:after="60"/>
        <w:jc w:val="center"/>
      </w:pPr>
      <w:r>
        <w:rPr>
          <w:b/>
          <w:color w:val="587080"/>
          <w:sz w:val="16"/>
        </w:rPr>
        <w:t>PROJECT-COST CATEGORY - CHECK ONE</w:t>
      </w:r>
    </w:p>
    <w:tbl>
      <w:tblPr>
        <w:tblW w:w="10080" w:type="dxa"/>
        <w:jc w:val="center"/>
        <w:tblBorders>
          <w:top w:val="single" w:sz="6" w:space="0" w:color="AFC5D0"/>
          <w:left w:val="single" w:sz="6" w:space="0" w:color="AFC5D0"/>
          <w:bottom w:val="single" w:sz="6" w:space="0" w:color="AFC5D0"/>
          <w:right w:val="single" w:sz="6" w:space="0" w:color="AFC5D0"/>
          <w:insideH w:val="single" w:sz="6" w:space="0" w:color="AFC5D0"/>
          <w:insideV w:val="single" w:sz="6" w:space="0" w:color="AFC5D0"/>
        </w:tblBorders>
        <w:tblLayout w:type="fixed"/>
        <w:tblLook w:val="04A0" w:firstRow="1" w:lastRow="0" w:firstColumn="1" w:lastColumn="0" w:noHBand="0" w:noVBand="1"/>
      </w:tblPr>
      <w:tblGrid>
        <w:gridCol w:w="3356"/>
        <w:gridCol w:w="3369"/>
        <w:gridCol w:w="3355"/>
      </w:tblGrid>
      <w:tr w:rsidR="007929DF" w14:paraId="3E45FF67" w14:textId="77777777">
        <w:trPr>
          <w:jc w:val="center"/>
        </w:trPr>
        <w:tc>
          <w:tcPr>
            <w:tcW w:w="3355" w:type="dxa"/>
            <w:shd w:val="clear" w:color="auto" w:fill="EEF5F8"/>
            <w:tcMar>
              <w:top w:w="100" w:type="dxa"/>
              <w:left w:w="110" w:type="dxa"/>
              <w:bottom w:w="100" w:type="dxa"/>
              <w:right w:w="110" w:type="dxa"/>
            </w:tcMar>
          </w:tcPr>
          <w:p w14:paraId="6138D181" w14:textId="77777777" w:rsidR="007929DF" w:rsidRDefault="00134C63">
            <w:pPr>
              <w:jc w:val="center"/>
            </w:pPr>
            <w:r>
              <w:rPr>
                <w:rFonts w:ascii="DejaVu Sans" w:hAnsi="DejaVu Sans"/>
                <w:color w:val="F26A21"/>
                <w:sz w:val="26"/>
              </w:rPr>
              <w:t>☐</w:t>
            </w:r>
            <w:r>
              <w:rPr>
                <w:rFonts w:ascii="DejaVu Sans" w:hAnsi="DejaVu Sans"/>
                <w:color w:val="F26A21"/>
                <w:sz w:val="26"/>
              </w:rPr>
              <w:t xml:space="preserve">  </w:t>
            </w:r>
            <w:r>
              <w:rPr>
                <w:b/>
                <w:color w:val="083B5C"/>
                <w:sz w:val="17"/>
              </w:rPr>
              <w:t>CATEGORY A</w:t>
            </w:r>
          </w:p>
          <w:p w14:paraId="5BCA316E" w14:textId="77777777" w:rsidR="007929DF" w:rsidRDefault="00134C63">
            <w:pPr>
              <w:spacing w:after="0"/>
              <w:jc w:val="center"/>
            </w:pPr>
            <w:r>
              <w:rPr>
                <w:color w:val="587080"/>
                <w:sz w:val="16"/>
              </w:rPr>
              <w:t>$1,000,000 and under</w:t>
            </w:r>
          </w:p>
        </w:tc>
        <w:tc>
          <w:tcPr>
            <w:tcW w:w="3369" w:type="dxa"/>
            <w:shd w:val="clear" w:color="auto" w:fill="EEF5F8"/>
            <w:tcMar>
              <w:top w:w="100" w:type="dxa"/>
              <w:left w:w="110" w:type="dxa"/>
              <w:bottom w:w="100" w:type="dxa"/>
              <w:right w:w="110" w:type="dxa"/>
            </w:tcMar>
          </w:tcPr>
          <w:p w14:paraId="76D7348E" w14:textId="77777777" w:rsidR="007929DF" w:rsidRDefault="00134C63">
            <w:pPr>
              <w:jc w:val="center"/>
            </w:pPr>
            <w:r>
              <w:rPr>
                <w:rFonts w:ascii="DejaVu Sans" w:hAnsi="DejaVu Sans"/>
                <w:color w:val="F26A21"/>
                <w:sz w:val="26"/>
              </w:rPr>
              <w:t>☐</w:t>
            </w:r>
            <w:r>
              <w:rPr>
                <w:rFonts w:ascii="DejaVu Sans" w:hAnsi="DejaVu Sans"/>
                <w:color w:val="F26A21"/>
                <w:sz w:val="26"/>
              </w:rPr>
              <w:t xml:space="preserve">  </w:t>
            </w:r>
            <w:r>
              <w:rPr>
                <w:b/>
                <w:color w:val="083B5C"/>
                <w:sz w:val="17"/>
              </w:rPr>
              <w:t>CATEGORY B</w:t>
            </w:r>
          </w:p>
          <w:p w14:paraId="3908257F" w14:textId="77777777" w:rsidR="007929DF" w:rsidRDefault="00134C63">
            <w:pPr>
              <w:spacing w:after="0"/>
              <w:jc w:val="center"/>
            </w:pPr>
            <w:r>
              <w:rPr>
                <w:color w:val="587080"/>
                <w:sz w:val="16"/>
              </w:rPr>
              <w:t>$1,000,000-$5,000,000</w:t>
            </w:r>
          </w:p>
        </w:tc>
        <w:tc>
          <w:tcPr>
            <w:tcW w:w="3355" w:type="dxa"/>
            <w:shd w:val="clear" w:color="auto" w:fill="EEF5F8"/>
            <w:tcMar>
              <w:top w:w="100" w:type="dxa"/>
              <w:left w:w="110" w:type="dxa"/>
              <w:bottom w:w="100" w:type="dxa"/>
              <w:right w:w="110" w:type="dxa"/>
            </w:tcMar>
          </w:tcPr>
          <w:p w14:paraId="089340FF" w14:textId="77777777" w:rsidR="007929DF" w:rsidRDefault="00134C63">
            <w:pPr>
              <w:jc w:val="center"/>
            </w:pPr>
            <w:r>
              <w:rPr>
                <w:rFonts w:ascii="DejaVu Sans" w:hAnsi="DejaVu Sans"/>
                <w:color w:val="F26A21"/>
                <w:sz w:val="26"/>
              </w:rPr>
              <w:t>☐</w:t>
            </w:r>
            <w:r>
              <w:rPr>
                <w:rFonts w:ascii="DejaVu Sans" w:hAnsi="DejaVu Sans"/>
                <w:color w:val="F26A21"/>
                <w:sz w:val="26"/>
              </w:rPr>
              <w:t xml:space="preserve">  </w:t>
            </w:r>
            <w:r>
              <w:rPr>
                <w:b/>
                <w:color w:val="083B5C"/>
                <w:sz w:val="17"/>
              </w:rPr>
              <w:t>CATEGORY C</w:t>
            </w:r>
          </w:p>
          <w:p w14:paraId="14313189" w14:textId="77777777" w:rsidR="007929DF" w:rsidRDefault="00134C63">
            <w:pPr>
              <w:spacing w:after="0"/>
              <w:jc w:val="center"/>
            </w:pPr>
            <w:r>
              <w:rPr>
                <w:color w:val="587080"/>
                <w:sz w:val="16"/>
              </w:rPr>
              <w:t>$5,000,000 and above</w:t>
            </w:r>
          </w:p>
        </w:tc>
      </w:tr>
    </w:tbl>
    <w:p w14:paraId="1E63F9D2" w14:textId="77777777" w:rsidR="007929DF" w:rsidRDefault="00134C63">
      <w:r>
        <w:br w:type="page"/>
      </w:r>
    </w:p>
    <w:tbl>
      <w:tblPr>
        <w:tblW w:w="10080" w:type="dxa"/>
        <w:jc w:val="center"/>
        <w:tblLayout w:type="fixed"/>
        <w:tblLook w:val="04A0" w:firstRow="1" w:lastRow="0" w:firstColumn="1" w:lastColumn="0" w:noHBand="0" w:noVBand="1"/>
      </w:tblPr>
      <w:tblGrid>
        <w:gridCol w:w="792"/>
        <w:gridCol w:w="9288"/>
      </w:tblGrid>
      <w:tr w:rsidR="007929DF" w14:paraId="260F1DBE" w14:textId="77777777">
        <w:trPr>
          <w:jc w:val="center"/>
        </w:trPr>
        <w:tc>
          <w:tcPr>
            <w:tcW w:w="792" w:type="dxa"/>
            <w:shd w:val="clear" w:color="auto" w:fill="F26A21"/>
            <w:tcMar>
              <w:top w:w="95" w:type="dxa"/>
              <w:left w:w="100" w:type="dxa"/>
              <w:bottom w:w="95" w:type="dxa"/>
              <w:right w:w="100" w:type="dxa"/>
            </w:tcMar>
          </w:tcPr>
          <w:p w14:paraId="7C73BA3D" w14:textId="77777777" w:rsidR="007929DF" w:rsidRDefault="00134C63">
            <w:pPr>
              <w:jc w:val="center"/>
            </w:pPr>
            <w:r>
              <w:rPr>
                <w:b/>
                <w:color w:val="FFFFFF"/>
                <w:sz w:val="26"/>
              </w:rPr>
              <w:lastRenderedPageBreak/>
              <w:t>02</w:t>
            </w:r>
          </w:p>
        </w:tc>
        <w:tc>
          <w:tcPr>
            <w:tcW w:w="9288" w:type="dxa"/>
            <w:shd w:val="clear" w:color="auto" w:fill="083B5C"/>
            <w:tcMar>
              <w:top w:w="95" w:type="dxa"/>
              <w:left w:w="150" w:type="dxa"/>
              <w:bottom w:w="95" w:type="dxa"/>
              <w:right w:w="150" w:type="dxa"/>
            </w:tcMar>
          </w:tcPr>
          <w:p w14:paraId="7EBCA4E7" w14:textId="77777777" w:rsidR="007929DF" w:rsidRDefault="00134C63">
            <w:r>
              <w:rPr>
                <w:b/>
                <w:color w:val="FFFFFF"/>
              </w:rPr>
              <w:t>ABOUT THE ENTERING FIRM</w:t>
            </w:r>
          </w:p>
        </w:tc>
      </w:tr>
    </w:tbl>
    <w:p w14:paraId="2CF4C430" w14:textId="77777777" w:rsidR="007929DF" w:rsidRDefault="007929DF">
      <w:pPr>
        <w:spacing w:after="80"/>
      </w:pPr>
    </w:p>
    <w:tbl>
      <w:tblPr>
        <w:tblW w:w="10080" w:type="dxa"/>
        <w:jc w:val="center"/>
        <w:tblBorders>
          <w:top w:val="single" w:sz="6" w:space="0" w:color="AFC5D0"/>
          <w:left w:val="single" w:sz="6" w:space="0" w:color="AFC5D0"/>
          <w:bottom w:val="single" w:sz="6" w:space="0" w:color="AFC5D0"/>
          <w:right w:val="single" w:sz="6" w:space="0" w:color="AFC5D0"/>
          <w:insideH w:val="single" w:sz="6" w:space="0" w:color="AFC5D0"/>
          <w:insideV w:val="single" w:sz="6" w:space="0" w:color="AFC5D0"/>
        </w:tblBorders>
        <w:tblLayout w:type="fixed"/>
        <w:tblLook w:val="04A0" w:firstRow="1" w:lastRow="0" w:firstColumn="1" w:lastColumn="0" w:noHBand="0" w:noVBand="1"/>
      </w:tblPr>
      <w:tblGrid>
        <w:gridCol w:w="10080"/>
      </w:tblGrid>
      <w:tr w:rsidR="007929DF" w14:paraId="245FA0F2" w14:textId="77777777">
        <w:trPr>
          <w:jc w:val="center"/>
        </w:trPr>
        <w:tc>
          <w:tcPr>
            <w:tcW w:w="10080" w:type="dxa"/>
            <w:shd w:val="clear" w:color="auto" w:fill="EEF5F8"/>
            <w:tcMar>
              <w:top w:w="75" w:type="dxa"/>
              <w:left w:w="120" w:type="dxa"/>
              <w:bottom w:w="55" w:type="dxa"/>
              <w:right w:w="120" w:type="dxa"/>
            </w:tcMar>
          </w:tcPr>
          <w:p w14:paraId="451727D3" w14:textId="77777777" w:rsidR="007929DF" w:rsidRDefault="00134C63">
            <w:pPr>
              <w:spacing w:after="60"/>
            </w:pPr>
            <w:r>
              <w:rPr>
                <w:b/>
                <w:color w:val="587080"/>
                <w:sz w:val="15"/>
              </w:rPr>
              <w:t>PRIMARY ENTERING FIRM NAME(S)</w:t>
            </w:r>
          </w:p>
        </w:tc>
      </w:tr>
      <w:tr w:rsidR="007929DF" w14:paraId="4C47E085" w14:textId="77777777">
        <w:trPr>
          <w:jc w:val="center"/>
        </w:trPr>
        <w:tc>
          <w:tcPr>
            <w:tcW w:w="10080" w:type="dxa"/>
            <w:shd w:val="clear" w:color="auto" w:fill="F8FBFC"/>
            <w:tcMar>
              <w:top w:w="90" w:type="dxa"/>
              <w:left w:w="120" w:type="dxa"/>
              <w:bottom w:w="90" w:type="dxa"/>
              <w:right w:w="120" w:type="dxa"/>
            </w:tcMar>
            <w:vAlign w:val="center"/>
          </w:tcPr>
          <w:p w14:paraId="03AE2ED9" w14:textId="77777777" w:rsidR="007929DF" w:rsidRDefault="00134C63">
            <w:pPr>
              <w:spacing w:after="0"/>
            </w:pPr>
            <w:sdt>
              <w:sdtPr>
                <w:alias w:val="firm_name"/>
                <w:tag w:val="firm_name"/>
                <w:id w:val="-1958860854"/>
                <w:showingPlcHdr/>
                <w:text/>
              </w:sdtPr>
              <w:sdtEndPr/>
              <w:sdtContent>
                <w:r>
                  <w:rPr>
                    <w:color w:val="587080"/>
                  </w:rPr>
                  <w:t>Click or tap here to enter text.</w:t>
                </w:r>
              </w:sdtContent>
            </w:sdt>
          </w:p>
        </w:tc>
      </w:tr>
    </w:tbl>
    <w:p w14:paraId="7C7D362A" w14:textId="77777777" w:rsidR="007929DF" w:rsidRDefault="007929DF">
      <w:pPr>
        <w:spacing w:after="60"/>
      </w:pPr>
    </w:p>
    <w:tbl>
      <w:tblPr>
        <w:tblW w:w="10080" w:type="dxa"/>
        <w:jc w:val="center"/>
        <w:tblBorders>
          <w:top w:val="single" w:sz="6" w:space="0" w:color="AFC5D0"/>
          <w:left w:val="single" w:sz="6" w:space="0" w:color="AFC5D0"/>
          <w:bottom w:val="single" w:sz="6" w:space="0" w:color="AFC5D0"/>
          <w:right w:val="single" w:sz="6" w:space="0" w:color="AFC5D0"/>
          <w:insideH w:val="single" w:sz="6" w:space="0" w:color="AFC5D0"/>
          <w:insideV w:val="single" w:sz="6" w:space="0" w:color="AFC5D0"/>
        </w:tblBorders>
        <w:tblLayout w:type="fixed"/>
        <w:tblLook w:val="04A0" w:firstRow="1" w:lastRow="0" w:firstColumn="1" w:lastColumn="0" w:noHBand="0" w:noVBand="1"/>
      </w:tblPr>
      <w:tblGrid>
        <w:gridCol w:w="10080"/>
      </w:tblGrid>
      <w:tr w:rsidR="007929DF" w14:paraId="4605F5E9" w14:textId="77777777">
        <w:trPr>
          <w:jc w:val="center"/>
        </w:trPr>
        <w:tc>
          <w:tcPr>
            <w:tcW w:w="10080" w:type="dxa"/>
            <w:shd w:val="clear" w:color="auto" w:fill="EEF5F8"/>
            <w:tcMar>
              <w:top w:w="75" w:type="dxa"/>
              <w:left w:w="120" w:type="dxa"/>
              <w:bottom w:w="55" w:type="dxa"/>
              <w:right w:w="120" w:type="dxa"/>
            </w:tcMar>
          </w:tcPr>
          <w:p w14:paraId="6A93E004" w14:textId="77777777" w:rsidR="007929DF" w:rsidRDefault="00134C63">
            <w:pPr>
              <w:spacing w:after="60"/>
            </w:pPr>
            <w:r>
              <w:rPr>
                <w:b/>
                <w:color w:val="587080"/>
                <w:sz w:val="15"/>
              </w:rPr>
              <w:t>PRIMARY FIRM ADDRESS</w:t>
            </w:r>
          </w:p>
        </w:tc>
      </w:tr>
      <w:tr w:rsidR="007929DF" w14:paraId="3C6DEB3F" w14:textId="77777777">
        <w:trPr>
          <w:jc w:val="center"/>
        </w:trPr>
        <w:tc>
          <w:tcPr>
            <w:tcW w:w="10080" w:type="dxa"/>
            <w:shd w:val="clear" w:color="auto" w:fill="F8FBFC"/>
            <w:tcMar>
              <w:top w:w="90" w:type="dxa"/>
              <w:left w:w="120" w:type="dxa"/>
              <w:bottom w:w="90" w:type="dxa"/>
              <w:right w:w="120" w:type="dxa"/>
            </w:tcMar>
            <w:vAlign w:val="center"/>
          </w:tcPr>
          <w:p w14:paraId="6DB7BA2B" w14:textId="77777777" w:rsidR="007929DF" w:rsidRDefault="00134C63">
            <w:pPr>
              <w:spacing w:after="0"/>
            </w:pPr>
            <w:sdt>
              <w:sdtPr>
                <w:alias w:val="firm_address"/>
                <w:tag w:val="firm_address"/>
                <w:id w:val="-892187327"/>
                <w:showingPlcHdr/>
                <w:text/>
              </w:sdtPr>
              <w:sdtEndPr/>
              <w:sdtContent>
                <w:r>
                  <w:rPr>
                    <w:color w:val="587080"/>
                  </w:rPr>
                  <w:t>Click or tap here to enter text.</w:t>
                </w:r>
              </w:sdtContent>
            </w:sdt>
          </w:p>
        </w:tc>
      </w:tr>
    </w:tbl>
    <w:p w14:paraId="5FE6B1D1" w14:textId="77777777" w:rsidR="007929DF" w:rsidRDefault="007929DF">
      <w:pPr>
        <w:spacing w:after="60"/>
      </w:pPr>
    </w:p>
    <w:tbl>
      <w:tblPr>
        <w:tblW w:w="10080" w:type="dxa"/>
        <w:jc w:val="center"/>
        <w:tblBorders>
          <w:top w:val="single" w:sz="6" w:space="0" w:color="AFC5D0"/>
          <w:left w:val="single" w:sz="6" w:space="0" w:color="AFC5D0"/>
          <w:bottom w:val="single" w:sz="6" w:space="0" w:color="AFC5D0"/>
          <w:right w:val="single" w:sz="6" w:space="0" w:color="AFC5D0"/>
          <w:insideH w:val="single" w:sz="6" w:space="0" w:color="AFC5D0"/>
          <w:insideV w:val="single" w:sz="6" w:space="0" w:color="AFC5D0"/>
        </w:tblBorders>
        <w:tblLayout w:type="fixed"/>
        <w:tblLook w:val="04A0" w:firstRow="1" w:lastRow="0" w:firstColumn="1" w:lastColumn="0" w:noHBand="0" w:noVBand="1"/>
      </w:tblPr>
      <w:tblGrid>
        <w:gridCol w:w="5040"/>
        <w:gridCol w:w="5040"/>
      </w:tblGrid>
      <w:tr w:rsidR="007929DF" w14:paraId="6AC7B221" w14:textId="77777777">
        <w:trPr>
          <w:jc w:val="center"/>
        </w:trPr>
        <w:tc>
          <w:tcPr>
            <w:tcW w:w="5040" w:type="dxa"/>
            <w:shd w:val="clear" w:color="auto" w:fill="EEF5F8"/>
            <w:tcMar>
              <w:top w:w="75" w:type="dxa"/>
              <w:left w:w="120" w:type="dxa"/>
              <w:bottom w:w="55" w:type="dxa"/>
              <w:right w:w="120" w:type="dxa"/>
            </w:tcMar>
          </w:tcPr>
          <w:p w14:paraId="30408847" w14:textId="77777777" w:rsidR="007929DF" w:rsidRDefault="00134C63">
            <w:pPr>
              <w:spacing w:after="60"/>
            </w:pPr>
            <w:r>
              <w:rPr>
                <w:b/>
                <w:color w:val="587080"/>
                <w:sz w:val="15"/>
              </w:rPr>
              <w:t>CITY</w:t>
            </w:r>
          </w:p>
        </w:tc>
        <w:tc>
          <w:tcPr>
            <w:tcW w:w="5040" w:type="dxa"/>
            <w:shd w:val="clear" w:color="auto" w:fill="EEF5F8"/>
            <w:tcMar>
              <w:top w:w="75" w:type="dxa"/>
              <w:left w:w="120" w:type="dxa"/>
              <w:bottom w:w="55" w:type="dxa"/>
              <w:right w:w="120" w:type="dxa"/>
            </w:tcMar>
          </w:tcPr>
          <w:p w14:paraId="36B8CE1B" w14:textId="77777777" w:rsidR="007929DF" w:rsidRDefault="00134C63">
            <w:pPr>
              <w:spacing w:after="60"/>
            </w:pPr>
            <w:r>
              <w:rPr>
                <w:b/>
                <w:color w:val="587080"/>
                <w:sz w:val="15"/>
              </w:rPr>
              <w:t>STATE AND ZIP CODE</w:t>
            </w:r>
          </w:p>
        </w:tc>
      </w:tr>
      <w:tr w:rsidR="007929DF" w14:paraId="45A6ABF6" w14:textId="77777777">
        <w:trPr>
          <w:jc w:val="center"/>
        </w:trPr>
        <w:tc>
          <w:tcPr>
            <w:tcW w:w="5040" w:type="dxa"/>
            <w:shd w:val="clear" w:color="auto" w:fill="F8FBFC"/>
            <w:tcMar>
              <w:top w:w="90" w:type="dxa"/>
              <w:left w:w="120" w:type="dxa"/>
              <w:bottom w:w="90" w:type="dxa"/>
              <w:right w:w="120" w:type="dxa"/>
            </w:tcMar>
            <w:vAlign w:val="center"/>
          </w:tcPr>
          <w:p w14:paraId="0A099168" w14:textId="77777777" w:rsidR="007929DF" w:rsidRDefault="00134C63">
            <w:pPr>
              <w:spacing w:after="0"/>
            </w:pPr>
            <w:sdt>
              <w:sdtPr>
                <w:alias w:val="firm_city"/>
                <w:tag w:val="firm_city"/>
                <w:id w:val="499548050"/>
                <w:showingPlcHdr/>
                <w:text/>
              </w:sdtPr>
              <w:sdtEndPr/>
              <w:sdtContent>
                <w:r>
                  <w:rPr>
                    <w:color w:val="587080"/>
                  </w:rPr>
                  <w:t>City</w:t>
                </w:r>
              </w:sdtContent>
            </w:sdt>
          </w:p>
        </w:tc>
        <w:tc>
          <w:tcPr>
            <w:tcW w:w="5040" w:type="dxa"/>
            <w:shd w:val="clear" w:color="auto" w:fill="F8FBFC"/>
            <w:tcMar>
              <w:top w:w="90" w:type="dxa"/>
              <w:left w:w="120" w:type="dxa"/>
              <w:bottom w:w="90" w:type="dxa"/>
              <w:right w:w="120" w:type="dxa"/>
            </w:tcMar>
            <w:vAlign w:val="center"/>
          </w:tcPr>
          <w:p w14:paraId="2C1BE82C" w14:textId="77777777" w:rsidR="007929DF" w:rsidRDefault="00134C63">
            <w:pPr>
              <w:spacing w:after="0"/>
            </w:pPr>
            <w:sdt>
              <w:sdtPr>
                <w:alias w:val="firm_state_zip"/>
                <w:tag w:val="firm_state_zip"/>
                <w:id w:val="1635989509"/>
                <w:showingPlcHdr/>
                <w:text/>
              </w:sdtPr>
              <w:sdtEndPr/>
              <w:sdtContent>
                <w:r>
                  <w:rPr>
                    <w:color w:val="587080"/>
                  </w:rPr>
                  <w:t>State / ZIP</w:t>
                </w:r>
              </w:sdtContent>
            </w:sdt>
          </w:p>
        </w:tc>
      </w:tr>
    </w:tbl>
    <w:p w14:paraId="261FDD40" w14:textId="77777777" w:rsidR="007929DF" w:rsidRDefault="007929DF">
      <w:pPr>
        <w:spacing w:after="60"/>
      </w:pPr>
    </w:p>
    <w:tbl>
      <w:tblPr>
        <w:tblW w:w="10080" w:type="dxa"/>
        <w:jc w:val="center"/>
        <w:tblBorders>
          <w:top w:val="single" w:sz="6" w:space="0" w:color="AFC5D0"/>
          <w:left w:val="single" w:sz="6" w:space="0" w:color="AFC5D0"/>
          <w:bottom w:val="single" w:sz="6" w:space="0" w:color="AFC5D0"/>
          <w:right w:val="single" w:sz="6" w:space="0" w:color="AFC5D0"/>
          <w:insideH w:val="single" w:sz="6" w:space="0" w:color="AFC5D0"/>
          <w:insideV w:val="single" w:sz="6" w:space="0" w:color="AFC5D0"/>
        </w:tblBorders>
        <w:tblLayout w:type="fixed"/>
        <w:tblLook w:val="04A0" w:firstRow="1" w:lastRow="0" w:firstColumn="1" w:lastColumn="0" w:noHBand="0" w:noVBand="1"/>
      </w:tblPr>
      <w:tblGrid>
        <w:gridCol w:w="5040"/>
        <w:gridCol w:w="5040"/>
      </w:tblGrid>
      <w:tr w:rsidR="007929DF" w14:paraId="33DA45B2" w14:textId="77777777">
        <w:trPr>
          <w:jc w:val="center"/>
        </w:trPr>
        <w:tc>
          <w:tcPr>
            <w:tcW w:w="5040" w:type="dxa"/>
            <w:shd w:val="clear" w:color="auto" w:fill="EEF5F8"/>
            <w:tcMar>
              <w:top w:w="75" w:type="dxa"/>
              <w:left w:w="120" w:type="dxa"/>
              <w:bottom w:w="55" w:type="dxa"/>
              <w:right w:w="120" w:type="dxa"/>
            </w:tcMar>
          </w:tcPr>
          <w:p w14:paraId="2F77B4C5" w14:textId="77777777" w:rsidR="007929DF" w:rsidRDefault="00134C63">
            <w:pPr>
              <w:spacing w:after="60"/>
            </w:pPr>
            <w:r>
              <w:rPr>
                <w:b/>
                <w:color w:val="587080"/>
                <w:sz w:val="15"/>
              </w:rPr>
              <w:t>TELEPHONE</w:t>
            </w:r>
          </w:p>
        </w:tc>
        <w:tc>
          <w:tcPr>
            <w:tcW w:w="5040" w:type="dxa"/>
            <w:shd w:val="clear" w:color="auto" w:fill="EEF5F8"/>
            <w:tcMar>
              <w:top w:w="75" w:type="dxa"/>
              <w:left w:w="120" w:type="dxa"/>
              <w:bottom w:w="55" w:type="dxa"/>
              <w:right w:w="120" w:type="dxa"/>
            </w:tcMar>
          </w:tcPr>
          <w:p w14:paraId="1E5EBF36" w14:textId="77777777" w:rsidR="007929DF" w:rsidRDefault="00134C63">
            <w:pPr>
              <w:spacing w:after="60"/>
            </w:pPr>
            <w:r>
              <w:rPr>
                <w:b/>
                <w:color w:val="587080"/>
                <w:sz w:val="15"/>
              </w:rPr>
              <w:t>PRINCIPAL'S NAME</w:t>
            </w:r>
          </w:p>
        </w:tc>
      </w:tr>
      <w:tr w:rsidR="007929DF" w14:paraId="7A2191F0" w14:textId="77777777">
        <w:trPr>
          <w:jc w:val="center"/>
        </w:trPr>
        <w:tc>
          <w:tcPr>
            <w:tcW w:w="5040" w:type="dxa"/>
            <w:shd w:val="clear" w:color="auto" w:fill="F8FBFC"/>
            <w:tcMar>
              <w:top w:w="90" w:type="dxa"/>
              <w:left w:w="120" w:type="dxa"/>
              <w:bottom w:w="90" w:type="dxa"/>
              <w:right w:w="120" w:type="dxa"/>
            </w:tcMar>
            <w:vAlign w:val="center"/>
          </w:tcPr>
          <w:p w14:paraId="57B097A7" w14:textId="77777777" w:rsidR="007929DF" w:rsidRDefault="00134C63">
            <w:pPr>
              <w:spacing w:after="0"/>
            </w:pPr>
            <w:sdt>
              <w:sdtPr>
                <w:alias w:val="firm_phone"/>
                <w:tag w:val="firm_phone"/>
                <w:id w:val="1519277634"/>
                <w:showingPlcHdr/>
                <w:text/>
              </w:sdtPr>
              <w:sdtEndPr/>
              <w:sdtContent>
                <w:r>
                  <w:rPr>
                    <w:color w:val="587080"/>
                  </w:rPr>
                  <w:t>(###) ###-####</w:t>
                </w:r>
              </w:sdtContent>
            </w:sdt>
          </w:p>
        </w:tc>
        <w:tc>
          <w:tcPr>
            <w:tcW w:w="5040" w:type="dxa"/>
            <w:shd w:val="clear" w:color="auto" w:fill="F8FBFC"/>
            <w:tcMar>
              <w:top w:w="90" w:type="dxa"/>
              <w:left w:w="120" w:type="dxa"/>
              <w:bottom w:w="90" w:type="dxa"/>
              <w:right w:w="120" w:type="dxa"/>
            </w:tcMar>
            <w:vAlign w:val="center"/>
          </w:tcPr>
          <w:p w14:paraId="2CB6C147" w14:textId="77777777" w:rsidR="007929DF" w:rsidRDefault="00134C63">
            <w:pPr>
              <w:spacing w:after="0"/>
            </w:pPr>
            <w:sdt>
              <w:sdtPr>
                <w:alias w:val="principal_name"/>
                <w:tag w:val="principal_name"/>
                <w:id w:val="1732269984"/>
                <w:showingPlcHdr/>
                <w:text/>
              </w:sdtPr>
              <w:sdtEndPr/>
              <w:sdtContent>
                <w:r>
                  <w:rPr>
                    <w:color w:val="587080"/>
                  </w:rPr>
                  <w:t>Full name</w:t>
                </w:r>
              </w:sdtContent>
            </w:sdt>
          </w:p>
        </w:tc>
      </w:tr>
    </w:tbl>
    <w:p w14:paraId="74E89986" w14:textId="77777777" w:rsidR="007929DF" w:rsidRDefault="007929DF">
      <w:pPr>
        <w:spacing w:after="60"/>
      </w:pPr>
    </w:p>
    <w:tbl>
      <w:tblPr>
        <w:tblW w:w="10080" w:type="dxa"/>
        <w:jc w:val="center"/>
        <w:tblBorders>
          <w:top w:val="single" w:sz="6" w:space="0" w:color="AFC5D0"/>
          <w:left w:val="single" w:sz="6" w:space="0" w:color="AFC5D0"/>
          <w:bottom w:val="single" w:sz="6" w:space="0" w:color="AFC5D0"/>
          <w:right w:val="single" w:sz="6" w:space="0" w:color="AFC5D0"/>
          <w:insideH w:val="single" w:sz="6" w:space="0" w:color="AFC5D0"/>
          <w:insideV w:val="single" w:sz="6" w:space="0" w:color="AFC5D0"/>
        </w:tblBorders>
        <w:tblLayout w:type="fixed"/>
        <w:tblLook w:val="04A0" w:firstRow="1" w:lastRow="0" w:firstColumn="1" w:lastColumn="0" w:noHBand="0" w:noVBand="1"/>
      </w:tblPr>
      <w:tblGrid>
        <w:gridCol w:w="5040"/>
        <w:gridCol w:w="5040"/>
      </w:tblGrid>
      <w:tr w:rsidR="007929DF" w14:paraId="0BE8D7CF" w14:textId="77777777">
        <w:trPr>
          <w:jc w:val="center"/>
        </w:trPr>
        <w:tc>
          <w:tcPr>
            <w:tcW w:w="5040" w:type="dxa"/>
            <w:shd w:val="clear" w:color="auto" w:fill="EEF5F8"/>
            <w:tcMar>
              <w:top w:w="75" w:type="dxa"/>
              <w:left w:w="120" w:type="dxa"/>
              <w:bottom w:w="55" w:type="dxa"/>
              <w:right w:w="120" w:type="dxa"/>
            </w:tcMar>
          </w:tcPr>
          <w:p w14:paraId="1A5694E8" w14:textId="77777777" w:rsidR="007929DF" w:rsidRDefault="00134C63">
            <w:pPr>
              <w:spacing w:after="60"/>
            </w:pPr>
            <w:r>
              <w:rPr>
                <w:b/>
                <w:color w:val="587080"/>
                <w:sz w:val="15"/>
              </w:rPr>
              <w:t>PRINCIPAL'S TITLE</w:t>
            </w:r>
          </w:p>
        </w:tc>
        <w:tc>
          <w:tcPr>
            <w:tcW w:w="5040" w:type="dxa"/>
            <w:shd w:val="clear" w:color="auto" w:fill="EEF5F8"/>
            <w:tcMar>
              <w:top w:w="75" w:type="dxa"/>
              <w:left w:w="120" w:type="dxa"/>
              <w:bottom w:w="55" w:type="dxa"/>
              <w:right w:w="120" w:type="dxa"/>
            </w:tcMar>
          </w:tcPr>
          <w:p w14:paraId="069B3910" w14:textId="77777777" w:rsidR="007929DF" w:rsidRDefault="00134C63">
            <w:pPr>
              <w:spacing w:after="60"/>
            </w:pPr>
            <w:r>
              <w:rPr>
                <w:b/>
                <w:color w:val="587080"/>
                <w:sz w:val="15"/>
              </w:rPr>
              <w:t>PRINCIPAL'S EMAIL</w:t>
            </w:r>
          </w:p>
        </w:tc>
      </w:tr>
      <w:tr w:rsidR="007929DF" w14:paraId="14BCDCCD" w14:textId="77777777">
        <w:trPr>
          <w:jc w:val="center"/>
        </w:trPr>
        <w:tc>
          <w:tcPr>
            <w:tcW w:w="5040" w:type="dxa"/>
            <w:shd w:val="clear" w:color="auto" w:fill="F8FBFC"/>
            <w:tcMar>
              <w:top w:w="90" w:type="dxa"/>
              <w:left w:w="120" w:type="dxa"/>
              <w:bottom w:w="90" w:type="dxa"/>
              <w:right w:w="120" w:type="dxa"/>
            </w:tcMar>
            <w:vAlign w:val="center"/>
          </w:tcPr>
          <w:p w14:paraId="7EABCE20" w14:textId="77777777" w:rsidR="007929DF" w:rsidRDefault="00134C63">
            <w:pPr>
              <w:spacing w:after="0"/>
            </w:pPr>
            <w:sdt>
              <w:sdtPr>
                <w:alias w:val="principal_title"/>
                <w:tag w:val="principal_title"/>
                <w:id w:val="-207875792"/>
                <w:showingPlcHdr/>
                <w:text/>
              </w:sdtPr>
              <w:sdtEndPr/>
              <w:sdtContent>
                <w:r>
                  <w:rPr>
                    <w:color w:val="587080"/>
                  </w:rPr>
                  <w:t>Title</w:t>
                </w:r>
              </w:sdtContent>
            </w:sdt>
          </w:p>
        </w:tc>
        <w:tc>
          <w:tcPr>
            <w:tcW w:w="5040" w:type="dxa"/>
            <w:shd w:val="clear" w:color="auto" w:fill="F8FBFC"/>
            <w:tcMar>
              <w:top w:w="90" w:type="dxa"/>
              <w:left w:w="120" w:type="dxa"/>
              <w:bottom w:w="90" w:type="dxa"/>
              <w:right w:w="120" w:type="dxa"/>
            </w:tcMar>
            <w:vAlign w:val="center"/>
          </w:tcPr>
          <w:p w14:paraId="200FAF18" w14:textId="77777777" w:rsidR="007929DF" w:rsidRDefault="00134C63">
            <w:pPr>
              <w:spacing w:after="0"/>
            </w:pPr>
            <w:sdt>
              <w:sdtPr>
                <w:alias w:val="principal_email"/>
                <w:tag w:val="principal_email"/>
                <w:id w:val="-1755961807"/>
                <w:showingPlcHdr/>
                <w:text/>
              </w:sdtPr>
              <w:sdtEndPr/>
              <w:sdtContent>
                <w:r>
                  <w:rPr>
                    <w:color w:val="587080"/>
                  </w:rPr>
                  <w:t>Email address</w:t>
                </w:r>
              </w:sdtContent>
            </w:sdt>
          </w:p>
        </w:tc>
      </w:tr>
    </w:tbl>
    <w:p w14:paraId="2C6F56FA" w14:textId="77777777" w:rsidR="007929DF" w:rsidRDefault="007929DF">
      <w:pPr>
        <w:spacing w:after="60"/>
      </w:pPr>
    </w:p>
    <w:tbl>
      <w:tblPr>
        <w:tblW w:w="10080" w:type="dxa"/>
        <w:jc w:val="center"/>
        <w:tblBorders>
          <w:top w:val="single" w:sz="6" w:space="0" w:color="AFC5D0"/>
          <w:left w:val="single" w:sz="6" w:space="0" w:color="AFC5D0"/>
          <w:bottom w:val="single" w:sz="6" w:space="0" w:color="AFC5D0"/>
          <w:right w:val="single" w:sz="6" w:space="0" w:color="AFC5D0"/>
          <w:insideH w:val="single" w:sz="6" w:space="0" w:color="AFC5D0"/>
          <w:insideV w:val="single" w:sz="6" w:space="0" w:color="AFC5D0"/>
        </w:tblBorders>
        <w:tblLayout w:type="fixed"/>
        <w:tblLook w:val="04A0" w:firstRow="1" w:lastRow="0" w:firstColumn="1" w:lastColumn="0" w:noHBand="0" w:noVBand="1"/>
      </w:tblPr>
      <w:tblGrid>
        <w:gridCol w:w="10080"/>
      </w:tblGrid>
      <w:tr w:rsidR="007929DF" w14:paraId="30E8A117" w14:textId="77777777">
        <w:trPr>
          <w:jc w:val="center"/>
        </w:trPr>
        <w:tc>
          <w:tcPr>
            <w:tcW w:w="10080" w:type="dxa"/>
            <w:shd w:val="clear" w:color="auto" w:fill="EEF5F8"/>
            <w:tcMar>
              <w:top w:w="75" w:type="dxa"/>
              <w:left w:w="120" w:type="dxa"/>
              <w:bottom w:w="55" w:type="dxa"/>
              <w:right w:w="120" w:type="dxa"/>
            </w:tcMar>
          </w:tcPr>
          <w:p w14:paraId="466878A1" w14:textId="77777777" w:rsidR="007929DF" w:rsidRDefault="00134C63">
            <w:pPr>
              <w:spacing w:after="60"/>
            </w:pPr>
            <w:r>
              <w:rPr>
                <w:b/>
                <w:color w:val="587080"/>
                <w:sz w:val="15"/>
              </w:rPr>
              <w:t>PRINCIPAL'S SIGNATURE</w:t>
            </w:r>
          </w:p>
        </w:tc>
      </w:tr>
      <w:tr w:rsidR="007929DF" w14:paraId="1D52F14A" w14:textId="77777777">
        <w:trPr>
          <w:jc w:val="center"/>
        </w:trPr>
        <w:tc>
          <w:tcPr>
            <w:tcW w:w="10080" w:type="dxa"/>
            <w:shd w:val="clear" w:color="auto" w:fill="F8FBFC"/>
            <w:tcMar>
              <w:top w:w="90" w:type="dxa"/>
              <w:left w:w="120" w:type="dxa"/>
              <w:bottom w:w="90" w:type="dxa"/>
              <w:right w:w="120" w:type="dxa"/>
            </w:tcMar>
            <w:vAlign w:val="center"/>
          </w:tcPr>
          <w:p w14:paraId="6778B8B5" w14:textId="77777777" w:rsidR="007929DF" w:rsidRDefault="00134C63">
            <w:pPr>
              <w:spacing w:after="0"/>
            </w:pPr>
            <w:sdt>
              <w:sdtPr>
                <w:alias w:val="principal_signature"/>
                <w:tag w:val="principal_signature"/>
                <w:id w:val="1651553732"/>
                <w:showingPlcHdr/>
                <w:text/>
              </w:sdtPr>
              <w:sdtEndPr/>
              <w:sdtContent>
                <w:r>
                  <w:rPr>
                    <w:color w:val="587080"/>
                  </w:rPr>
                  <w:t>Sign here</w:t>
                </w:r>
              </w:sdtContent>
            </w:sdt>
          </w:p>
        </w:tc>
      </w:tr>
    </w:tbl>
    <w:p w14:paraId="11FF6F30" w14:textId="77777777" w:rsidR="007929DF" w:rsidRDefault="007929DF"/>
    <w:p w14:paraId="0F594CF9" w14:textId="77777777" w:rsidR="007929DF" w:rsidRDefault="00134C63">
      <w:pPr>
        <w:spacing w:after="40"/>
        <w:jc w:val="center"/>
      </w:pPr>
      <w:r>
        <w:rPr>
          <w:b/>
          <w:color w:val="587080"/>
          <w:sz w:val="16"/>
        </w:rPr>
        <w:t>IS THIS PROJECT A JOINT VENTURE?</w:t>
      </w:r>
    </w:p>
    <w:p w14:paraId="6FEA9956" w14:textId="77777777" w:rsidR="007929DF" w:rsidRDefault="00134C63">
      <w:pPr>
        <w:spacing w:after="140"/>
        <w:jc w:val="center"/>
      </w:pPr>
      <w:r>
        <w:rPr>
          <w:rFonts w:ascii="DejaVu Sans" w:hAnsi="DejaVu Sans"/>
          <w:color w:val="F26A21"/>
          <w:sz w:val="30"/>
        </w:rPr>
        <w:t>☐</w:t>
      </w:r>
      <w:r>
        <w:rPr>
          <w:rFonts w:ascii="DejaVu Sans" w:hAnsi="DejaVu Sans"/>
          <w:color w:val="F26A21"/>
          <w:sz w:val="30"/>
        </w:rPr>
        <w:t xml:space="preserve"> </w:t>
      </w:r>
      <w:r>
        <w:rPr>
          <w:b/>
          <w:color w:val="083B5C"/>
          <w:sz w:val="18"/>
        </w:rPr>
        <w:t>YES</w:t>
      </w:r>
      <w:r>
        <w:rPr>
          <w:sz w:val="18"/>
        </w:rPr>
        <w:t xml:space="preserve">     </w:t>
      </w:r>
      <w:r>
        <w:rPr>
          <w:rFonts w:ascii="DejaVu Sans" w:hAnsi="DejaVu Sans"/>
          <w:color w:val="F26A21"/>
          <w:sz w:val="30"/>
        </w:rPr>
        <w:t>☐</w:t>
      </w:r>
      <w:r>
        <w:rPr>
          <w:rFonts w:ascii="DejaVu Sans" w:hAnsi="DejaVu Sans"/>
          <w:color w:val="F26A21"/>
          <w:sz w:val="30"/>
        </w:rPr>
        <w:t xml:space="preserve"> </w:t>
      </w:r>
      <w:r>
        <w:rPr>
          <w:b/>
          <w:color w:val="083B5C"/>
          <w:sz w:val="18"/>
        </w:rPr>
        <w:t>NO</w:t>
      </w:r>
    </w:p>
    <w:tbl>
      <w:tblPr>
        <w:tblW w:w="10080" w:type="dxa"/>
        <w:jc w:val="center"/>
        <w:tblBorders>
          <w:top w:val="single" w:sz="6" w:space="0" w:color="AFC5D0"/>
          <w:left w:val="single" w:sz="6" w:space="0" w:color="AFC5D0"/>
          <w:bottom w:val="single" w:sz="6" w:space="0" w:color="AFC5D0"/>
          <w:right w:val="single" w:sz="6" w:space="0" w:color="AFC5D0"/>
          <w:insideH w:val="single" w:sz="6" w:space="0" w:color="AFC5D0"/>
          <w:insideV w:val="single" w:sz="6" w:space="0" w:color="AFC5D0"/>
        </w:tblBorders>
        <w:tblLayout w:type="fixed"/>
        <w:tblLook w:val="04A0" w:firstRow="1" w:lastRow="0" w:firstColumn="1" w:lastColumn="0" w:noHBand="0" w:noVBand="1"/>
      </w:tblPr>
      <w:tblGrid>
        <w:gridCol w:w="10080"/>
      </w:tblGrid>
      <w:tr w:rsidR="007929DF" w14:paraId="033C2C4D" w14:textId="77777777">
        <w:trPr>
          <w:jc w:val="center"/>
        </w:trPr>
        <w:tc>
          <w:tcPr>
            <w:tcW w:w="10080" w:type="dxa"/>
            <w:shd w:val="clear" w:color="auto" w:fill="EEF5F8"/>
            <w:tcMar>
              <w:top w:w="75" w:type="dxa"/>
              <w:left w:w="120" w:type="dxa"/>
              <w:bottom w:w="55" w:type="dxa"/>
              <w:right w:w="120" w:type="dxa"/>
            </w:tcMar>
          </w:tcPr>
          <w:p w14:paraId="160970E1" w14:textId="77777777" w:rsidR="007929DF" w:rsidRDefault="00134C63">
            <w:pPr>
              <w:spacing w:after="60"/>
            </w:pPr>
            <w:r>
              <w:rPr>
                <w:b/>
                <w:color w:val="587080"/>
                <w:sz w:val="15"/>
              </w:rPr>
              <w:t>IF YES, LIST ALL FIRMS EXACTLY AS THEY SHOULD APPEAR ON AWARDS AND PUBLICITY</w:t>
            </w:r>
          </w:p>
        </w:tc>
      </w:tr>
      <w:tr w:rsidR="007929DF" w14:paraId="4DE940E8" w14:textId="77777777">
        <w:trPr>
          <w:jc w:val="center"/>
        </w:trPr>
        <w:tc>
          <w:tcPr>
            <w:tcW w:w="10080" w:type="dxa"/>
            <w:shd w:val="clear" w:color="auto" w:fill="F8FBFC"/>
            <w:tcMar>
              <w:top w:w="90" w:type="dxa"/>
              <w:left w:w="120" w:type="dxa"/>
              <w:bottom w:w="90" w:type="dxa"/>
              <w:right w:w="120" w:type="dxa"/>
            </w:tcMar>
            <w:vAlign w:val="center"/>
          </w:tcPr>
          <w:p w14:paraId="367C412B" w14:textId="77777777" w:rsidR="007929DF" w:rsidRDefault="00134C63">
            <w:pPr>
              <w:spacing w:after="0"/>
            </w:pPr>
            <w:sdt>
              <w:sdtPr>
                <w:alias w:val="joint_venture_firms"/>
                <w:tag w:val="joint_venture_firms"/>
                <w:id w:val="1983272494"/>
                <w:showingPlcHdr/>
                <w:text/>
              </w:sdtPr>
              <w:sdtEndPr/>
              <w:sdtContent>
                <w:r>
                  <w:rPr>
                    <w:color w:val="587080"/>
                  </w:rPr>
                  <w:t>Click or tap here to enter text.</w:t>
                </w:r>
              </w:sdtContent>
            </w:sdt>
          </w:p>
          <w:p w14:paraId="57DCD521" w14:textId="77777777" w:rsidR="007929DF" w:rsidRDefault="007929DF"/>
        </w:tc>
      </w:tr>
    </w:tbl>
    <w:p w14:paraId="086BF008" w14:textId="77777777" w:rsidR="007929DF" w:rsidRDefault="007929DF">
      <w:pPr>
        <w:spacing w:after="80"/>
      </w:pPr>
    </w:p>
    <w:p w14:paraId="2FE41E07" w14:textId="77777777" w:rsidR="007929DF" w:rsidRDefault="00134C63">
      <w:r>
        <w:br w:type="page"/>
      </w:r>
    </w:p>
    <w:tbl>
      <w:tblPr>
        <w:tblW w:w="10080" w:type="dxa"/>
        <w:jc w:val="center"/>
        <w:tblLayout w:type="fixed"/>
        <w:tblLook w:val="04A0" w:firstRow="1" w:lastRow="0" w:firstColumn="1" w:lastColumn="0" w:noHBand="0" w:noVBand="1"/>
      </w:tblPr>
      <w:tblGrid>
        <w:gridCol w:w="792"/>
        <w:gridCol w:w="9288"/>
      </w:tblGrid>
      <w:tr w:rsidR="007929DF" w14:paraId="524C3032" w14:textId="77777777">
        <w:trPr>
          <w:jc w:val="center"/>
        </w:trPr>
        <w:tc>
          <w:tcPr>
            <w:tcW w:w="792" w:type="dxa"/>
            <w:shd w:val="clear" w:color="auto" w:fill="F26A21"/>
            <w:tcMar>
              <w:top w:w="95" w:type="dxa"/>
              <w:left w:w="100" w:type="dxa"/>
              <w:bottom w:w="95" w:type="dxa"/>
              <w:right w:w="100" w:type="dxa"/>
            </w:tcMar>
          </w:tcPr>
          <w:p w14:paraId="5D60B215" w14:textId="77777777" w:rsidR="007929DF" w:rsidRDefault="00134C63">
            <w:pPr>
              <w:jc w:val="center"/>
            </w:pPr>
            <w:r>
              <w:rPr>
                <w:b/>
                <w:color w:val="FFFFFF"/>
                <w:sz w:val="26"/>
              </w:rPr>
              <w:lastRenderedPageBreak/>
              <w:t>03</w:t>
            </w:r>
          </w:p>
        </w:tc>
        <w:tc>
          <w:tcPr>
            <w:tcW w:w="9288" w:type="dxa"/>
            <w:shd w:val="clear" w:color="auto" w:fill="083B5C"/>
            <w:tcMar>
              <w:top w:w="95" w:type="dxa"/>
              <w:left w:w="150" w:type="dxa"/>
              <w:bottom w:w="95" w:type="dxa"/>
              <w:right w:w="150" w:type="dxa"/>
            </w:tcMar>
          </w:tcPr>
          <w:p w14:paraId="619CAAAA" w14:textId="77777777" w:rsidR="007929DF" w:rsidRDefault="00134C63">
            <w:r>
              <w:rPr>
                <w:b/>
                <w:color w:val="FFFFFF"/>
              </w:rPr>
              <w:t>ENTRY PREPARER</w:t>
            </w:r>
          </w:p>
        </w:tc>
      </w:tr>
    </w:tbl>
    <w:p w14:paraId="4FE1D258" w14:textId="77777777" w:rsidR="007929DF" w:rsidRDefault="007929DF">
      <w:pPr>
        <w:spacing w:after="80"/>
      </w:pPr>
    </w:p>
    <w:tbl>
      <w:tblPr>
        <w:tblW w:w="10080" w:type="dxa"/>
        <w:jc w:val="center"/>
        <w:tblBorders>
          <w:top w:val="single" w:sz="6" w:space="0" w:color="AFC5D0"/>
          <w:left w:val="single" w:sz="6" w:space="0" w:color="AFC5D0"/>
          <w:bottom w:val="single" w:sz="6" w:space="0" w:color="AFC5D0"/>
          <w:right w:val="single" w:sz="6" w:space="0" w:color="AFC5D0"/>
          <w:insideH w:val="single" w:sz="6" w:space="0" w:color="AFC5D0"/>
          <w:insideV w:val="single" w:sz="6" w:space="0" w:color="AFC5D0"/>
        </w:tblBorders>
        <w:tblLayout w:type="fixed"/>
        <w:tblLook w:val="04A0" w:firstRow="1" w:lastRow="0" w:firstColumn="1" w:lastColumn="0" w:noHBand="0" w:noVBand="1"/>
      </w:tblPr>
      <w:tblGrid>
        <w:gridCol w:w="5040"/>
        <w:gridCol w:w="5040"/>
      </w:tblGrid>
      <w:tr w:rsidR="007929DF" w14:paraId="75CD2799" w14:textId="77777777">
        <w:trPr>
          <w:jc w:val="center"/>
        </w:trPr>
        <w:tc>
          <w:tcPr>
            <w:tcW w:w="5040" w:type="dxa"/>
            <w:shd w:val="clear" w:color="auto" w:fill="EEF5F8"/>
            <w:tcMar>
              <w:top w:w="75" w:type="dxa"/>
              <w:left w:w="120" w:type="dxa"/>
              <w:bottom w:w="55" w:type="dxa"/>
              <w:right w:w="120" w:type="dxa"/>
            </w:tcMar>
          </w:tcPr>
          <w:p w14:paraId="254F4E31" w14:textId="77777777" w:rsidR="007929DF" w:rsidRDefault="00134C63">
            <w:pPr>
              <w:spacing w:after="60"/>
            </w:pPr>
            <w:r>
              <w:rPr>
                <w:b/>
                <w:color w:val="587080"/>
                <w:sz w:val="15"/>
              </w:rPr>
              <w:t>NAME</w:t>
            </w:r>
          </w:p>
        </w:tc>
        <w:tc>
          <w:tcPr>
            <w:tcW w:w="5040" w:type="dxa"/>
            <w:shd w:val="clear" w:color="auto" w:fill="EEF5F8"/>
            <w:tcMar>
              <w:top w:w="75" w:type="dxa"/>
              <w:left w:w="120" w:type="dxa"/>
              <w:bottom w:w="55" w:type="dxa"/>
              <w:right w:w="120" w:type="dxa"/>
            </w:tcMar>
          </w:tcPr>
          <w:p w14:paraId="6E776791" w14:textId="77777777" w:rsidR="007929DF" w:rsidRDefault="00134C63">
            <w:pPr>
              <w:spacing w:after="60"/>
            </w:pPr>
            <w:r>
              <w:rPr>
                <w:b/>
                <w:color w:val="587080"/>
                <w:sz w:val="15"/>
              </w:rPr>
              <w:t>TITLE</w:t>
            </w:r>
          </w:p>
        </w:tc>
      </w:tr>
      <w:tr w:rsidR="007929DF" w14:paraId="55A4A94F" w14:textId="77777777">
        <w:trPr>
          <w:jc w:val="center"/>
        </w:trPr>
        <w:tc>
          <w:tcPr>
            <w:tcW w:w="5040" w:type="dxa"/>
            <w:shd w:val="clear" w:color="auto" w:fill="F8FBFC"/>
            <w:tcMar>
              <w:top w:w="90" w:type="dxa"/>
              <w:left w:w="120" w:type="dxa"/>
              <w:bottom w:w="90" w:type="dxa"/>
              <w:right w:w="120" w:type="dxa"/>
            </w:tcMar>
            <w:vAlign w:val="center"/>
          </w:tcPr>
          <w:p w14:paraId="5A751796" w14:textId="77777777" w:rsidR="007929DF" w:rsidRDefault="00134C63">
            <w:pPr>
              <w:spacing w:after="0"/>
            </w:pPr>
            <w:sdt>
              <w:sdtPr>
                <w:alias w:val="preparer_name"/>
                <w:tag w:val="preparer_name"/>
                <w:id w:val="1738204328"/>
                <w:showingPlcHdr/>
                <w:text/>
              </w:sdtPr>
              <w:sdtEndPr/>
              <w:sdtContent>
                <w:r>
                  <w:rPr>
                    <w:color w:val="587080"/>
                  </w:rPr>
                  <w:t>Full name</w:t>
                </w:r>
              </w:sdtContent>
            </w:sdt>
          </w:p>
        </w:tc>
        <w:tc>
          <w:tcPr>
            <w:tcW w:w="5040" w:type="dxa"/>
            <w:shd w:val="clear" w:color="auto" w:fill="F8FBFC"/>
            <w:tcMar>
              <w:top w:w="90" w:type="dxa"/>
              <w:left w:w="120" w:type="dxa"/>
              <w:bottom w:w="90" w:type="dxa"/>
              <w:right w:w="120" w:type="dxa"/>
            </w:tcMar>
            <w:vAlign w:val="center"/>
          </w:tcPr>
          <w:p w14:paraId="5916AAD6" w14:textId="77777777" w:rsidR="007929DF" w:rsidRDefault="00134C63">
            <w:pPr>
              <w:spacing w:after="0"/>
            </w:pPr>
            <w:sdt>
              <w:sdtPr>
                <w:alias w:val="preparer_title"/>
                <w:tag w:val="preparer_title"/>
                <w:id w:val="1546260241"/>
                <w:showingPlcHdr/>
                <w:text/>
              </w:sdtPr>
              <w:sdtEndPr/>
              <w:sdtContent>
                <w:r>
                  <w:rPr>
                    <w:color w:val="587080"/>
                  </w:rPr>
                  <w:t>Title</w:t>
                </w:r>
              </w:sdtContent>
            </w:sdt>
          </w:p>
        </w:tc>
      </w:tr>
    </w:tbl>
    <w:p w14:paraId="2900262D" w14:textId="77777777" w:rsidR="007929DF" w:rsidRDefault="007929DF">
      <w:pPr>
        <w:spacing w:after="60"/>
      </w:pPr>
    </w:p>
    <w:tbl>
      <w:tblPr>
        <w:tblW w:w="10080" w:type="dxa"/>
        <w:jc w:val="center"/>
        <w:tblBorders>
          <w:top w:val="single" w:sz="6" w:space="0" w:color="AFC5D0"/>
          <w:left w:val="single" w:sz="6" w:space="0" w:color="AFC5D0"/>
          <w:bottom w:val="single" w:sz="6" w:space="0" w:color="AFC5D0"/>
          <w:right w:val="single" w:sz="6" w:space="0" w:color="AFC5D0"/>
          <w:insideH w:val="single" w:sz="6" w:space="0" w:color="AFC5D0"/>
          <w:insideV w:val="single" w:sz="6" w:space="0" w:color="AFC5D0"/>
        </w:tblBorders>
        <w:tblLayout w:type="fixed"/>
        <w:tblLook w:val="04A0" w:firstRow="1" w:lastRow="0" w:firstColumn="1" w:lastColumn="0" w:noHBand="0" w:noVBand="1"/>
      </w:tblPr>
      <w:tblGrid>
        <w:gridCol w:w="5040"/>
        <w:gridCol w:w="5040"/>
      </w:tblGrid>
      <w:tr w:rsidR="007929DF" w14:paraId="48ED044F" w14:textId="77777777">
        <w:trPr>
          <w:jc w:val="center"/>
        </w:trPr>
        <w:tc>
          <w:tcPr>
            <w:tcW w:w="5040" w:type="dxa"/>
            <w:shd w:val="clear" w:color="auto" w:fill="EEF5F8"/>
            <w:tcMar>
              <w:top w:w="75" w:type="dxa"/>
              <w:left w:w="120" w:type="dxa"/>
              <w:bottom w:w="55" w:type="dxa"/>
              <w:right w:w="120" w:type="dxa"/>
            </w:tcMar>
          </w:tcPr>
          <w:p w14:paraId="05C54419" w14:textId="77777777" w:rsidR="007929DF" w:rsidRDefault="00134C63">
            <w:pPr>
              <w:spacing w:after="60"/>
            </w:pPr>
            <w:r>
              <w:rPr>
                <w:b/>
                <w:color w:val="587080"/>
                <w:sz w:val="15"/>
              </w:rPr>
              <w:t>EMAIL</w:t>
            </w:r>
          </w:p>
        </w:tc>
        <w:tc>
          <w:tcPr>
            <w:tcW w:w="5040" w:type="dxa"/>
            <w:shd w:val="clear" w:color="auto" w:fill="EEF5F8"/>
            <w:tcMar>
              <w:top w:w="75" w:type="dxa"/>
              <w:left w:w="120" w:type="dxa"/>
              <w:bottom w:w="55" w:type="dxa"/>
              <w:right w:w="120" w:type="dxa"/>
            </w:tcMar>
          </w:tcPr>
          <w:p w14:paraId="7BD22BF3" w14:textId="77777777" w:rsidR="007929DF" w:rsidRDefault="00134C63">
            <w:pPr>
              <w:spacing w:after="60"/>
            </w:pPr>
            <w:r>
              <w:rPr>
                <w:b/>
                <w:color w:val="587080"/>
                <w:sz w:val="15"/>
              </w:rPr>
              <w:t>SIGNATURE</w:t>
            </w:r>
          </w:p>
        </w:tc>
      </w:tr>
      <w:tr w:rsidR="007929DF" w14:paraId="7F92B8CA" w14:textId="77777777">
        <w:trPr>
          <w:jc w:val="center"/>
        </w:trPr>
        <w:tc>
          <w:tcPr>
            <w:tcW w:w="5040" w:type="dxa"/>
            <w:shd w:val="clear" w:color="auto" w:fill="F8FBFC"/>
            <w:tcMar>
              <w:top w:w="90" w:type="dxa"/>
              <w:left w:w="120" w:type="dxa"/>
              <w:bottom w:w="90" w:type="dxa"/>
              <w:right w:w="120" w:type="dxa"/>
            </w:tcMar>
            <w:vAlign w:val="center"/>
          </w:tcPr>
          <w:p w14:paraId="47CB2E6E" w14:textId="77777777" w:rsidR="007929DF" w:rsidRDefault="00134C63">
            <w:pPr>
              <w:spacing w:after="0"/>
            </w:pPr>
            <w:sdt>
              <w:sdtPr>
                <w:alias w:val="preparer_email"/>
                <w:tag w:val="preparer_email"/>
                <w:id w:val="1070313609"/>
                <w:showingPlcHdr/>
                <w:text/>
              </w:sdtPr>
              <w:sdtEndPr/>
              <w:sdtContent>
                <w:r>
                  <w:rPr>
                    <w:color w:val="587080"/>
                  </w:rPr>
                  <w:t>Email address</w:t>
                </w:r>
              </w:sdtContent>
            </w:sdt>
          </w:p>
        </w:tc>
        <w:tc>
          <w:tcPr>
            <w:tcW w:w="5040" w:type="dxa"/>
            <w:shd w:val="clear" w:color="auto" w:fill="F8FBFC"/>
            <w:tcMar>
              <w:top w:w="90" w:type="dxa"/>
              <w:left w:w="120" w:type="dxa"/>
              <w:bottom w:w="90" w:type="dxa"/>
              <w:right w:w="120" w:type="dxa"/>
            </w:tcMar>
            <w:vAlign w:val="center"/>
          </w:tcPr>
          <w:p w14:paraId="58C102BC" w14:textId="77777777" w:rsidR="007929DF" w:rsidRDefault="00134C63">
            <w:pPr>
              <w:spacing w:after="0"/>
            </w:pPr>
            <w:sdt>
              <w:sdtPr>
                <w:alias w:val="preparer_signature"/>
                <w:tag w:val="preparer_signature"/>
                <w:id w:val="-650214069"/>
                <w:showingPlcHdr/>
                <w:text/>
              </w:sdtPr>
              <w:sdtEndPr/>
              <w:sdtContent>
                <w:r>
                  <w:rPr>
                    <w:color w:val="587080"/>
                  </w:rPr>
                  <w:t>Sign here</w:t>
                </w:r>
              </w:sdtContent>
            </w:sdt>
          </w:p>
        </w:tc>
      </w:tr>
    </w:tbl>
    <w:p w14:paraId="3AC81D10" w14:textId="77777777" w:rsidR="007929DF" w:rsidRDefault="007929DF"/>
    <w:tbl>
      <w:tblPr>
        <w:tblW w:w="10080" w:type="dxa"/>
        <w:jc w:val="center"/>
        <w:tblLayout w:type="fixed"/>
        <w:tblLook w:val="04A0" w:firstRow="1" w:lastRow="0" w:firstColumn="1" w:lastColumn="0" w:noHBand="0" w:noVBand="1"/>
      </w:tblPr>
      <w:tblGrid>
        <w:gridCol w:w="792"/>
        <w:gridCol w:w="9288"/>
      </w:tblGrid>
      <w:tr w:rsidR="007929DF" w14:paraId="26BECE1D" w14:textId="77777777">
        <w:trPr>
          <w:jc w:val="center"/>
        </w:trPr>
        <w:tc>
          <w:tcPr>
            <w:tcW w:w="792" w:type="dxa"/>
            <w:shd w:val="clear" w:color="auto" w:fill="F26A21"/>
            <w:tcMar>
              <w:top w:w="95" w:type="dxa"/>
              <w:left w:w="100" w:type="dxa"/>
              <w:bottom w:w="95" w:type="dxa"/>
              <w:right w:w="100" w:type="dxa"/>
            </w:tcMar>
          </w:tcPr>
          <w:p w14:paraId="2A0FB612" w14:textId="77777777" w:rsidR="007929DF" w:rsidRDefault="00134C63">
            <w:pPr>
              <w:jc w:val="center"/>
            </w:pPr>
            <w:r>
              <w:rPr>
                <w:b/>
                <w:color w:val="FFFFFF"/>
                <w:sz w:val="26"/>
              </w:rPr>
              <w:t>04</w:t>
            </w:r>
          </w:p>
        </w:tc>
        <w:tc>
          <w:tcPr>
            <w:tcW w:w="9288" w:type="dxa"/>
            <w:shd w:val="clear" w:color="auto" w:fill="083B5C"/>
            <w:tcMar>
              <w:top w:w="95" w:type="dxa"/>
              <w:left w:w="150" w:type="dxa"/>
              <w:bottom w:w="95" w:type="dxa"/>
              <w:right w:w="150" w:type="dxa"/>
            </w:tcMar>
          </w:tcPr>
          <w:p w14:paraId="37C8A06A" w14:textId="77777777" w:rsidR="007929DF" w:rsidRDefault="00134C63">
            <w:r>
              <w:rPr>
                <w:b/>
                <w:color w:val="FFFFFF"/>
              </w:rPr>
              <w:t>CLIENT, OWNER + PROJECT TEAM</w:t>
            </w:r>
          </w:p>
        </w:tc>
      </w:tr>
    </w:tbl>
    <w:p w14:paraId="00F5EC94" w14:textId="77777777" w:rsidR="007929DF" w:rsidRDefault="007929DF">
      <w:pPr>
        <w:spacing w:after="80"/>
      </w:pPr>
    </w:p>
    <w:tbl>
      <w:tblPr>
        <w:tblW w:w="10080" w:type="dxa"/>
        <w:jc w:val="center"/>
        <w:tblBorders>
          <w:top w:val="single" w:sz="6" w:space="0" w:color="AFC5D0"/>
          <w:left w:val="single" w:sz="6" w:space="0" w:color="AFC5D0"/>
          <w:bottom w:val="single" w:sz="6" w:space="0" w:color="AFC5D0"/>
          <w:right w:val="single" w:sz="6" w:space="0" w:color="AFC5D0"/>
          <w:insideH w:val="single" w:sz="6" w:space="0" w:color="AFC5D0"/>
          <w:insideV w:val="single" w:sz="6" w:space="0" w:color="AFC5D0"/>
        </w:tblBorders>
        <w:tblLayout w:type="fixed"/>
        <w:tblLook w:val="04A0" w:firstRow="1" w:lastRow="0" w:firstColumn="1" w:lastColumn="0" w:noHBand="0" w:noVBand="1"/>
      </w:tblPr>
      <w:tblGrid>
        <w:gridCol w:w="10080"/>
      </w:tblGrid>
      <w:tr w:rsidR="007929DF" w14:paraId="0AC48AD1" w14:textId="77777777">
        <w:trPr>
          <w:jc w:val="center"/>
        </w:trPr>
        <w:tc>
          <w:tcPr>
            <w:tcW w:w="10080" w:type="dxa"/>
            <w:shd w:val="clear" w:color="auto" w:fill="EEF5F8"/>
            <w:tcMar>
              <w:top w:w="75" w:type="dxa"/>
              <w:left w:w="120" w:type="dxa"/>
              <w:bottom w:w="55" w:type="dxa"/>
              <w:right w:w="120" w:type="dxa"/>
            </w:tcMar>
          </w:tcPr>
          <w:p w14:paraId="7581AC86" w14:textId="77777777" w:rsidR="007929DF" w:rsidRDefault="00134C63">
            <w:pPr>
              <w:spacing w:after="60"/>
            </w:pPr>
            <w:r>
              <w:rPr>
                <w:b/>
                <w:color w:val="587080"/>
                <w:sz w:val="15"/>
              </w:rPr>
              <w:t>PRIME CONSTRUCTION CONTRACTOR - NAME AND ADDRESS</w:t>
            </w:r>
          </w:p>
        </w:tc>
      </w:tr>
      <w:tr w:rsidR="007929DF" w14:paraId="09325343" w14:textId="77777777">
        <w:trPr>
          <w:jc w:val="center"/>
        </w:trPr>
        <w:tc>
          <w:tcPr>
            <w:tcW w:w="10080" w:type="dxa"/>
            <w:shd w:val="clear" w:color="auto" w:fill="F8FBFC"/>
            <w:tcMar>
              <w:top w:w="90" w:type="dxa"/>
              <w:left w:w="120" w:type="dxa"/>
              <w:bottom w:w="90" w:type="dxa"/>
              <w:right w:w="120" w:type="dxa"/>
            </w:tcMar>
            <w:vAlign w:val="center"/>
          </w:tcPr>
          <w:p w14:paraId="310E35CA" w14:textId="77777777" w:rsidR="007929DF" w:rsidRDefault="00134C63">
            <w:pPr>
              <w:spacing w:after="0"/>
            </w:pPr>
            <w:sdt>
              <w:sdtPr>
                <w:alias w:val="prime_contractor"/>
                <w:tag w:val="prime_contractor"/>
                <w:id w:val="-289603919"/>
                <w:showingPlcHdr/>
                <w:text/>
              </w:sdtPr>
              <w:sdtEndPr/>
              <w:sdtContent>
                <w:r>
                  <w:rPr>
                    <w:color w:val="587080"/>
                  </w:rPr>
                  <w:t>Click or tap here to enter text.</w:t>
                </w:r>
              </w:sdtContent>
            </w:sdt>
          </w:p>
        </w:tc>
      </w:tr>
    </w:tbl>
    <w:p w14:paraId="6AB0F2C0" w14:textId="77777777" w:rsidR="007929DF" w:rsidRDefault="007929DF">
      <w:pPr>
        <w:spacing w:after="40"/>
      </w:pPr>
    </w:p>
    <w:tbl>
      <w:tblPr>
        <w:tblW w:w="10080" w:type="dxa"/>
        <w:jc w:val="center"/>
        <w:tblBorders>
          <w:top w:val="single" w:sz="6" w:space="0" w:color="AFC5D0"/>
          <w:left w:val="single" w:sz="6" w:space="0" w:color="AFC5D0"/>
          <w:bottom w:val="single" w:sz="6" w:space="0" w:color="AFC5D0"/>
          <w:right w:val="single" w:sz="6" w:space="0" w:color="AFC5D0"/>
          <w:insideH w:val="single" w:sz="6" w:space="0" w:color="AFC5D0"/>
          <w:insideV w:val="single" w:sz="6" w:space="0" w:color="AFC5D0"/>
        </w:tblBorders>
        <w:tblLayout w:type="fixed"/>
        <w:tblLook w:val="04A0" w:firstRow="1" w:lastRow="0" w:firstColumn="1" w:lastColumn="0" w:noHBand="0" w:noVBand="1"/>
      </w:tblPr>
      <w:tblGrid>
        <w:gridCol w:w="10080"/>
      </w:tblGrid>
      <w:tr w:rsidR="007929DF" w14:paraId="1FBE71A3" w14:textId="77777777">
        <w:trPr>
          <w:jc w:val="center"/>
        </w:trPr>
        <w:tc>
          <w:tcPr>
            <w:tcW w:w="10080" w:type="dxa"/>
            <w:shd w:val="clear" w:color="auto" w:fill="EEF5F8"/>
            <w:tcMar>
              <w:top w:w="75" w:type="dxa"/>
              <w:left w:w="120" w:type="dxa"/>
              <w:bottom w:w="55" w:type="dxa"/>
              <w:right w:w="120" w:type="dxa"/>
            </w:tcMar>
          </w:tcPr>
          <w:p w14:paraId="215D9F8C" w14:textId="77777777" w:rsidR="007929DF" w:rsidRDefault="00134C63">
            <w:pPr>
              <w:spacing w:after="60"/>
            </w:pPr>
            <w:r>
              <w:rPr>
                <w:b/>
                <w:color w:val="587080"/>
                <w:sz w:val="15"/>
              </w:rPr>
              <w:t>OTHER KEY CONSULTANTS, SUBCONTRACTORS, ARCHITECTS, DESIGNERS, ETC.</w:t>
            </w:r>
          </w:p>
        </w:tc>
      </w:tr>
      <w:tr w:rsidR="007929DF" w14:paraId="524BAEF6" w14:textId="77777777">
        <w:trPr>
          <w:jc w:val="center"/>
        </w:trPr>
        <w:tc>
          <w:tcPr>
            <w:tcW w:w="10080" w:type="dxa"/>
            <w:shd w:val="clear" w:color="auto" w:fill="F8FBFC"/>
            <w:tcMar>
              <w:top w:w="90" w:type="dxa"/>
              <w:left w:w="120" w:type="dxa"/>
              <w:bottom w:w="90" w:type="dxa"/>
              <w:right w:w="120" w:type="dxa"/>
            </w:tcMar>
            <w:vAlign w:val="center"/>
          </w:tcPr>
          <w:p w14:paraId="681A4165" w14:textId="77777777" w:rsidR="007929DF" w:rsidRDefault="00134C63">
            <w:pPr>
              <w:spacing w:after="0"/>
            </w:pPr>
            <w:sdt>
              <w:sdtPr>
                <w:alias w:val="key_participants"/>
                <w:tag w:val="key_participants"/>
                <w:id w:val="1152173616"/>
                <w:showingPlcHdr/>
                <w:text/>
              </w:sdtPr>
              <w:sdtEndPr/>
              <w:sdtContent>
                <w:r>
                  <w:rPr>
                    <w:color w:val="587080"/>
                  </w:rPr>
                  <w:t>Click or tap here to enter text.</w:t>
                </w:r>
              </w:sdtContent>
            </w:sdt>
          </w:p>
        </w:tc>
      </w:tr>
    </w:tbl>
    <w:p w14:paraId="3C83E317" w14:textId="77777777" w:rsidR="007929DF" w:rsidRDefault="007929DF">
      <w:pPr>
        <w:spacing w:after="40"/>
      </w:pPr>
    </w:p>
    <w:tbl>
      <w:tblPr>
        <w:tblW w:w="10080" w:type="dxa"/>
        <w:jc w:val="center"/>
        <w:tblBorders>
          <w:top w:val="single" w:sz="6" w:space="0" w:color="AFC5D0"/>
          <w:left w:val="single" w:sz="6" w:space="0" w:color="AFC5D0"/>
          <w:bottom w:val="single" w:sz="6" w:space="0" w:color="AFC5D0"/>
          <w:right w:val="single" w:sz="6" w:space="0" w:color="AFC5D0"/>
          <w:insideH w:val="single" w:sz="6" w:space="0" w:color="AFC5D0"/>
          <w:insideV w:val="single" w:sz="6" w:space="0" w:color="AFC5D0"/>
        </w:tblBorders>
        <w:tblLayout w:type="fixed"/>
        <w:tblLook w:val="04A0" w:firstRow="1" w:lastRow="0" w:firstColumn="1" w:lastColumn="0" w:noHBand="0" w:noVBand="1"/>
      </w:tblPr>
      <w:tblGrid>
        <w:gridCol w:w="10080"/>
      </w:tblGrid>
      <w:tr w:rsidR="007929DF" w14:paraId="1BF31540" w14:textId="77777777">
        <w:trPr>
          <w:jc w:val="center"/>
        </w:trPr>
        <w:tc>
          <w:tcPr>
            <w:tcW w:w="10080" w:type="dxa"/>
            <w:shd w:val="clear" w:color="auto" w:fill="EEF5F8"/>
            <w:tcMar>
              <w:top w:w="75" w:type="dxa"/>
              <w:left w:w="120" w:type="dxa"/>
              <w:bottom w:w="55" w:type="dxa"/>
              <w:right w:w="120" w:type="dxa"/>
            </w:tcMar>
          </w:tcPr>
          <w:p w14:paraId="2AABCD63" w14:textId="77777777" w:rsidR="007929DF" w:rsidRDefault="00134C63">
            <w:pPr>
              <w:spacing w:after="60"/>
            </w:pPr>
            <w:r>
              <w:rPr>
                <w:b/>
                <w:color w:val="587080"/>
                <w:sz w:val="15"/>
              </w:rPr>
              <w:t>CLIENT NAME</w:t>
            </w:r>
          </w:p>
        </w:tc>
      </w:tr>
      <w:tr w:rsidR="007929DF" w14:paraId="56C7B727" w14:textId="77777777">
        <w:trPr>
          <w:jc w:val="center"/>
        </w:trPr>
        <w:tc>
          <w:tcPr>
            <w:tcW w:w="10080" w:type="dxa"/>
            <w:shd w:val="clear" w:color="auto" w:fill="F8FBFC"/>
            <w:tcMar>
              <w:top w:w="90" w:type="dxa"/>
              <w:left w:w="120" w:type="dxa"/>
              <w:bottom w:w="90" w:type="dxa"/>
              <w:right w:w="120" w:type="dxa"/>
            </w:tcMar>
            <w:vAlign w:val="center"/>
          </w:tcPr>
          <w:p w14:paraId="5782FA43" w14:textId="77777777" w:rsidR="007929DF" w:rsidRDefault="00134C63">
            <w:pPr>
              <w:spacing w:after="0"/>
            </w:pPr>
            <w:sdt>
              <w:sdtPr>
                <w:alias w:val="client_name"/>
                <w:tag w:val="client_name"/>
                <w:id w:val="-1737622583"/>
                <w:showingPlcHdr/>
                <w:text/>
              </w:sdtPr>
              <w:sdtEndPr/>
              <w:sdtContent>
                <w:r>
                  <w:rPr>
                    <w:color w:val="587080"/>
                  </w:rPr>
                  <w:t>Click or tap here to enter text.</w:t>
                </w:r>
              </w:sdtContent>
            </w:sdt>
          </w:p>
        </w:tc>
      </w:tr>
    </w:tbl>
    <w:p w14:paraId="46CA32B4" w14:textId="77777777" w:rsidR="007929DF" w:rsidRDefault="007929DF">
      <w:pPr>
        <w:spacing w:after="40"/>
      </w:pPr>
    </w:p>
    <w:tbl>
      <w:tblPr>
        <w:tblW w:w="10080" w:type="dxa"/>
        <w:jc w:val="center"/>
        <w:tblBorders>
          <w:top w:val="single" w:sz="6" w:space="0" w:color="AFC5D0"/>
          <w:left w:val="single" w:sz="6" w:space="0" w:color="AFC5D0"/>
          <w:bottom w:val="single" w:sz="6" w:space="0" w:color="AFC5D0"/>
          <w:right w:val="single" w:sz="6" w:space="0" w:color="AFC5D0"/>
          <w:insideH w:val="single" w:sz="6" w:space="0" w:color="AFC5D0"/>
          <w:insideV w:val="single" w:sz="6" w:space="0" w:color="AFC5D0"/>
        </w:tblBorders>
        <w:tblLayout w:type="fixed"/>
        <w:tblLook w:val="04A0" w:firstRow="1" w:lastRow="0" w:firstColumn="1" w:lastColumn="0" w:noHBand="0" w:noVBand="1"/>
      </w:tblPr>
      <w:tblGrid>
        <w:gridCol w:w="10080"/>
      </w:tblGrid>
      <w:tr w:rsidR="007929DF" w14:paraId="0931CD23" w14:textId="77777777">
        <w:trPr>
          <w:jc w:val="center"/>
        </w:trPr>
        <w:tc>
          <w:tcPr>
            <w:tcW w:w="10080" w:type="dxa"/>
            <w:shd w:val="clear" w:color="auto" w:fill="EEF5F8"/>
            <w:tcMar>
              <w:top w:w="75" w:type="dxa"/>
              <w:left w:w="120" w:type="dxa"/>
              <w:bottom w:w="55" w:type="dxa"/>
              <w:right w:w="120" w:type="dxa"/>
            </w:tcMar>
          </w:tcPr>
          <w:p w14:paraId="5607ED92" w14:textId="77777777" w:rsidR="007929DF" w:rsidRDefault="00134C63">
            <w:pPr>
              <w:spacing w:after="60"/>
            </w:pPr>
            <w:r>
              <w:rPr>
                <w:b/>
                <w:color w:val="587080"/>
                <w:sz w:val="15"/>
              </w:rPr>
              <w:t>CLIENT ADDRESS</w:t>
            </w:r>
          </w:p>
        </w:tc>
      </w:tr>
      <w:tr w:rsidR="007929DF" w14:paraId="0C7ECB61" w14:textId="77777777">
        <w:trPr>
          <w:jc w:val="center"/>
        </w:trPr>
        <w:tc>
          <w:tcPr>
            <w:tcW w:w="10080" w:type="dxa"/>
            <w:shd w:val="clear" w:color="auto" w:fill="F8FBFC"/>
            <w:tcMar>
              <w:top w:w="90" w:type="dxa"/>
              <w:left w:w="120" w:type="dxa"/>
              <w:bottom w:w="90" w:type="dxa"/>
              <w:right w:w="120" w:type="dxa"/>
            </w:tcMar>
            <w:vAlign w:val="center"/>
          </w:tcPr>
          <w:p w14:paraId="56977C0C" w14:textId="77777777" w:rsidR="007929DF" w:rsidRDefault="00134C63">
            <w:pPr>
              <w:spacing w:after="0"/>
            </w:pPr>
            <w:sdt>
              <w:sdtPr>
                <w:alias w:val="client_address"/>
                <w:tag w:val="client_address"/>
                <w:id w:val="-962114312"/>
                <w:showingPlcHdr/>
                <w:text/>
              </w:sdtPr>
              <w:sdtEndPr/>
              <w:sdtContent>
                <w:r>
                  <w:rPr>
                    <w:color w:val="587080"/>
                  </w:rPr>
                  <w:t>Click or tap here to enter text.</w:t>
                </w:r>
              </w:sdtContent>
            </w:sdt>
          </w:p>
        </w:tc>
      </w:tr>
    </w:tbl>
    <w:p w14:paraId="774CF4BE" w14:textId="77777777" w:rsidR="007929DF" w:rsidRDefault="007929DF">
      <w:pPr>
        <w:spacing w:after="40"/>
      </w:pPr>
    </w:p>
    <w:tbl>
      <w:tblPr>
        <w:tblW w:w="10080" w:type="dxa"/>
        <w:jc w:val="center"/>
        <w:tblBorders>
          <w:top w:val="single" w:sz="6" w:space="0" w:color="AFC5D0"/>
          <w:left w:val="single" w:sz="6" w:space="0" w:color="AFC5D0"/>
          <w:bottom w:val="single" w:sz="6" w:space="0" w:color="AFC5D0"/>
          <w:right w:val="single" w:sz="6" w:space="0" w:color="AFC5D0"/>
          <w:insideH w:val="single" w:sz="6" w:space="0" w:color="AFC5D0"/>
          <w:insideV w:val="single" w:sz="6" w:space="0" w:color="AFC5D0"/>
        </w:tblBorders>
        <w:tblLayout w:type="fixed"/>
        <w:tblLook w:val="04A0" w:firstRow="1" w:lastRow="0" w:firstColumn="1" w:lastColumn="0" w:noHBand="0" w:noVBand="1"/>
      </w:tblPr>
      <w:tblGrid>
        <w:gridCol w:w="5040"/>
        <w:gridCol w:w="5040"/>
      </w:tblGrid>
      <w:tr w:rsidR="007929DF" w14:paraId="2873DB31" w14:textId="77777777">
        <w:trPr>
          <w:jc w:val="center"/>
        </w:trPr>
        <w:tc>
          <w:tcPr>
            <w:tcW w:w="5040" w:type="dxa"/>
            <w:shd w:val="clear" w:color="auto" w:fill="EEF5F8"/>
            <w:tcMar>
              <w:top w:w="75" w:type="dxa"/>
              <w:left w:w="120" w:type="dxa"/>
              <w:bottom w:w="55" w:type="dxa"/>
              <w:right w:w="120" w:type="dxa"/>
            </w:tcMar>
          </w:tcPr>
          <w:p w14:paraId="5E56192E" w14:textId="77777777" w:rsidR="007929DF" w:rsidRDefault="00134C63">
            <w:pPr>
              <w:spacing w:after="60"/>
            </w:pPr>
            <w:r>
              <w:rPr>
                <w:b/>
                <w:color w:val="587080"/>
                <w:sz w:val="15"/>
              </w:rPr>
              <w:t>CLIENT CITY / STATE / ZIP</w:t>
            </w:r>
          </w:p>
        </w:tc>
        <w:tc>
          <w:tcPr>
            <w:tcW w:w="5040" w:type="dxa"/>
            <w:shd w:val="clear" w:color="auto" w:fill="EEF5F8"/>
            <w:tcMar>
              <w:top w:w="75" w:type="dxa"/>
              <w:left w:w="120" w:type="dxa"/>
              <w:bottom w:w="55" w:type="dxa"/>
              <w:right w:w="120" w:type="dxa"/>
            </w:tcMar>
          </w:tcPr>
          <w:p w14:paraId="2810D2CD" w14:textId="77777777" w:rsidR="007929DF" w:rsidRDefault="00134C63">
            <w:pPr>
              <w:spacing w:after="60"/>
            </w:pPr>
            <w:r>
              <w:rPr>
                <w:b/>
                <w:color w:val="587080"/>
                <w:sz w:val="15"/>
              </w:rPr>
              <w:t>CLIENT TELEPHONE</w:t>
            </w:r>
          </w:p>
        </w:tc>
      </w:tr>
      <w:tr w:rsidR="007929DF" w14:paraId="49065645" w14:textId="77777777">
        <w:trPr>
          <w:jc w:val="center"/>
        </w:trPr>
        <w:tc>
          <w:tcPr>
            <w:tcW w:w="5040" w:type="dxa"/>
            <w:shd w:val="clear" w:color="auto" w:fill="F8FBFC"/>
            <w:tcMar>
              <w:top w:w="90" w:type="dxa"/>
              <w:left w:w="120" w:type="dxa"/>
              <w:bottom w:w="90" w:type="dxa"/>
              <w:right w:w="120" w:type="dxa"/>
            </w:tcMar>
            <w:vAlign w:val="center"/>
          </w:tcPr>
          <w:p w14:paraId="7FAC9CAC" w14:textId="77777777" w:rsidR="007929DF" w:rsidRDefault="00134C63">
            <w:pPr>
              <w:spacing w:after="0"/>
            </w:pPr>
            <w:sdt>
              <w:sdtPr>
                <w:alias w:val="client_city_state_zip"/>
                <w:tag w:val="client_city_state_zip"/>
                <w:id w:val="763034288"/>
                <w:showingPlcHdr/>
                <w:text/>
              </w:sdtPr>
              <w:sdtEndPr/>
              <w:sdtContent>
                <w:r>
                  <w:rPr>
                    <w:color w:val="587080"/>
                  </w:rPr>
                  <w:t>City / State / ZIP</w:t>
                </w:r>
              </w:sdtContent>
            </w:sdt>
          </w:p>
        </w:tc>
        <w:tc>
          <w:tcPr>
            <w:tcW w:w="5040" w:type="dxa"/>
            <w:shd w:val="clear" w:color="auto" w:fill="F8FBFC"/>
            <w:tcMar>
              <w:top w:w="90" w:type="dxa"/>
              <w:left w:w="120" w:type="dxa"/>
              <w:bottom w:w="90" w:type="dxa"/>
              <w:right w:w="120" w:type="dxa"/>
            </w:tcMar>
            <w:vAlign w:val="center"/>
          </w:tcPr>
          <w:p w14:paraId="1C036354" w14:textId="77777777" w:rsidR="007929DF" w:rsidRDefault="00134C63">
            <w:pPr>
              <w:spacing w:after="0"/>
            </w:pPr>
            <w:sdt>
              <w:sdtPr>
                <w:alias w:val="client_phone"/>
                <w:tag w:val="client_phone"/>
                <w:id w:val="-1434814445"/>
                <w:showingPlcHdr/>
                <w:text/>
              </w:sdtPr>
              <w:sdtEndPr/>
              <w:sdtContent>
                <w:r>
                  <w:rPr>
                    <w:color w:val="587080"/>
                  </w:rPr>
                  <w:t>(###) ###-####</w:t>
                </w:r>
              </w:sdtContent>
            </w:sdt>
          </w:p>
        </w:tc>
      </w:tr>
    </w:tbl>
    <w:p w14:paraId="13287D38" w14:textId="77777777" w:rsidR="007929DF" w:rsidRDefault="007929DF">
      <w:pPr>
        <w:spacing w:after="40"/>
      </w:pPr>
    </w:p>
    <w:tbl>
      <w:tblPr>
        <w:tblW w:w="10080" w:type="dxa"/>
        <w:jc w:val="center"/>
        <w:tblBorders>
          <w:top w:val="single" w:sz="6" w:space="0" w:color="AFC5D0"/>
          <w:left w:val="single" w:sz="6" w:space="0" w:color="AFC5D0"/>
          <w:bottom w:val="single" w:sz="6" w:space="0" w:color="AFC5D0"/>
          <w:right w:val="single" w:sz="6" w:space="0" w:color="AFC5D0"/>
          <w:insideH w:val="single" w:sz="6" w:space="0" w:color="AFC5D0"/>
          <w:insideV w:val="single" w:sz="6" w:space="0" w:color="AFC5D0"/>
        </w:tblBorders>
        <w:tblLayout w:type="fixed"/>
        <w:tblLook w:val="04A0" w:firstRow="1" w:lastRow="0" w:firstColumn="1" w:lastColumn="0" w:noHBand="0" w:noVBand="1"/>
      </w:tblPr>
      <w:tblGrid>
        <w:gridCol w:w="5040"/>
        <w:gridCol w:w="5040"/>
      </w:tblGrid>
      <w:tr w:rsidR="007929DF" w14:paraId="0BC47CDD" w14:textId="77777777">
        <w:trPr>
          <w:jc w:val="center"/>
        </w:trPr>
        <w:tc>
          <w:tcPr>
            <w:tcW w:w="5040" w:type="dxa"/>
            <w:shd w:val="clear" w:color="auto" w:fill="EEF5F8"/>
            <w:tcMar>
              <w:top w:w="75" w:type="dxa"/>
              <w:left w:w="120" w:type="dxa"/>
              <w:bottom w:w="55" w:type="dxa"/>
              <w:right w:w="120" w:type="dxa"/>
            </w:tcMar>
          </w:tcPr>
          <w:p w14:paraId="13589341" w14:textId="77777777" w:rsidR="007929DF" w:rsidRDefault="00134C63">
            <w:pPr>
              <w:spacing w:after="60"/>
            </w:pPr>
            <w:r>
              <w:rPr>
                <w:b/>
                <w:color w:val="587080"/>
                <w:sz w:val="15"/>
              </w:rPr>
              <w:t>OWNER NAME - IF DIFFERENT FROM CLIENT</w:t>
            </w:r>
          </w:p>
        </w:tc>
        <w:tc>
          <w:tcPr>
            <w:tcW w:w="5040" w:type="dxa"/>
            <w:shd w:val="clear" w:color="auto" w:fill="EEF5F8"/>
            <w:tcMar>
              <w:top w:w="75" w:type="dxa"/>
              <w:left w:w="120" w:type="dxa"/>
              <w:bottom w:w="55" w:type="dxa"/>
              <w:right w:w="120" w:type="dxa"/>
            </w:tcMar>
          </w:tcPr>
          <w:p w14:paraId="4815EA26" w14:textId="77777777" w:rsidR="007929DF" w:rsidRDefault="00134C63">
            <w:pPr>
              <w:spacing w:after="60"/>
            </w:pPr>
            <w:r>
              <w:rPr>
                <w:b/>
                <w:color w:val="587080"/>
                <w:sz w:val="15"/>
              </w:rPr>
              <w:t>OWNER ADDRESS</w:t>
            </w:r>
          </w:p>
        </w:tc>
      </w:tr>
      <w:tr w:rsidR="007929DF" w14:paraId="37E5BA67" w14:textId="77777777">
        <w:trPr>
          <w:jc w:val="center"/>
        </w:trPr>
        <w:tc>
          <w:tcPr>
            <w:tcW w:w="5040" w:type="dxa"/>
            <w:shd w:val="clear" w:color="auto" w:fill="F8FBFC"/>
            <w:tcMar>
              <w:top w:w="90" w:type="dxa"/>
              <w:left w:w="120" w:type="dxa"/>
              <w:bottom w:w="90" w:type="dxa"/>
              <w:right w:w="120" w:type="dxa"/>
            </w:tcMar>
            <w:vAlign w:val="center"/>
          </w:tcPr>
          <w:p w14:paraId="0BF6E196" w14:textId="77777777" w:rsidR="007929DF" w:rsidRDefault="00134C63">
            <w:pPr>
              <w:spacing w:after="0"/>
            </w:pPr>
            <w:sdt>
              <w:sdtPr>
                <w:alias w:val="owner_name"/>
                <w:tag w:val="owner_name"/>
                <w:id w:val="-1014678491"/>
                <w:showingPlcHdr/>
                <w:text/>
              </w:sdtPr>
              <w:sdtEndPr/>
              <w:sdtContent>
                <w:r>
                  <w:rPr>
                    <w:color w:val="587080"/>
                  </w:rPr>
                  <w:t>Owner name</w:t>
                </w:r>
              </w:sdtContent>
            </w:sdt>
          </w:p>
        </w:tc>
        <w:tc>
          <w:tcPr>
            <w:tcW w:w="5040" w:type="dxa"/>
            <w:shd w:val="clear" w:color="auto" w:fill="F8FBFC"/>
            <w:tcMar>
              <w:top w:w="90" w:type="dxa"/>
              <w:left w:w="120" w:type="dxa"/>
              <w:bottom w:w="90" w:type="dxa"/>
              <w:right w:w="120" w:type="dxa"/>
            </w:tcMar>
            <w:vAlign w:val="center"/>
          </w:tcPr>
          <w:p w14:paraId="1938ECEB" w14:textId="77777777" w:rsidR="007929DF" w:rsidRDefault="00134C63">
            <w:pPr>
              <w:spacing w:after="0"/>
            </w:pPr>
            <w:sdt>
              <w:sdtPr>
                <w:alias w:val="owner_address"/>
                <w:tag w:val="owner_address"/>
                <w:id w:val="-1406905137"/>
                <w:showingPlcHdr/>
                <w:text/>
              </w:sdtPr>
              <w:sdtEndPr/>
              <w:sdtContent>
                <w:r>
                  <w:rPr>
                    <w:color w:val="587080"/>
                  </w:rPr>
                  <w:t>Street address</w:t>
                </w:r>
              </w:sdtContent>
            </w:sdt>
          </w:p>
        </w:tc>
      </w:tr>
    </w:tbl>
    <w:p w14:paraId="032CE2C1" w14:textId="77777777" w:rsidR="007929DF" w:rsidRDefault="007929DF">
      <w:pPr>
        <w:spacing w:after="40"/>
      </w:pPr>
    </w:p>
    <w:tbl>
      <w:tblPr>
        <w:tblW w:w="10080" w:type="dxa"/>
        <w:jc w:val="center"/>
        <w:tblBorders>
          <w:top w:val="single" w:sz="6" w:space="0" w:color="AFC5D0"/>
          <w:left w:val="single" w:sz="6" w:space="0" w:color="AFC5D0"/>
          <w:bottom w:val="single" w:sz="6" w:space="0" w:color="AFC5D0"/>
          <w:right w:val="single" w:sz="6" w:space="0" w:color="AFC5D0"/>
          <w:insideH w:val="single" w:sz="6" w:space="0" w:color="AFC5D0"/>
          <w:insideV w:val="single" w:sz="6" w:space="0" w:color="AFC5D0"/>
        </w:tblBorders>
        <w:tblLayout w:type="fixed"/>
        <w:tblLook w:val="04A0" w:firstRow="1" w:lastRow="0" w:firstColumn="1" w:lastColumn="0" w:noHBand="0" w:noVBand="1"/>
      </w:tblPr>
      <w:tblGrid>
        <w:gridCol w:w="5040"/>
        <w:gridCol w:w="5040"/>
      </w:tblGrid>
      <w:tr w:rsidR="007929DF" w14:paraId="0A8E7F2C" w14:textId="77777777">
        <w:trPr>
          <w:jc w:val="center"/>
        </w:trPr>
        <w:tc>
          <w:tcPr>
            <w:tcW w:w="5040" w:type="dxa"/>
            <w:shd w:val="clear" w:color="auto" w:fill="EEF5F8"/>
            <w:tcMar>
              <w:top w:w="75" w:type="dxa"/>
              <w:left w:w="120" w:type="dxa"/>
              <w:bottom w:w="55" w:type="dxa"/>
              <w:right w:w="120" w:type="dxa"/>
            </w:tcMar>
          </w:tcPr>
          <w:p w14:paraId="6C03B7B7" w14:textId="77777777" w:rsidR="007929DF" w:rsidRDefault="00134C63">
            <w:pPr>
              <w:spacing w:after="60"/>
            </w:pPr>
            <w:r>
              <w:rPr>
                <w:b/>
                <w:color w:val="587080"/>
                <w:sz w:val="15"/>
              </w:rPr>
              <w:t>OWNER CITY / STATE / ZIP</w:t>
            </w:r>
          </w:p>
        </w:tc>
        <w:tc>
          <w:tcPr>
            <w:tcW w:w="5040" w:type="dxa"/>
            <w:shd w:val="clear" w:color="auto" w:fill="EEF5F8"/>
            <w:tcMar>
              <w:top w:w="75" w:type="dxa"/>
              <w:left w:w="120" w:type="dxa"/>
              <w:bottom w:w="55" w:type="dxa"/>
              <w:right w:w="120" w:type="dxa"/>
            </w:tcMar>
          </w:tcPr>
          <w:p w14:paraId="65ABCAC3" w14:textId="77777777" w:rsidR="007929DF" w:rsidRDefault="00134C63">
            <w:pPr>
              <w:spacing w:after="60"/>
            </w:pPr>
            <w:r>
              <w:rPr>
                <w:b/>
                <w:color w:val="587080"/>
                <w:sz w:val="15"/>
              </w:rPr>
              <w:t>OWNER TELEPHONE</w:t>
            </w:r>
          </w:p>
        </w:tc>
      </w:tr>
      <w:tr w:rsidR="007929DF" w14:paraId="77434F62" w14:textId="77777777">
        <w:trPr>
          <w:jc w:val="center"/>
        </w:trPr>
        <w:tc>
          <w:tcPr>
            <w:tcW w:w="5040" w:type="dxa"/>
            <w:shd w:val="clear" w:color="auto" w:fill="F8FBFC"/>
            <w:tcMar>
              <w:top w:w="90" w:type="dxa"/>
              <w:left w:w="120" w:type="dxa"/>
              <w:bottom w:w="90" w:type="dxa"/>
              <w:right w:w="120" w:type="dxa"/>
            </w:tcMar>
            <w:vAlign w:val="center"/>
          </w:tcPr>
          <w:p w14:paraId="17B176C8" w14:textId="77777777" w:rsidR="007929DF" w:rsidRDefault="00134C63">
            <w:pPr>
              <w:spacing w:after="0"/>
            </w:pPr>
            <w:sdt>
              <w:sdtPr>
                <w:alias w:val="owner_city_state_zip"/>
                <w:tag w:val="owner_city_state_zip"/>
                <w:id w:val="-775552142"/>
                <w:showingPlcHdr/>
                <w:text/>
              </w:sdtPr>
              <w:sdtEndPr/>
              <w:sdtContent>
                <w:r>
                  <w:rPr>
                    <w:color w:val="587080"/>
                  </w:rPr>
                  <w:t>City / State / ZIP</w:t>
                </w:r>
              </w:sdtContent>
            </w:sdt>
          </w:p>
        </w:tc>
        <w:tc>
          <w:tcPr>
            <w:tcW w:w="5040" w:type="dxa"/>
            <w:shd w:val="clear" w:color="auto" w:fill="F8FBFC"/>
            <w:tcMar>
              <w:top w:w="90" w:type="dxa"/>
              <w:left w:w="120" w:type="dxa"/>
              <w:bottom w:w="90" w:type="dxa"/>
              <w:right w:w="120" w:type="dxa"/>
            </w:tcMar>
            <w:vAlign w:val="center"/>
          </w:tcPr>
          <w:p w14:paraId="0E268830" w14:textId="77777777" w:rsidR="007929DF" w:rsidRDefault="00134C63">
            <w:pPr>
              <w:spacing w:after="0"/>
            </w:pPr>
            <w:sdt>
              <w:sdtPr>
                <w:alias w:val="owner_phone"/>
                <w:tag w:val="owner_phone"/>
                <w:id w:val="-2072181787"/>
                <w:showingPlcHdr/>
                <w:text/>
              </w:sdtPr>
              <w:sdtEndPr/>
              <w:sdtContent>
                <w:r>
                  <w:rPr>
                    <w:color w:val="587080"/>
                  </w:rPr>
                  <w:t>(###) ###-####</w:t>
                </w:r>
              </w:sdtContent>
            </w:sdt>
          </w:p>
        </w:tc>
      </w:tr>
    </w:tbl>
    <w:p w14:paraId="6C495A69" w14:textId="77777777" w:rsidR="007929DF" w:rsidRDefault="007929DF">
      <w:pPr>
        <w:spacing w:after="120"/>
      </w:pPr>
    </w:p>
    <w:tbl>
      <w:tblPr>
        <w:tblW w:w="10080" w:type="dxa"/>
        <w:jc w:val="center"/>
        <w:tblLayout w:type="fixed"/>
        <w:tblLook w:val="04A0" w:firstRow="1" w:lastRow="0" w:firstColumn="1" w:lastColumn="0" w:noHBand="0" w:noVBand="1"/>
      </w:tblPr>
      <w:tblGrid>
        <w:gridCol w:w="792"/>
        <w:gridCol w:w="9288"/>
      </w:tblGrid>
      <w:tr w:rsidR="007929DF" w14:paraId="5D7D4CAC" w14:textId="77777777">
        <w:trPr>
          <w:jc w:val="center"/>
        </w:trPr>
        <w:tc>
          <w:tcPr>
            <w:tcW w:w="792" w:type="dxa"/>
            <w:shd w:val="clear" w:color="auto" w:fill="F26A21"/>
            <w:tcMar>
              <w:top w:w="95" w:type="dxa"/>
              <w:left w:w="100" w:type="dxa"/>
              <w:bottom w:w="95" w:type="dxa"/>
              <w:right w:w="100" w:type="dxa"/>
            </w:tcMar>
          </w:tcPr>
          <w:p w14:paraId="551E5911" w14:textId="77777777" w:rsidR="007929DF" w:rsidRDefault="00134C63">
            <w:pPr>
              <w:jc w:val="center"/>
            </w:pPr>
            <w:r>
              <w:rPr>
                <w:b/>
                <w:color w:val="FFFFFF"/>
                <w:sz w:val="26"/>
              </w:rPr>
              <w:t>05</w:t>
            </w:r>
          </w:p>
        </w:tc>
        <w:tc>
          <w:tcPr>
            <w:tcW w:w="9288" w:type="dxa"/>
            <w:shd w:val="clear" w:color="auto" w:fill="083B5C"/>
            <w:tcMar>
              <w:top w:w="95" w:type="dxa"/>
              <w:left w:w="150" w:type="dxa"/>
              <w:bottom w:w="95" w:type="dxa"/>
              <w:right w:w="150" w:type="dxa"/>
            </w:tcMar>
          </w:tcPr>
          <w:p w14:paraId="084BC2D0" w14:textId="77777777" w:rsidR="007929DF" w:rsidRDefault="00134C63">
            <w:r>
              <w:rPr>
                <w:b/>
                <w:color w:val="FFFFFF"/>
              </w:rPr>
              <w:t>SUBMISSION REQUIREMENTS</w:t>
            </w:r>
          </w:p>
        </w:tc>
      </w:tr>
    </w:tbl>
    <w:p w14:paraId="2AF35BA5" w14:textId="77777777" w:rsidR="007929DF" w:rsidRDefault="007929DF">
      <w:pPr>
        <w:spacing w:after="80"/>
      </w:pPr>
    </w:p>
    <w:tbl>
      <w:tblPr>
        <w:tblW w:w="10080" w:type="dxa"/>
        <w:jc w:val="center"/>
        <w:tblLayout w:type="fixed"/>
        <w:tblLook w:val="04A0" w:firstRow="1" w:lastRow="0" w:firstColumn="1" w:lastColumn="0" w:noHBand="0" w:noVBand="1"/>
      </w:tblPr>
      <w:tblGrid>
        <w:gridCol w:w="10080"/>
      </w:tblGrid>
      <w:tr w:rsidR="007929DF" w14:paraId="331235FB" w14:textId="77777777">
        <w:trPr>
          <w:jc w:val="center"/>
        </w:trPr>
        <w:tc>
          <w:tcPr>
            <w:tcW w:w="10080" w:type="dxa"/>
            <w:shd w:val="clear" w:color="auto" w:fill="FFF4EC"/>
            <w:tcMar>
              <w:top w:w="120" w:type="dxa"/>
              <w:left w:w="150" w:type="dxa"/>
              <w:bottom w:w="120" w:type="dxa"/>
              <w:right w:w="150" w:type="dxa"/>
            </w:tcMar>
          </w:tcPr>
          <w:p w14:paraId="550F97C4" w14:textId="77777777" w:rsidR="007929DF" w:rsidRDefault="00134C63">
            <w:pPr>
              <w:spacing w:after="60"/>
            </w:pPr>
            <w:r>
              <w:rPr>
                <w:b/>
                <w:color w:val="F26A21"/>
              </w:rPr>
              <w:lastRenderedPageBreak/>
              <w:t>FINAL DEADLINE: NOVEMBER 30, 2026 AT 4:00 P.M.</w:t>
            </w:r>
          </w:p>
          <w:p w14:paraId="523E1757" w14:textId="77777777" w:rsidR="007929DF" w:rsidRDefault="00134C63">
            <w:pPr>
              <w:spacing w:after="0"/>
            </w:pPr>
            <w:r>
              <w:rPr>
                <w:sz w:val="18"/>
              </w:rPr>
              <w:t>Email all digital materials to Info@ACECDE.org. Project boards and easels must also be delivered by this deadline. Delivery instructions will be provided after ACEC Delaware receives the Intent to Submit form.</w:t>
            </w:r>
          </w:p>
        </w:tc>
      </w:tr>
    </w:tbl>
    <w:p w14:paraId="5CAD9BB3" w14:textId="77777777" w:rsidR="007929DF" w:rsidRDefault="007929DF">
      <w:pPr>
        <w:spacing w:after="60"/>
      </w:pPr>
    </w:p>
    <w:p w14:paraId="0B3B00BE" w14:textId="77777777" w:rsidR="007929DF" w:rsidRDefault="00134C63">
      <w:r>
        <w:rPr>
          <w:sz w:val="17"/>
        </w:rPr>
        <w:t>Submit written materials in Microsoft Word format. Do not submit zipped files. No QR codes or embedded links are permitted in any portion of the submission.</w:t>
      </w:r>
    </w:p>
    <w:p w14:paraId="71981CE9" w14:textId="77777777" w:rsidR="007929DF" w:rsidRDefault="00134C63">
      <w:pPr>
        <w:spacing w:after="40"/>
      </w:pPr>
      <w:r>
        <w:rPr>
          <w:color w:val="587080"/>
          <w:sz w:val="17"/>
        </w:rPr>
        <w:t>Eligibility: Research and Studies or Surveying and Mapping projects must have been publicly disclosed by the client between November 1, 2024 and October 31, 2026. Construction projects must have been substantially completed and ready for use during the same period. The work must represent substantial effort by employees working within Delaware.</w:t>
      </w:r>
    </w:p>
    <w:sectPr w:rsidR="007929DF" w:rsidSect="00034616">
      <w:headerReference w:type="default" r:id="rId9"/>
      <w:footerReference w:type="default" r:id="rId10"/>
      <w:pgSz w:w="12240" w:h="15840"/>
      <w:pgMar w:top="792" w:right="1080" w:bottom="792" w:left="1080" w:header="288"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2F9EB" w14:textId="77777777" w:rsidR="00134C63" w:rsidRDefault="00134C63">
      <w:pPr>
        <w:spacing w:after="0" w:line="240" w:lineRule="auto"/>
      </w:pPr>
      <w:r>
        <w:separator/>
      </w:r>
    </w:p>
  </w:endnote>
  <w:endnote w:type="continuationSeparator" w:id="0">
    <w:p w14:paraId="55AE00EE" w14:textId="77777777" w:rsidR="00134C63" w:rsidRDefault="00134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75A15" w14:textId="77777777" w:rsidR="007929DF" w:rsidRPr="00073DBE" w:rsidRDefault="00134C63">
    <w:pPr>
      <w:pStyle w:val="Footer"/>
      <w:jc w:val="center"/>
      <w:rPr>
        <w:lang w:val="nl-NL"/>
      </w:rPr>
    </w:pPr>
    <w:r w:rsidRPr="00073DBE">
      <w:rPr>
        <w:color w:val="587080"/>
        <w:sz w:val="16"/>
        <w:lang w:val="nl-NL"/>
      </w:rPr>
      <w:t>Info@ACECDE.org  |  P.O. Box 1858, Dover, DE 19903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E1A7E" w14:textId="77777777" w:rsidR="00134C63" w:rsidRDefault="00134C63">
      <w:pPr>
        <w:spacing w:after="0" w:line="240" w:lineRule="auto"/>
      </w:pPr>
      <w:r>
        <w:separator/>
      </w:r>
    </w:p>
  </w:footnote>
  <w:footnote w:type="continuationSeparator" w:id="0">
    <w:p w14:paraId="46B46611" w14:textId="77777777" w:rsidR="00134C63" w:rsidRDefault="00134C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E70E0" w14:textId="77777777" w:rsidR="007929DF" w:rsidRDefault="007929DF">
    <w:pPr>
      <w:pStyle w:val="Header"/>
    </w:pPr>
  </w:p>
  <w:tbl>
    <w:tblPr>
      <w:tblW w:w="10080" w:type="dxa"/>
      <w:tblLayout w:type="fixed"/>
      <w:tblLook w:val="04A0" w:firstRow="1" w:lastRow="0" w:firstColumn="1" w:lastColumn="0" w:noHBand="0" w:noVBand="1"/>
    </w:tblPr>
    <w:tblGrid>
      <w:gridCol w:w="6769"/>
      <w:gridCol w:w="3311"/>
    </w:tblGrid>
    <w:tr w:rsidR="007929DF" w14:paraId="0DDE6ECF" w14:textId="77777777">
      <w:tc>
        <w:tcPr>
          <w:tcW w:w="6768" w:type="dxa"/>
        </w:tcPr>
        <w:p w14:paraId="38AD1538" w14:textId="77777777" w:rsidR="007929DF" w:rsidRDefault="00134C63">
          <w:r>
            <w:rPr>
              <w:b/>
              <w:color w:val="083B5C"/>
              <w:sz w:val="15"/>
            </w:rPr>
            <w:t xml:space="preserve">ACEC </w:t>
          </w:r>
          <w:proofErr w:type="gramStart"/>
          <w:r>
            <w:rPr>
              <w:b/>
              <w:color w:val="083B5C"/>
              <w:sz w:val="15"/>
            </w:rPr>
            <w:t>DELAWARE  |</w:t>
          </w:r>
          <w:proofErr w:type="gramEnd"/>
          <w:r>
            <w:rPr>
              <w:b/>
              <w:color w:val="083B5C"/>
              <w:sz w:val="15"/>
            </w:rPr>
            <w:t xml:space="preserve">  ENGINEERING EXCELLENCE AWARDS</w:t>
          </w:r>
        </w:p>
      </w:tc>
      <w:tc>
        <w:tcPr>
          <w:tcW w:w="3311" w:type="dxa"/>
        </w:tcPr>
        <w:p w14:paraId="6313E8FF" w14:textId="77777777" w:rsidR="007929DF" w:rsidRDefault="00134C63">
          <w:pPr>
            <w:jc w:val="right"/>
          </w:pPr>
          <w:r>
            <w:rPr>
              <w:b/>
              <w:color w:val="587080"/>
              <w:sz w:val="15"/>
            </w:rPr>
            <w:t>2027 OFFICIAL ENTRY FORM</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2468772">
    <w:abstractNumId w:val="8"/>
  </w:num>
  <w:num w:numId="2" w16cid:durableId="1252851955">
    <w:abstractNumId w:val="6"/>
  </w:num>
  <w:num w:numId="3" w16cid:durableId="149296231">
    <w:abstractNumId w:val="5"/>
  </w:num>
  <w:num w:numId="4" w16cid:durableId="1190023924">
    <w:abstractNumId w:val="4"/>
  </w:num>
  <w:num w:numId="5" w16cid:durableId="1034576693">
    <w:abstractNumId w:val="7"/>
  </w:num>
  <w:num w:numId="6" w16cid:durableId="1504470736">
    <w:abstractNumId w:val="3"/>
  </w:num>
  <w:num w:numId="7" w16cid:durableId="1637681989">
    <w:abstractNumId w:val="2"/>
  </w:num>
  <w:num w:numId="8" w16cid:durableId="953636233">
    <w:abstractNumId w:val="1"/>
  </w:num>
  <w:num w:numId="9" w16cid:durableId="1591038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3DBE"/>
    <w:rsid w:val="00134C63"/>
    <w:rsid w:val="0015074B"/>
    <w:rsid w:val="0029639D"/>
    <w:rsid w:val="00326F90"/>
    <w:rsid w:val="00615F19"/>
    <w:rsid w:val="007929D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F67A31"/>
  <w14:defaultImageDpi w14:val="300"/>
  <w15:docId w15:val="{1B646B14-597B-4521-9630-C9FA3B9F2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173042"/>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428</Words>
  <Characters>2444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ACEC Delaware Engineering Excellence Awards - Official Entry Form</dc:title>
  <dc:subject>2027 Engineering Excellence Awards Official Entry Form</dc:subject>
  <dc:creator>ACEC Delaware</dc:creator>
  <cp:keywords/>
  <dc:description>generated by python-docx</dc:description>
  <cp:lastModifiedBy>Crystal Timmons-Bryant</cp:lastModifiedBy>
  <cp:revision>2</cp:revision>
  <dcterms:created xsi:type="dcterms:W3CDTF">2026-08-19T01:25:00Z</dcterms:created>
  <dcterms:modified xsi:type="dcterms:W3CDTF">2026-08-19T01:25:00Z</dcterms:modified>
  <cp:category/>
</cp:coreProperties>
</file>