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9EDFF" w14:textId="77777777" w:rsidR="003507BD" w:rsidRPr="006E1B47" w:rsidRDefault="00000000" w:rsidP="007220DF">
      <w:pPr>
        <w:pStyle w:val="Heading1"/>
        <w:jc w:val="center"/>
        <w:rPr>
          <w:rFonts w:ascii="Times New Roman" w:hAnsi="Times New Roman" w:cs="Times New Roman"/>
        </w:rPr>
      </w:pPr>
      <w:r w:rsidRPr="006E1B47">
        <w:rPr>
          <w:rFonts w:ascii="Times New Roman" w:hAnsi="Times New Roman" w:cs="Times New Roman"/>
        </w:rPr>
        <w:t>St. Barnabas Episcopal Church Parish Profile</w:t>
      </w:r>
    </w:p>
    <w:p w14:paraId="279C0390" w14:textId="77C4980B" w:rsidR="003507BD" w:rsidRPr="006E1B47" w:rsidRDefault="00000000" w:rsidP="007220DF">
      <w:pPr>
        <w:jc w:val="center"/>
        <w:rPr>
          <w:rFonts w:ascii="Times New Roman" w:hAnsi="Times New Roman" w:cs="Times New Roman"/>
          <w:sz w:val="28"/>
          <w:szCs w:val="28"/>
        </w:rPr>
      </w:pPr>
      <w:r w:rsidRPr="006E1B47">
        <w:rPr>
          <w:rFonts w:ascii="Times New Roman" w:hAnsi="Times New Roman" w:cs="Times New Roman"/>
          <w:sz w:val="28"/>
          <w:szCs w:val="28"/>
        </w:rPr>
        <w:br/>
        <w:t>“Our mission is to know God and make God known”</w:t>
      </w:r>
      <w:r w:rsidRPr="006E1B47">
        <w:rPr>
          <w:rFonts w:ascii="Times New Roman" w:hAnsi="Times New Roman" w:cs="Times New Roman"/>
          <w:sz w:val="28"/>
          <w:szCs w:val="28"/>
        </w:rPr>
        <w:br/>
      </w:r>
      <w:r w:rsidRPr="006E1B47">
        <w:rPr>
          <w:rFonts w:ascii="Times New Roman" w:hAnsi="Times New Roman" w:cs="Times New Roman"/>
          <w:sz w:val="28"/>
          <w:szCs w:val="28"/>
        </w:rPr>
        <w:br/>
        <w:t>St. Barnabas Episcopal Church in Hartselle, Alabama is seeking a part-time priest to work 2–4 Sundays per month. We are a parish for those seeking to grow closer to God through worship, prayer, scripture, and outreach.</w:t>
      </w:r>
      <w:r w:rsidRPr="006E1B47">
        <w:rPr>
          <w:rFonts w:ascii="Times New Roman" w:hAnsi="Times New Roman" w:cs="Times New Roman"/>
          <w:sz w:val="28"/>
          <w:szCs w:val="28"/>
        </w:rPr>
        <w:br/>
      </w:r>
      <w:r w:rsidRPr="006E1B47">
        <w:rPr>
          <w:rFonts w:ascii="Times New Roman" w:hAnsi="Times New Roman" w:cs="Times New Roman"/>
          <w:sz w:val="28"/>
          <w:szCs w:val="28"/>
        </w:rPr>
        <w:br/>
        <w:t>We have one 10:00am service on Sunday, followed by coffee hour and Christian Education.</w:t>
      </w:r>
      <w:r w:rsidRPr="006E1B47">
        <w:rPr>
          <w:rFonts w:ascii="Times New Roman" w:hAnsi="Times New Roman" w:cs="Times New Roman"/>
          <w:sz w:val="28"/>
          <w:szCs w:val="28"/>
        </w:rPr>
        <w:br/>
      </w:r>
      <w:r w:rsidRPr="006E1B47">
        <w:rPr>
          <w:rFonts w:ascii="Times New Roman" w:hAnsi="Times New Roman" w:cs="Times New Roman"/>
          <w:sz w:val="28"/>
          <w:szCs w:val="28"/>
        </w:rPr>
        <w:br/>
        <w:t>We support our outreach ministries, have a weekly Around the Table discussion group, monthly dinners, an Episcopal Church Men’s and Women’s group. We also enjoy our dinner and movie night.</w:t>
      </w:r>
      <w:r w:rsidRPr="006E1B47">
        <w:rPr>
          <w:rFonts w:ascii="Times New Roman" w:hAnsi="Times New Roman" w:cs="Times New Roman"/>
          <w:sz w:val="28"/>
          <w:szCs w:val="28"/>
        </w:rPr>
        <w:br/>
      </w:r>
      <w:r w:rsidRPr="006E1B47">
        <w:rPr>
          <w:rFonts w:ascii="Times New Roman" w:hAnsi="Times New Roman" w:cs="Times New Roman"/>
          <w:sz w:val="28"/>
          <w:szCs w:val="28"/>
        </w:rPr>
        <w:br/>
        <w:t>Salary: $</w:t>
      </w:r>
      <w:r w:rsidR="007220DF" w:rsidRPr="006E1B47">
        <w:rPr>
          <w:rFonts w:ascii="Times New Roman" w:hAnsi="Times New Roman" w:cs="Times New Roman"/>
          <w:sz w:val="28"/>
          <w:szCs w:val="28"/>
        </w:rPr>
        <w:t>3</w:t>
      </w:r>
      <w:r w:rsidRPr="006E1B47">
        <w:rPr>
          <w:rFonts w:ascii="Times New Roman" w:hAnsi="Times New Roman" w:cs="Times New Roman"/>
          <w:sz w:val="28"/>
          <w:szCs w:val="28"/>
        </w:rPr>
        <w:t>00 per service, $</w:t>
      </w:r>
      <w:r w:rsidR="007220DF" w:rsidRPr="006E1B47">
        <w:rPr>
          <w:rFonts w:ascii="Times New Roman" w:hAnsi="Times New Roman" w:cs="Times New Roman"/>
          <w:sz w:val="28"/>
          <w:szCs w:val="28"/>
        </w:rPr>
        <w:t>12</w:t>
      </w:r>
      <w:r w:rsidRPr="006E1B47">
        <w:rPr>
          <w:rFonts w:ascii="Times New Roman" w:hAnsi="Times New Roman" w:cs="Times New Roman"/>
          <w:sz w:val="28"/>
          <w:szCs w:val="28"/>
        </w:rPr>
        <w:t>00 per month</w:t>
      </w:r>
      <w:r w:rsidRPr="006E1B47">
        <w:rPr>
          <w:rFonts w:ascii="Times New Roman" w:hAnsi="Times New Roman" w:cs="Times New Roman"/>
          <w:sz w:val="28"/>
          <w:szCs w:val="28"/>
        </w:rPr>
        <w:br/>
      </w:r>
      <w:r w:rsidRPr="006E1B47">
        <w:rPr>
          <w:rFonts w:ascii="Times New Roman" w:hAnsi="Times New Roman" w:cs="Times New Roman"/>
          <w:sz w:val="28"/>
          <w:szCs w:val="28"/>
        </w:rPr>
        <w:br/>
        <w:t xml:space="preserve">If interested, please send cover letter and resume </w:t>
      </w:r>
      <w:proofErr w:type="gramStart"/>
      <w:r w:rsidRPr="006E1B47">
        <w:rPr>
          <w:rFonts w:ascii="Times New Roman" w:hAnsi="Times New Roman" w:cs="Times New Roman"/>
          <w:sz w:val="28"/>
          <w:szCs w:val="28"/>
        </w:rPr>
        <w:t xml:space="preserve">to </w:t>
      </w:r>
      <w:r w:rsidR="00132635" w:rsidRPr="006E1B47">
        <w:rPr>
          <w:rFonts w:ascii="Times New Roman" w:hAnsi="Times New Roman" w:cs="Times New Roman"/>
          <w:sz w:val="28"/>
          <w:szCs w:val="28"/>
        </w:rPr>
        <w:t> Ed</w:t>
      </w:r>
      <w:proofErr w:type="gramEnd"/>
      <w:r w:rsidR="00132635" w:rsidRPr="006E1B47">
        <w:rPr>
          <w:rFonts w:ascii="Times New Roman" w:hAnsi="Times New Roman" w:cs="Times New Roman"/>
          <w:sz w:val="28"/>
          <w:szCs w:val="28"/>
        </w:rPr>
        <w:t xml:space="preserve"> Tate at </w:t>
      </w:r>
      <w:hyperlink r:id="rId6" w:tgtFrame="_blank" w:history="1">
        <w:r w:rsidR="00132635" w:rsidRPr="006E1B47">
          <w:rPr>
            <w:rStyle w:val="Hyperlink"/>
            <w:rFonts w:ascii="Times New Roman" w:hAnsi="Times New Roman" w:cs="Times New Roman"/>
            <w:sz w:val="28"/>
            <w:szCs w:val="28"/>
          </w:rPr>
          <w:t>wallacetate@aol.com</w:t>
        </w:r>
      </w:hyperlink>
      <w:r w:rsidR="00132635" w:rsidRPr="006E1B47">
        <w:rPr>
          <w:rFonts w:ascii="Times New Roman" w:hAnsi="Times New Roman" w:cs="Times New Roman"/>
          <w:sz w:val="28"/>
          <w:szCs w:val="28"/>
        </w:rPr>
        <w:t>.</w:t>
      </w:r>
    </w:p>
    <w:sectPr w:rsidR="003507BD" w:rsidRPr="006E1B4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06629791">
    <w:abstractNumId w:val="8"/>
  </w:num>
  <w:num w:numId="2" w16cid:durableId="1287733874">
    <w:abstractNumId w:val="6"/>
  </w:num>
  <w:num w:numId="3" w16cid:durableId="47775828">
    <w:abstractNumId w:val="5"/>
  </w:num>
  <w:num w:numId="4" w16cid:durableId="1077357700">
    <w:abstractNumId w:val="4"/>
  </w:num>
  <w:num w:numId="5" w16cid:durableId="1484004235">
    <w:abstractNumId w:val="7"/>
  </w:num>
  <w:num w:numId="6" w16cid:durableId="289092494">
    <w:abstractNumId w:val="3"/>
  </w:num>
  <w:num w:numId="7" w16cid:durableId="2048556570">
    <w:abstractNumId w:val="2"/>
  </w:num>
  <w:num w:numId="8" w16cid:durableId="1599411945">
    <w:abstractNumId w:val="1"/>
  </w:num>
  <w:num w:numId="9" w16cid:durableId="772868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32635"/>
    <w:rsid w:val="0015074B"/>
    <w:rsid w:val="001B3035"/>
    <w:rsid w:val="0029639D"/>
    <w:rsid w:val="00326F90"/>
    <w:rsid w:val="003507BD"/>
    <w:rsid w:val="005829D0"/>
    <w:rsid w:val="006E1B47"/>
    <w:rsid w:val="007220DF"/>
    <w:rsid w:val="009E6ACB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D89097"/>
  <w14:defaultImageDpi w14:val="300"/>
  <w15:docId w15:val="{9AF52150-DCAB-483A-8FC4-814E7F8C4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13263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6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wallacetate@ao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639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Nana Afia Tenkoramaa</cp:lastModifiedBy>
  <cp:revision>2</cp:revision>
  <dcterms:created xsi:type="dcterms:W3CDTF">2026-06-03T22:44:00Z</dcterms:created>
  <dcterms:modified xsi:type="dcterms:W3CDTF">2026-06-03T22:44:00Z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95deface-1a5c-4fba-8dca-644fa89a6a16</vt:lpwstr>
  </property>
</Properties>
</file>